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Старої казки пісня лебедина...</w:t>
      </w:r>
    </w:p>
    <w:p>
      <w:r>
        <w:br/>
        <w:t xml:space="preserve"> * * *</w:t>
      </w:r>
    </w:p>
    <w:p>
      <w:r>
        <w:br/>
        <w:t>Старої казки пісня лебедина,&lt;br /&gt;</w:t>
        <w:br/>
        <w:t>нема-нема, а раптом запече.&lt;br /&gt;</w:t>
        <w:br/>
        <w:t>Ішла людина, просто йшла людина,&lt;br /&gt;</w:t>
        <w:br/>
        <w:t>закинувши шарманку за плече.</w:t>
      </w:r>
    </w:p>
    <w:p>
      <w:r>
        <w:br/>
        <w:t>Гули мости, двигтіли автостради,&lt;br /&gt;</w:t>
        <w:br/>
        <w:t>машини мчали наче навмання.&lt;br /&gt;</w:t>
        <w:br/>
        <w:t>І явори просили христа ради&lt;br /&gt;</w:t>
        <w:br/>
        <w:t>хоч жменьку тиші у долоні дня.</w:t>
      </w:r>
    </w:p>
    <w:p>
      <w:r>
        <w:br/>
        <w:t>І так щодня, щовечора, щоранку,&lt;br /&gt;</w:t>
        <w:br/>
        <w:t>так щодуші! — мигтить у всі кінці.&lt;br /&gt;</w:t>
        <w:br/>
        <w:t>А він ішов, насвистував. Шарманку&lt;br /&gt;</w:t>
        <w:br/>
        <w:t>підтягував щораз на ремінці.</w:t>
      </w:r>
    </w:p>
    <w:p>
      <w:r>
        <w:br/>
        <w:t>Стара гравюра, вицвіла картинка,&lt;br /&gt;</w:t>
        <w:br/>
        <w:t>зворушливий чудний анахронізм.&lt;br /&gt;</w:t>
        <w:br/>
        <w:t>Колись вона ще звалась "катеринка", —&lt;br /&gt;</w:t>
        <w:br/>
        <w:t>з якої казки він її приніс?</w:t>
      </w:r>
    </w:p>
    <w:p>
      <w:r>
        <w:br/>
        <w:t>Крути шарманку, пожалій нас трохи.&lt;br /&gt;</w:t>
        <w:br/>
        <w:t>У нас ще є і зорі он, і клен.&lt;br /&gt;</w:t>
        <w:br/>
        <w:t>Великі вуха нашої епохи&lt;br /&gt;</w:t>
        <w:br/>
        <w:t>нехай хоч мить побудуть без антен!</w:t>
      </w:r>
    </w:p>
    <w:p>
      <w:r>
        <w:br/>
        <w:t>В його волоссі заблудився вітер.&lt;br /&gt;</w:t>
        <w:br/>
        <w:t>Фонтаном бив асфальт, як риба-кит.&lt;br /&gt;</w:t>
        <w:br/>
        <w:t>То, може, був звичайний реквізитор&lt;br /&gt;</w:t>
        <w:br/>
        <w:t>і йшов на склад здавати реквізит.</w:t>
      </w:r>
    </w:p>
    <w:p>
      <w:r>
        <w:br/>
        <w:t>А всі були вже трішечки поети,&lt;br /&gt;</w:t>
        <w:br/>
        <w:t>і розпливались посмішки до вух,&lt;br /&gt;</w:t>
        <w:br/>
        <w:t>І вечір сипав золоті монети&lt;br /&gt;</w:t>
        <w:br/>
        <w:t>в його потертий сірий капелюх...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Старої казки пісня лебедина...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