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Старовинне світло</w:t>
      </w:r>
    </w:p>
    <w:p>
      <w:r>
        <w:br/>
        <w:t xml:space="preserve"> З полонини Кознєски і ні з якої другої&lt;br /&gt;</w:t>
        <w:br/>
        <w:t>вся Чорногора мені – як розповита…&lt;br /&gt;</w:t>
        <w:br/>
        <w:t>З кожної полонинки,&lt;br /&gt;</w:t>
        <w:br/>
        <w:t>з кожного верха&lt;br /&gt;</w:t>
        <w:br/>
        <w:t>бачу на полонині Кознєсці двох.&lt;br /&gt;</w:t>
        <w:br/>
        <w:t>Стаю на скелю,&lt;br /&gt;</w:t>
        <w:br/>
        <w:t>за яку зайшло сонце, –&lt;br /&gt;</w:t>
        <w:br/>
        <w:t>бачу першого.&lt;br /&gt;</w:t>
        <w:br/>
        <w:t>Це володар Кознєски,&lt;br /&gt;</w:t>
        <w:br/>
        <w:t>великий ґазда Повх.&lt;br /&gt;</w:t>
        <w:br/>
        <w:t>Він дивиться на свої отари –&lt;br /&gt;</w:t>
        <w:br/>
        <w:t>дивиться на дочку свою одиначку.&lt;br /&gt;</w:t>
        <w:br/>
        <w:t>Стаю на скелю,&lt;br /&gt;</w:t>
        <w:br/>
        <w:t>з-за якої зійде сонце, –&lt;br /&gt;</w:t>
        <w:br/>
        <w:t>бачу другого.&lt;br /&gt;</w:t>
        <w:br/>
        <w:t>Цей чорноокий бовгар з Прокурави,&lt;br /&gt;</w:t>
        <w:br/>
        <w:t>це ваш тато, жінко.&lt;br /&gt;</w:t>
        <w:br/>
        <w:t>Він дивиться на Повхову одиначку,&lt;br /&gt;</w:t>
        <w:br/>
        <w:t>як у провалля,&lt;br /&gt;</w:t>
        <w:br/>
        <w:t>прикрите від світу&lt;br /&gt;</w:t>
        <w:br/>
        <w:t>лише ранковим туманом.&lt;br /&gt;</w:t>
        <w:br/>
        <w:t>І я раптом чую довкруг&lt;br /&gt;</w:t>
        <w:br/>
        <w:t>всіх вівчарів, темних-теменних…&lt;br /&gt;</w:t>
        <w:br/>
        <w:t>І тоді сходить сонце,&lt;br /&gt;</w:t>
        <w:br/>
        <w:t>і всі на полонині Кознєсці&lt;br /&gt;</w:t>
        <w:br/>
        <w:t>стають смерековим пралісом&lt;br /&gt;</w:t>
        <w:br/>
        <w:t>з високим бучком посередині.&lt;br /&gt;</w:t>
        <w:br/>
        <w:t>Піднімаю світило,&lt;br /&gt;</w:t>
        <w:br/>
        <w:t>та смеріччя не висвічується сонцем,&lt;br /&gt;</w:t>
        <w:br/>
        <w:t>не відбиває світло,&lt;br /&gt;</w:t>
        <w:br/>
        <w:t>а понуро вдихає його&lt;br /&gt;</w:t>
        <w:br/>
        <w:t>і стає ще темнішим і стуленим.&lt;br /&gt;</w:t>
        <w:br/>
        <w:t>І тільки бучок&lt;br /&gt;</w:t>
        <w:br/>
        <w:t>своєю неймовірно зеленою головою&lt;br /&gt;</w:t>
        <w:br/>
        <w:t>виривається над високі смереки&lt;br /&gt;</w:t>
        <w:br/>
        <w:t>і світить лісом,&lt;br /&gt;</w:t>
        <w:br/>
        <w:t>зелено засвічує праліс і Карпати всі,&lt;br /&gt;</w:t>
        <w:br/>
        <w:t>висушує тумани над ущелинами.&lt;br /&gt;</w:t>
        <w:br/>
        <w:t>Це, жінко, ваш тато світить нам –&lt;br /&gt;</w:t>
        <w:br/>
        <w:t>аж у моє дитинство,&lt;br /&gt;</w:t>
        <w:br/>
        <w:t>в той ранок червневий,&lt;br /&gt;</w:t>
        <w:br/>
        <w:t>коли ви з веретою в руках&lt;br /&gt;</w:t>
        <w:br/>
        <w:t>вибігли на верх космацький&lt;br /&gt;</w:t>
        <w:br/>
        <w:t>і постелили в бучках довгу верету,&lt;br /&gt;</w:t>
        <w:br/>
        <w:t>обсипали її любистком, біждеревком і м'ятою.&lt;br /&gt;</w:t>
        <w:br/>
        <w:t>Ви,&lt;br /&gt;</w:t>
        <w:br/>
        <w:t>дитина бовгаря і Повхової дочки-ущелини,&lt;br /&gt;</w:t>
        <w:br/>
        <w:t>ви,&lt;br /&gt;</w:t>
        <w:br/>
        <w:t>донька бучка у смерековому пралісі,&lt;br /&gt;</w:t>
        <w:br/>
        <w:t>ви,&lt;br /&gt;</w:t>
        <w:br/>
        <w:t>цимбали після коня на камінному Греготі, –&lt;br /&gt;</w:t>
        <w:br/>
        <w:t>тоді я вас бачив голою –&lt;br /&gt;</w:t>
        <w:br/>
        <w:t>ви, як тато ваш, відсвічували сонце.&lt;br /&gt;</w:t>
        <w:br/>
        <w:t>Ви котилися по вереті,&lt;br /&gt;</w:t>
        <w:br/>
        <w:t>по зіллю викочувалися,&lt;br /&gt;</w:t>
        <w:br/>
        <w:t>груди&lt;br /&gt;</w:t>
        <w:br/>
        <w:t>перестрибували&lt;br /&gt;</w:t>
        <w:br/>
        <w:t>провалля&lt;br /&gt;</w:t>
        <w:br/>
        <w:t>втоми…&lt;br /&gt;</w:t>
        <w:br/>
        <w:t>Ви пахнете мені, жінко, дорога тето Анно,&lt;br /&gt;</w:t>
        <w:br/>
        <w:t>від вас оце зелене світло…&lt;br /&gt;</w:t>
        <w:br/>
        <w:t>Хоч не носили любисток у пазусі,&lt;br /&gt;</w:t>
        <w:br/>
        <w:t>а пахли найкраще в горах,&lt;br /&gt;</w:t>
        <w:br/>
        <w:t>підперізуючи свою білу сорочку&lt;br /&gt;</w:t>
        <w:br/>
        <w:t>найдовшим духмяним зіллям-мерзелем,&lt;br /&gt;</w:t>
        <w:br/>
        <w:t>ласко моя з каменю і туману,&lt;br /&gt;</w:t>
        <w:br/>
        <w:t>спокій райдуги.&lt;br /&gt;</w:t>
        <w:br/>
        <w:t>…А ця остання ватра осені,&lt;br /&gt;</w:t>
        <w:br/>
        <w:t>що нині опадає долі,&lt;br /&gt;</w:t>
        <w:br/>
        <w:t>застелить мені всю землю&lt;br /&gt;</w:t>
        <w:br/>
        <w:t>аж до найглибшого на світі моря,&lt;br /&gt;</w:t>
        <w:br/>
        <w:t>моря,&lt;br /&gt;</w:t>
        <w:br/>
        <w:t>яке легше за птаха.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Старовинне світло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