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Срібне поле</w:t>
      </w:r>
    </w:p>
    <w:p>
      <w:r>
        <w:br/>
        <w:t xml:space="preserve"> &lt;blockquote&gt;Тарасові Чубаю&lt;/blockquote&gt;&lt;br /&gt;</w:t>
        <w:br/>
        <w:t>сутінковими птахами&lt;br /&gt;</w:t>
        <w:br/>
        <w:t>поросла твоя мила і втрачена назва&lt;br /&gt;</w:t>
        <w:br/>
        <w:t>музика ледве засніжена&lt;br /&gt;</w:t>
        <w:br/>
        <w:t>за теплими мурами сліз</w:t>
      </w:r>
    </w:p>
    <w:p>
      <w:r>
        <w:br/>
        <w:t>тамуючи землю і світло&lt;br /&gt;</w:t>
        <w:br/>
        <w:t>погляньмо на поле срібне&lt;br /&gt;</w:t>
        <w:br/>
        <w:t>теплим небом налите по вінця&lt;br /&gt;</w:t>
        <w:br/>
        <w:t>темним небом наповнене вщерть</w:t>
      </w:r>
    </w:p>
    <w:p>
      <w:r>
        <w:br/>
        <w:t>срібне-срібне поле</w:t>
      </w:r>
    </w:p>
    <w:p>
      <w:r>
        <w:br/>
        <w:t>дощ повився мов дикий сідий виноград&lt;br /&gt;</w:t>
        <w:br/>
        <w:t>моя смертонько мила я плачу&lt;br /&gt;</w:t>
        <w:br/>
        <w:t>коли трохи ущухне твердий листопад&lt;br /&gt;</w:t>
        <w:br/>
        <w:t>коли попіл ущухне кого ми побачим</w:t>
      </w:r>
    </w:p>
    <w:p>
      <w:r>
        <w:br/>
        <w:t>срібне-срібне поле</w:t>
      </w:r>
    </w:p>
    <w:p>
      <w:r>
        <w:br/>
        <w:t>тамуючи землю і світло&lt;br /&gt;</w:t>
        <w:br/>
        <w:t>погляньмо на поле срібне</w:t>
      </w:r>
    </w:p>
    <w:p>
      <w:r>
        <w:br/>
        <w:t>срібне-срібне поле</w:t>
      </w:r>
    </w:p>
    <w:p>
      <w:r>
        <w:br/>
        <w:t>1979–2000&lt;br /&gt;</w:t>
        <w:br/>
        <w:t>* * 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Срібне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