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Спритник із острівця</w:t>
      </w:r>
    </w:p>
    <w:p>
      <w:r>
        <w:br/>
        <w:t xml:space="preserve"> &lt;p&gt;Сірий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Спритник із острівця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