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 солдата</w:t>
      </w:r>
    </w:p>
    <w:p>
      <w:r>
        <w:br/>
        <w:t xml:space="preserve"> &lt;p&gt;Еразм Роттердамський</w:t>
      </w:r>
    </w:p>
    <w:p>
      <w:r>
        <w:br/>
        <w:t>Сповідь солдата</w:t>
      </w:r>
    </w:p>
    <w:p>
      <w:r>
        <w:br/>
        <w:t>Ганнон. Трасімах.</w:t>
      </w:r>
    </w:p>
    <w:p>
      <w:r>
        <w:br/>
        <w:t>Ганнон. Звідкіля вертаєшся до нас, Трасімаше1? Виїхав ти від нас Меркурієм, а приїхав Вулканом.</w:t>
      </w:r>
    </w:p>
    <w:p>
      <w:r>
        <w:br/>
        <w:t>Трасімах. Про яких це Вулканів і про яких Меруріїв ти мені правиш?</w:t>
      </w:r>
    </w:p>
    <w:p>
      <w:r>
        <w:br/>
        <w:t>Ганнон. Бо коли ти виїжджав, то немов на крилах летів, а тепер кульгаєш2.</w:t>
      </w:r>
    </w:p>
    <w:p>
      <w:r>
        <w:br/>
        <w:t>Трасімах. Так звичайно вертаються з війни.</w:t>
      </w:r>
    </w:p>
    <w:p>
      <w:r>
        <w:br/>
        <w:t>Ганнон. А що в тебе спільного з війною? Адже ти полохливіший від сарни.</w:t>
      </w:r>
    </w:p>
    <w:p>
      <w:r>
        <w:br/>
        <w:t>Трасімах. Надія на здобич зробила мене відважним.</w:t>
      </w:r>
    </w:p>
    <w:p>
      <w:r>
        <w:br/>
        <w:t>Ганнон. Значить, приносиш силу-силенну грошей!</w:t>
      </w:r>
    </w:p>
    <w:p>
      <w:r>
        <w:br/>
        <w:t>Трасімах. Де там: порожній черес3.</w:t>
      </w:r>
    </w:p>
    <w:p>
      <w:r>
        <w:br/>
        <w:t>Ганнон. Зате рюкзак повний всілякого добра.</w:t>
      </w:r>
    </w:p>
    <w:p>
      <w:r>
        <w:br/>
        <w:t>Трасімах. Вертаюсь обтяжений злодіяннями.</w:t>
      </w:r>
    </w:p>
    <w:p>
      <w:r>
        <w:br/>
        <w:t>Ганнон. Це, звичайно, ноша тяжка, якщо правду сказав пророк4, який гріх назвав свинцем.</w:t>
      </w:r>
    </w:p>
    <w:p>
      <w:r>
        <w:br/>
        <w:t>Трасімах. Я там бачив і сам скоїв більше злочинів, ніж за все попереднє буття.</w:t>
      </w:r>
    </w:p>
    <w:p>
      <w:r>
        <w:br/>
        <w:t>Ганнон. І що ж, до вподоби припало тобі солдатське життя?</w:t>
      </w:r>
    </w:p>
    <w:p>
      <w:r>
        <w:br/>
        <w:t>Трасімах. Немає нічого ганебнішого і злочиннішого.</w:t>
      </w:r>
    </w:p>
    <w:p>
      <w:r>
        <w:br/>
        <w:t>Ганнон. Що ж тоді манить тих, що за малу плату, а деякі й задарма мчать на війну, неначе на учту?</w:t>
      </w:r>
    </w:p>
    <w:p>
      <w:r>
        <w:br/>
        <w:t>Трасімах. Не можу пояснити це інакше, як тільки тим, що вони, одержимі фуріями, повністю підпали під владу злого духа і прирікли себе на злигодні, до того ж цим самим достроково спішать на той світ.</w:t>
      </w:r>
    </w:p>
    <w:p>
      <w:r>
        <w:br/>
        <w:t>Ганнон. І я так гадаю. Бо для похвальної справи їх не наймеш ні за які гроші. Але розкажи-но, як проходив бій, на чий бік схилялась перемога?</w:t>
      </w:r>
    </w:p>
    <w:p>
      <w:r>
        <w:br/>
        <w:t>Трасімах. Знявся там такий галас, такий гуркіт, такий рев труб, оглушливий звук рогів, іржання коней, крики людей, що нічого я не тямив, нічого не міг бачити, що творилося, і ледь усвідомлював, де сам знаходжуся.</w:t>
      </w:r>
    </w:p>
    <w:p>
      <w:r>
        <w:br/>
        <w:t>Ганнон. Чим пояснити те, що інші, вернувшись із війни, розповідають про воєнні події з найменшими подробицями і так усе пам'ятають, хто що сказав або зробив, немовби вони за всім спокійно спостерігали як глядачі?</w:t>
      </w:r>
    </w:p>
    <w:p>
      <w:r>
        <w:br/>
        <w:t>Трасімах. Гадаю, що вони вправно брешуть. Що відбувалося в моєму наметі, — я знаю, а що на полі бою, — поняття не маю.</w:t>
      </w:r>
    </w:p>
    <w:p>
      <w:r>
        <w:br/>
        <w:t>Ганнон. І того не знаєш, як ти став кульгавим?</w:t>
      </w:r>
    </w:p>
    <w:p>
      <w:r>
        <w:br/>
        <w:t>Трасімах. Ні. Нехай мені Марс перестане сприяти! Гадаю, що камінь поцілив у коліно або кінь ударив копитом.</w:t>
      </w:r>
    </w:p>
    <w:p>
      <w:r>
        <w:br/>
        <w:t>Ганнон. А я знаю, як це сталося.</w:t>
      </w:r>
    </w:p>
    <w:p>
      <w:r>
        <w:br/>
        <w:t>Трасімах. Знаєш? Хіба тобі хтось розповів?</w:t>
      </w:r>
    </w:p>
    <w:p>
      <w:r>
        <w:br/>
        <w:t>Ганнон. Ні, але здогадуюсь.</w:t>
      </w:r>
    </w:p>
    <w:p>
      <w:r>
        <w:br/>
        <w:t>Трасімах. Тоді скажи!</w:t>
      </w:r>
    </w:p>
    <w:p>
      <w:r>
        <w:br/>
        <w:t>Ганнон. Коли ти тікав, очманілий від страху серед зойків, брязкоту зброї, вигуків відчаю, скаженого гармидеру, гепнувся об землю і розбив собі ногу.</w:t>
      </w:r>
    </w:p>
    <w:p>
      <w:r>
        <w:br/>
        <w:t>Трасімах. Хай я пропаду, як оце стою, якщо ти не попав у саму точку! Твій здогад близький до правди.</w:t>
      </w:r>
    </w:p>
    <w:p>
      <w:r>
        <w:br/>
        <w:t>Ганнон. Іди тепер додому і розкажи дружині про свої перемоги.</w:t>
      </w:r>
    </w:p>
    <w:p>
      <w:r>
        <w:br/>
        <w:t>Трасімах. Ой, невеселою піснею привітає вона мене, коли побачить, що чоловік вертається обірванцем.</w:t>
      </w:r>
    </w:p>
    <w:p>
      <w:r>
        <w:br/>
        <w:t>Ганнон. А де ділося те, що ти награбував?</w:t>
      </w:r>
    </w:p>
    <w:p>
      <w:r>
        <w:br/>
        <w:t>Трасімах. Давно я розтратив.</w:t>
      </w:r>
    </w:p>
    <w:p>
      <w:r>
        <w:br/>
        <w:t>Ганнон. На що саме?</w:t>
      </w:r>
    </w:p>
    <w:p>
      <w:r>
        <w:br/>
        <w:t>Трасімах. На повій, виноторговців, інших, хто мене обіграв у карти.</w:t>
      </w:r>
    </w:p>
    <w:p>
      <w:r>
        <w:br/>
        <w:t>Ганнон. Цілком по-військовому. Нечесно придбане годиться проциндрити в іще гірший спосіб. Але від святотатства, сподіваюсь, ти все-таки утримався?</w:t>
      </w:r>
    </w:p>
    <w:p>
      <w:r>
        <w:br/>
        <w:t>Трасімах. Де там! На війні не було нічого святого. Не пощаджено ні домівок людських, ані храмів божих.</w:t>
      </w:r>
    </w:p>
    <w:p>
      <w:r>
        <w:br/>
        <w:t>Ганнон. А як ти думаєш спокутувати свою провину?</w:t>
      </w:r>
    </w:p>
    <w:p>
      <w:r>
        <w:br/>
        <w:t>Трасімах. Кажуть, що не треба спокутувати злодіянь, вчинених на війні. Усе, що там діється, діється цілком законно.</w:t>
      </w:r>
    </w:p>
    <w:p>
      <w:r>
        <w:br/>
        <w:t>Ганнон. Згідно з законом війни, очевидно?</w:t>
      </w:r>
    </w:p>
    <w:p>
      <w:r>
        <w:br/>
        <w:t>Трасімах. Не інакше.</w:t>
      </w:r>
    </w:p>
    <w:p>
      <w:r>
        <w:br/>
        <w:t>Ганнон. Але ж закон війни — це вершина несправедливості. Тебе на війну потягла не любов до батьківщини, а надія на здобич.</w:t>
      </w:r>
    </w:p>
    <w:p>
      <w:r>
        <w:br/>
        <w:t>Трасімах. Визнаю, що воно так і було, і, по-моєму, мало хто йде туди з чистішими намірами.</w:t>
      </w:r>
    </w:p>
    <w:p>
      <w:r>
        <w:br/>
        <w:t>Ганнон. Єдина втіха: якщо шаленіти, то не одинцем, а вкупі з багатьма.</w:t>
      </w:r>
    </w:p>
    <w:p>
      <w:r>
        <w:br/>
        <w:t>Трасімах. Проповідник з амвона оголосив, що війна справедлива.</w:t>
      </w:r>
    </w:p>
    <w:p>
      <w:r>
        <w:br/>
        <w:t>Ганнон. Проголошувати брехню з амвона негоже. Та й що справедливе для володаря, не обов'язково справедливе для тебе.</w:t>
      </w:r>
    </w:p>
    <w:p>
      <w:r>
        <w:br/>
        <w:t>Трасімах. Я чув від учених людей, що кожному</w:t>
      </w:r>
    </w:p>
    <w:p>
      <w:r>
        <w:br/>
        <w:t>дозволено жити своїм ремеслом.</w:t>
      </w:r>
    </w:p>
    <w:p>
      <w:r>
        <w:br/>
        <w:t>Ганнон. Гарне це ремесло — підпалювати доми, грабувати храми, ґвалтувати черниць, обдирати бідарів,</w:t>
      </w:r>
    </w:p>
    <w:p>
      <w:r>
        <w:br/>
        <w:t>убивати невинних.</w:t>
      </w:r>
    </w:p>
    <w:p>
      <w:r>
        <w:br/>
        <w:t>Трасімах. Наймають же м'ясників різати худобу, тож чому ганити наше ремесло за те, що нас наймають</w:t>
      </w:r>
    </w:p>
    <w:p>
      <w:r>
        <w:br/>
        <w:t>мордувати людей?</w:t>
      </w:r>
    </w:p>
    <w:p>
      <w:r>
        <w:br/>
        <w:t>Ганнон. Чи не давала тобі спокою думка, куди помандрує твоя душа, якщо тобі випаде загинути на війні?</w:t>
      </w:r>
    </w:p>
    <w:p>
      <w:r>
        <w:br/>
        <w:t>Трасімах. Ні, не дуже. Мене підтримувала надія на краще завтра, тому що раз назавжди доручив я себе опіці святої Варвари1.</w:t>
      </w:r>
    </w:p>
    <w:p>
      <w:r>
        <w:br/>
        <w:t>Ганнон. І вона прийняла тебе під свою опіку?</w:t>
      </w:r>
    </w:p>
    <w:p>
      <w:r>
        <w:br/>
        <w:t>Трасімах. Мені привиділося, що вона ледь кивнула головою.</w:t>
      </w:r>
    </w:p>
    <w:p>
      <w:r>
        <w:br/>
        <w:t>Ганнон. Коли ти мав таке видіння? Вранці?</w:t>
      </w:r>
    </w:p>
    <w:p>
      <w:r>
        <w:br/>
        <w:t>Трасімах. Ні, після вечері.</w:t>
      </w:r>
    </w:p>
    <w:p>
      <w:r>
        <w:br/>
        <w:t>Ганнон. Ну, тоді, гадаю, тобі могло здаватися, що навіть дерева прогулюються.</w:t>
      </w:r>
    </w:p>
    <w:p>
      <w:r>
        <w:br/>
        <w:t>Трасімах. Як він усе вгадує — дивна річ! Але особливу надію я покладав на святого Христофора, в обличчя якого я кожного дня вдивлявся.</w:t>
      </w:r>
    </w:p>
    <w:p>
      <w:r>
        <w:br/>
        <w:t>Ганнон. У наметі? А звідки там узялися ікони?</w:t>
      </w:r>
    </w:p>
    <w:p>
      <w:r>
        <w:br/>
        <w:t>Трасімах. Ми намалювали святого на полотні вуглиною.</w:t>
      </w:r>
    </w:p>
    <w:p>
      <w:r>
        <w:br/>
        <w:t>Ганнон. Не липовим, як кажуть, виявився захист цього вугільного Христофора. Але облишмо жарти. Я не бачу для тебе іншого способу спокутувати свої тяжкі злочини, як вирушити паломником у Рим.</w:t>
      </w:r>
    </w:p>
    <w:p>
      <w:r>
        <w:br/>
        <w:t>Трасімах. Е ні! Я знаю набагато коротшу дорогу.</w:t>
      </w:r>
    </w:p>
    <w:p>
      <w:r>
        <w:br/>
        <w:t>Ганнон. Яку?</w:t>
      </w:r>
    </w:p>
    <w:p>
      <w:r>
        <w:br/>
        <w:t>Трасімах. Піду до домініканців. Там швидко й дешево позбудуся гріхів.</w:t>
      </w:r>
    </w:p>
    <w:p>
      <w:r>
        <w:br/>
        <w:t>Ганнон. Навіть гріха святотатства?</w:t>
      </w:r>
    </w:p>
    <w:p>
      <w:r>
        <w:br/>
        <w:t>Трасімах. Навіть якби я пограбував самого Христа і голову йому відтяв. Домініканці щедро роздають індульгенції і мають владу відпускати гріхи.</w:t>
      </w:r>
    </w:p>
    <w:p>
      <w:r>
        <w:br/>
        <w:t>Ганнон. Добре буде, якщо Бог затвердить вашу угоду.</w:t>
      </w:r>
    </w:p>
    <w:p>
      <w:r>
        <w:br/>
        <w:t>Трасімах. А я більше боюся, щоб чорт не затвердив, бо Бог з природи милостивий.</w:t>
      </w:r>
    </w:p>
    <w:p>
      <w:r>
        <w:br/>
        <w:t>Ганнон. Якого ж вибереш собі священика?</w:t>
      </w:r>
    </w:p>
    <w:p>
      <w:r>
        <w:br/>
        <w:t>Трасімах. Такого, в якого виявилося б мало сорому.</w:t>
      </w:r>
    </w:p>
    <w:p>
      <w:r>
        <w:br/>
        <w:t>Ганнон. І після цього будеш чистий і зможеш приступити до святого причастя?</w:t>
      </w:r>
    </w:p>
    <w:p>
      <w:r>
        <w:br/>
        <w:t>Трасімах. Чому б і ні? Як тільки вихлюпну весь бруд на його капюшон, я звільнюся від тягаря гріха. Хто відпустить мені гріхи, хай той далі про них і думає.</w:t>
      </w:r>
    </w:p>
    <w:p>
      <w:r>
        <w:br/>
        <w:t>Ганнон. Звідки ти знаєш, що він відпустить тобі гріхи?</w:t>
      </w:r>
    </w:p>
    <w:p>
      <w:r>
        <w:br/>
        <w:t>Трасімах. Аякже, я знаю.</w:t>
      </w:r>
    </w:p>
    <w:p>
      <w:r>
        <w:br/>
        <w:t>Ганнон. За якою ознакою?</w:t>
      </w:r>
    </w:p>
    <w:p>
      <w:r>
        <w:br/>
        <w:t>Трасімах. Він кладе руки мені на голову і щось там незрозуміле бурмоче.</w:t>
      </w:r>
    </w:p>
    <w:p>
      <w:r>
        <w:br/>
        <w:t>Ганнон. А що буде, коли він поверне тобі всі твої гріхи і, кладучи руки на твою голову, промимрить таке: "Розрішаю тебе від усіх добрих учинків, яких у тебе не помічав, і, повертаючи тебе твоїм давнім звичкам, відпускаю таким, яким ти прийшов до мене"?</w:t>
      </w:r>
    </w:p>
    <w:p>
      <w:r>
        <w:br/>
        <w:t>Трасімах. Це вже його справа, що він говорить. Мені досить одного — повірити, що я дістав відпущення гріхів.</w:t>
      </w:r>
    </w:p>
    <w:p>
      <w:r>
        <w:br/>
        <w:t>Ганнон. Але така віра ризикована. Можливо, для Бога, в якого ти боржник, вона недостатня.</w:t>
      </w:r>
    </w:p>
    <w:p>
      <w:r>
        <w:br/>
        <w:t>Трасімах. Звідкіля ти взявся на моїй дорозі, щоб мою ясну совість затьмарити?</w:t>
      </w:r>
    </w:p>
    <w:p>
      <w:r>
        <w:br/>
        <w:t>Ганнон. Добра призвістка — щаслива зустріч із другом, що дає розумні поради.</w:t>
      </w:r>
    </w:p>
    <w:p>
      <w:r>
        <w:br/>
        <w:t>Трасімах. Не знаю, наскільки твої поради добрі, в усякому разі вони мало приємні.</w:t>
      </w:r>
    </w:p>
    <w:p>
      <w:r>
        <w:br/>
        <w:t>1 Трасімах — грецьке ім'я, значить "відважний воїн", насправді носій цього імені — боягуз, який найнявся на військову службу заради здобичі і прагнення до гульні й розпусти.</w:t>
      </w:r>
    </w:p>
    <w:p>
      <w:r>
        <w:br/>
        <w:t>2 немов на крилах летів... — Натяк на Меркурія (Гермеса, вісника богів, якого стародавні греки й римляни зображували з крилатими сандаліями), а Вулкана — кульгавим (калікою цей бог став, коли Зевс-Юпітер у гніві скинув його з Олімпу).</w:t>
      </w:r>
    </w:p>
    <w:p>
      <w:r>
        <w:br/>
        <w:t>3 ...порожній черес. — У римських легіонерів був звичай носити гроші в чересі.</w:t>
      </w:r>
    </w:p>
    <w:p>
      <w:r>
        <w:br/>
        <w:t>4...Йдеться про "Книгу пророка Захарії", V, 7-8.</w:t>
      </w:r>
    </w:p>
    <w:p>
      <w:r>
        <w:br/>
        <w:t>5...Свята Варвара вважалась опікункою щасливої смерті.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 солдата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