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Сповідь Наливайка (3 Рилєєва)</w:t>
      </w:r>
    </w:p>
    <w:p>
      <w:r>
        <w:br/>
        <w:t xml:space="preserve"> О, не кажи, чернець святий,&lt;br /&gt;</w:t>
        <w:br/>
        <w:t>Мені про гріх — це не до речі;&lt;br /&gt;</w:t>
        <w:br/>
        <w:t>Нехай і гріх, і гріх тяжкий, —&lt;br /&gt;</w:t>
        <w:br/>
        <w:t>Ти тільки марне тратиш речі.&lt;br /&gt;</w:t>
        <w:br/>
        <w:t>Щоб Україні дорогій&lt;br /&gt;</w:t>
        <w:br/>
        <w:t>Здобути іншу, кращу долю,&lt;br /&gt;</w:t>
        <w:br/>
        <w:t>Щоб повернуть народу волю&lt;br /&gt;</w:t>
        <w:br/>
        <w:t>І визволить край любий свій —&lt;br /&gt;</w:t>
        <w:br/>
        <w:t>Гріхи татар, гріхи ляхів,&lt;br /&gt;</w:t>
        <w:br/>
        <w:t>І перевертнів уніятів,&lt;br /&gt;</w:t>
        <w:br/>
        <w:t>І душогубства всіх сарматів&lt;br /&gt;</w:t>
        <w:br/>
        <w:t>На себе б я приняв без слів.&lt;br /&gt;</w:t>
        <w:br/>
        <w:t>Та що мені в твоїх покутах!&lt;br /&gt;</w:t>
        <w:br/>
        <w:t>Найгірше пекло, старче, знай, —&lt;br /&gt;</w:t>
        <w:br/>
        <w:t>Мені Вкраїну бачить в путах,&lt;br /&gt;</w:t>
        <w:br/>
        <w:t>А вільною вбачати — рай!&lt;br /&gt;</w:t>
        <w:br/>
        <w:t>З дитинних літ в душі моїй&lt;br /&gt;</w:t>
        <w:br/>
        <w:t>Палав огонь за волю встати.&lt;br /&gt;</w:t>
        <w:br/>
        <w:t>Мені пісні співала мати&lt;br /&gt;</w:t>
        <w:br/>
        <w:t>Про незабутній час, святий,&lt;br /&gt;</w:t>
        <w:br/>
        <w:t>Коли неволею закутий&lt;br /&gt;</w:t>
        <w:br/>
        <w:t>Ще не ходив козак у путах&lt;br /&gt;</w:t>
        <w:br/>
        <w:t>І шиї мовчки не хилив&lt;br /&gt;</w:t>
        <w:br/>
        <w:t>В ярмі ганебнім, нерозривнім,&lt;br /&gt;</w:t>
        <w:br/>
        <w:t>А з ляхом в спілці любо жив,&lt;br /&gt;</w:t>
        <w:br/>
        <w:t>Як вільний з вільним,&lt;br /&gt;</w:t>
        <w:br/>
        <w:t>Рівний з рівним.&lt;br /&gt;</w:t>
        <w:br/>
        <w:t>Та все те зникло, мов омана,&lt;br /&gt;</w:t>
        <w:br/>
        <w:t>І вже давно пізнав козак&lt;br /&gt;</w:t>
        <w:br/>
        <w:t>У спільниках своїх тирана.&lt;br /&gt;</w:t>
        <w:br/>
        <w:t>Швед, уніят, литвин, поляк,&lt;br /&gt;</w:t>
        <w:br/>
        <w:t>Мов шуляків неситих зграя,&lt;br /&gt;</w:t>
        <w:br/>
        <w:t>Нас рвуть і шарпають щомить.&lt;br /&gt;</w:t>
        <w:br/>
        <w:t>Та що їм стогін всього краю? —&lt;br /&gt;</w:t>
        <w:br/>
        <w:t>Закон в Варшаві міцно спить...&lt;br /&gt;</w:t>
        <w:br/>
        <w:t>З того часу в душі буяє&lt;br /&gt;</w:t>
        <w:br/>
        <w:t>Ненависть тяжка до ляхів,&lt;br /&gt;</w:t>
        <w:br/>
        <w:t>В очах палає хижий гнів,&lt;br /&gt;</w:t>
        <w:br/>
        <w:t>В неволі серце завмирає.&lt;br /&gt;</w:t>
        <w:br/>
        <w:t>І в ясний день, і в темну ніч&lt;br /&gt;</w:t>
        <w:br/>
        <w:t>Чиюсь таємну чую річ.&lt;br /&gt;</w:t>
        <w:br/>
        <w:t>І стежить скрізь вона за мною,&lt;br /&gt;</w:t>
        <w:br/>
        <w:t>І не дає мені спокою,&lt;br /&gt;</w:t>
        <w:br/>
        <w:t>Ні в вільних волею степах,&lt;br /&gt;</w:t>
        <w:br/>
        <w:t>Ні серед брязку й гуку бою,&lt;br /&gt;</w:t>
        <w:br/>
        <w:t>Ані в святих моїх церквах.&lt;br /&gt;</w:t>
        <w:br/>
        <w:t>"Вставай!" я чую щохвилини,&lt;br /&gt;</w:t>
        <w:br/>
        <w:t>"Вставай на ворогів Вкраїни!"&lt;br /&gt;</w:t>
        <w:br/>
        <w:t>Того, хто перший з-під ярма&lt;br /&gt;</w:t>
        <w:br/>
        <w:t>На самовладців меч здійма,&lt;br /&gt;</w:t>
        <w:br/>
        <w:t>Я знаю, — скрізь жде смертна доля...&lt;br /&gt;</w:t>
        <w:br/>
        <w:t>Мене осуждено, то так.&lt;br /&gt;</w:t>
        <w:br/>
        <w:t>Але скажи, коли і як,&lt;br /&gt;</w:t>
        <w:br/>
        <w:t>Де здобулась без жертви воля?&lt;br /&gt;</w:t>
        <w:br/>
        <w:t>Загину я за рідний край,&lt;br /&gt;</w:t>
        <w:br/>
        <w:t>Я почуваю те і знаю,&lt;br /&gt;</w:t>
        <w:br/>
        <w:t>І серцем, повним щастя вкрай,&lt;br /&gt;</w:t>
        <w:br/>
        <w:t>Я свій талан благословляю!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Сповідь Наливайка (3 Рилєєва)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