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Сповідь</w:t>
      </w:r>
    </w:p>
    <w:p>
      <w:r>
        <w:br/>
        <w:t xml:space="preserve"> Я пав духом на час, я заслаб в самоті,&lt;br /&gt;</w:t>
        <w:br/>
        <w:t>Весь погнувся під горя вагою;&lt;br /&gt;</w:t>
        <w:br/>
        <w:t>Враз померхли були ідеали святі,&lt;br /&gt;</w:t>
        <w:br/>
        <w:t>Я не бачив зорі за нудьгою.</w:t>
      </w:r>
    </w:p>
    <w:p>
      <w:r>
        <w:br/>
        <w:t>Стежку стратила десь журна думка моя,&lt;br /&gt;</w:t>
        <w:br/>
        <w:t>Подалась на сумне кладовище,&lt;br /&gt;</w:t>
        <w:br/>
        <w:t>Зворушилось дрібне, роздратоване "я",&lt;br /&gt;</w:t>
        <w:br/>
        <w:t>Від усього зробилось найвище.</w:t>
      </w:r>
    </w:p>
    <w:p>
      <w:r>
        <w:br/>
        <w:t>Я ридати почав, проклинати людей,&lt;br /&gt;</w:t>
        <w:br/>
        <w:t>Я почав на весь світ нарікати,&lt;br /&gt;</w:t>
        <w:br/>
        <w:t>Перестав одрізнять блескіт світлих ідей,&lt;br /&gt;</w:t>
        <w:br/>
        <w:t>Забув звагу — братів рятувати.</w:t>
      </w:r>
    </w:p>
    <w:p>
      <w:r>
        <w:br/>
        <w:t>Власні болі самі в моїм серці жили,&lt;br /&gt;</w:t>
        <w:br/>
        <w:t>Я знікчемнів у власних недугах;&lt;br /&gt;</w:t>
        <w:br/>
        <w:t>А що ближніх моїх муки гірш опрягли,&lt;br /&gt;</w:t>
        <w:br/>
        <w:t>То яке мені діло до других?</w:t>
      </w:r>
    </w:p>
    <w:p>
      <w:r>
        <w:br/>
        <w:t>Тяжко сльози лились, що у мене нема&lt;br /&gt;</w:t>
        <w:br/>
        <w:t>Та й довіку не буде вже друга;&lt;br /&gt;</w:t>
        <w:br/>
        <w:t>Остогидла мені до загину тюрма,&lt;br /&gt;</w:t>
        <w:br/>
        <w:t>З виду темна не сходила смуга.</w:t>
      </w:r>
    </w:p>
    <w:p>
      <w:r>
        <w:br/>
        <w:t>І що далі, то більш падав я на шляху,&lt;br /&gt;</w:t>
        <w:br/>
        <w:t>Був німішим на погуки світа,&lt;br /&gt;</w:t>
        <w:br/>
        <w:t>Тільки нишком співав про недолю лиху&lt;br /&gt;</w:t>
        <w:br/>
        <w:t>Та про марно потрачені літа.</w:t>
      </w:r>
    </w:p>
    <w:p>
      <w:r>
        <w:br/>
        <w:t>Гей, куди ж подівались так швидко вони,&lt;br /&gt;</w:t>
        <w:br/>
        <w:t>Палкі пориви, мрії юнацькі,&lt;br /&gt;</w:t>
        <w:br/>
        <w:t>Найпевніші, либонь, вільних днів звістуни?&lt;br /&gt;</w:t>
        <w:br/>
        <w:t>Що приборкало крила козацькі?</w:t>
      </w:r>
    </w:p>
    <w:p>
      <w:r>
        <w:br/>
        <w:t>О, простіть мене ви, непохитні борці,&lt;br /&gt;</w:t>
        <w:br/>
        <w:t>Та погляньте знов приязним зором!&lt;br /&gt;</w:t>
        <w:br/>
        <w:t>Про знемогу мою, про хвилини оці&lt;br /&gt;</w:t>
        <w:br/>
        <w:t>Мені навіть і згадувать сором.</w:t>
      </w:r>
    </w:p>
    <w:p>
      <w:r>
        <w:br/>
        <w:t>В грудях жвавість росте; думка кличе вперед;&lt;br /&gt;</w:t>
        <w:br/>
        <w:t>Відживають колишні заміри;&lt;br /&gt;</w:t>
        <w:br/>
        <w:t>Перейшов по душі дошкульний уверед;&lt;br /&gt;</w:t>
        <w:br/>
        <w:t>Знов я повен надії та віри.</w:t>
      </w:r>
    </w:p>
    <w:p>
      <w:r>
        <w:br/>
        <w:t>Обійняв би весь мир, словом всіх повітав,&lt;br /&gt;</w:t>
        <w:br/>
        <w:t>З побажанням удавсь голубливим...&lt;br /&gt;</w:t>
        <w:br/>
        <w:t>І здається мені, що надовго б я став&lt;br /&gt;</w:t>
        <w:br/>
        <w:t>Після того міцним та щасливим.</w:t>
      </w:r>
    </w:p>
    <w:p>
      <w:r>
        <w:br/>
        <w:t>Хай ніколи, ніде не збувається все,&lt;br /&gt;</w:t>
        <w:br/>
        <w:t>Що у снах зачарованих сниться,&lt;br /&gt;</w:t>
        <w:br/>
        <w:t>Хай у прірву мене життя вихром знесе,&lt;br /&gt;</w:t>
        <w:br/>
        <w:t>Знаю: сонце на хвильку міниться.</w:t>
      </w:r>
    </w:p>
    <w:p>
      <w:r>
        <w:br/>
        <w:t>Хочу жити я знов, працювать без кінця,&lt;br /&gt;</w:t>
        <w:br/>
        <w:t>Власні жалі порвати з докором.&lt;br /&gt;</w:t>
        <w:br/>
        <w:t>Згиньте ж, туги мої! Ви не гідні слівця,&lt;br /&gt;</w:t>
        <w:br/>
        <w:t>Про вас навіть і згадувать сором!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Сповідь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