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Спокій після бурі</w:t>
      </w:r>
    </w:p>
    <w:p>
      <w:r>
        <w:br/>
        <w:t xml:space="preserve"> Уже минула буря;&lt;br /&gt;</w:t>
        <w:br/>
        <w:t>Я чую, як радіють птиці; квочка&lt;br /&gt;</w:t>
        <w:br/>
        <w:t>Підносить гострий голос&lt;br /&gt;</w:t>
        <w:br/>
        <w:t>Посеред вулиці. Понад горою&lt;br /&gt;</w:t>
        <w:br/>
        <w:t>Уже помітно ясноту чудову;&lt;br /&gt;</w:t>
        <w:br/>
        <w:t>Земля свобідна знову,&lt;br /&gt;</w:t>
        <w:br/>
        <w:t>I синьо зарізьбилася ріка.&lt;br /&gt;</w:t>
        <w:br/>
        <w:t>Радіє кожне серце; там і тут&lt;br /&gt;</w:t>
        <w:br/>
        <w:t>Відроджується гомін&lt;br /&gt;</w:t>
        <w:br/>
        <w:t>I звичайний денний труд.&lt;br /&gt;</w:t>
        <w:br/>
        <w:t>На небо поглядаючи, в спокої&lt;br /&gt;</w:t>
        <w:br/>
        <w:t>Співаючи, простує ремісник&lt;br /&gt;</w:t>
        <w:br/>
        <w:t>З приладдям у руці в свою майстерню;&lt;br /&gt;</w:t>
        <w:br/>
        <w:t>Води щоб дощової&lt;br /&gt;</w:t>
        <w:br/>
        <w:t>Набрати, господиня вибігає,&lt;br /&gt;</w:t>
        <w:br/>
        <w:t>I продавця городини, що звик&lt;br /&gt;</w:t>
        <w:br/>
        <w:t>Щодня обходити доми,&lt;br /&gt;</w:t>
        <w:br/>
        <w:t>Зазовний чути крик.&lt;br /&gt;</w:t>
        <w:br/>
        <w:t>Уже сміється сонце в небесах,&lt;br /&gt;</w:t>
        <w:br/>
        <w:t>I сміх його вже грає на горбах&lt;br /&gt;</w:t>
        <w:br/>
        <w:t>I на домах; розкрились вільно вікна&lt;br /&gt;</w:t>
        <w:br/>
        <w:t>Балконів і терас — і безтривожні&lt;br /&gt;</w:t>
        <w:br/>
        <w:t>Лунають бубонці здаля: в кареті&lt;br /&gt;</w:t>
        <w:br/>
        <w:t>Знов подались удалеч подорожні.</w:t>
      </w:r>
    </w:p>
    <w:p>
      <w:r>
        <w:br/>
        <w:t>Радіє серце кожне.&lt;br /&gt;</w:t>
        <w:br/>
        <w:t>Чи ти, життя, всякчас&lt;br /&gt;</w:t>
        <w:br/>
        <w:t>Таке ясне для нас?&lt;br /&gt;</w:t>
        <w:br/>
        <w:t>Чи кожен раз з приємністю такою&lt;br /&gt;</w:t>
        <w:br/>
        <w:t>До праці повертається людина?&lt;br /&gt;</w:t>
        <w:br/>
        <w:t>Береться до нової?&lt;br /&gt;</w:t>
        <w:br/>
        <w:t>О втіхо, ти, що з боязні постала,&lt;br /&gt;</w:t>
        <w:br/>
        <w:t>Порожня втіхо, плоде&lt;br /&gt;</w:t>
        <w:br/>
        <w:t>Жахів, що відлунали,&lt;br /&gt;</w:t>
        <w:br/>
        <w:t>Що перед ними навіть той тремтів&lt;br /&gt;</w:t>
        <w:br/>
        <w:t>І вмерти не хотів,&lt;br /&gt;</w:t>
        <w:br/>
        <w:t>Хто повсякчас ненавидів життя!&lt;br /&gt;</w:t>
        <w:br/>
        <w:t>Бо в муці безконечній,&lt;br /&gt;</w:t>
        <w:br/>
        <w:t>Затихлі, похололі,&lt;br /&gt;</w:t>
        <w:br/>
        <w:t>Бліді, здригались люди серед тьми,&lt;br /&gt;</w:t>
        <w:br/>
        <w:t>Коли метались блискавки і вітер,&lt;br /&gt;</w:t>
        <w:br/>
        <w:t>I падали громи.</w:t>
      </w:r>
    </w:p>
    <w:p>
      <w:r>
        <w:br/>
        <w:t>О ти, природо добра,&lt;br /&gt;</w:t>
        <w:br/>
        <w:t>Такі твої дарунки,&lt;br /&gt;</w:t>
        <w:br/>
        <w:t>Твоє розкошування&lt;br /&gt;</w:t>
        <w:br/>
        <w:t>Для смертних! Вся їх бідна втіха в тім,&lt;br /&gt;</w:t>
        <w:br/>
        <w:t>Щоб утекти страждання.&lt;br /&gt;</w:t>
        <w:br/>
        <w:t>Скорботи щедро розсіваєш ти,&lt;br /&gt;</w:t>
        <w:br/>
        <w:t>Сам з себе виникає біль — і радість,&lt;br /&gt;</w:t>
        <w:br/>
        <w:t>Що з муки часом постає, мов диво,&lt;br /&gt;</w:t>
        <w:br/>
        <w:t>Уже велике щастя. Людський роде,&lt;br /&gt;</w:t>
        <w:br/>
        <w:t>Богам одвічним любий! Ти щасливий,&lt;br /&gt;</w:t>
        <w:br/>
        <w:t>Коли по муці можеш віддихнути,&lt;br /&gt;</w:t>
        <w:br/>
        <w:t>І ти блажен, коли&lt;br /&gt;</w:t>
        <w:br/>
        <w:t>Від мук усіх тебе звільняє смерть.</w:t>
      </w:r>
    </w:p>
    <w:p>
      <w:r>
        <w:br/>
        <w:t>Перекладач: Михайло Орест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Спокій після бурі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