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Спочинь. Оглянься, чи рясні сліди...</w:t>
      </w:r>
    </w:p>
    <w:p>
      <w:r>
        <w:br/>
        <w:t xml:space="preserve"> Спочинь. Оглянься, чи рясні сліди&lt;br /&gt;</w:t>
        <w:br/>
        <w:t>На ниві всіх твоїх надбань. Світанок&lt;br /&gt;</w:t>
        <w:br/>
        <w:t>Твоєї долі відлетів туди,&lt;br /&gt;</w:t>
        <w:br/>
        <w:t>Де вимір інший і де сніг не тане.</w:t>
      </w:r>
    </w:p>
    <w:p>
      <w:r>
        <w:br/>
        <w:t>Прийшла пора, щоб золотим ключем&lt;br /&gt;</w:t>
        <w:br/>
        <w:t>Відкрити двері, де чекають мати.&lt;br /&gt;</w:t>
        <w:br/>
        <w:t>Вони поможуть, підіпруть плечем,&lt;br /&gt;</w:t>
        <w:br/>
        <w:t>Щоби мене розчулено обняти.</w:t>
      </w:r>
    </w:p>
    <w:p>
      <w:r>
        <w:br/>
        <w:t>Ось тільки сяду на єдину мить&lt;br /&gt;</w:t>
        <w:br/>
        <w:t>Край шляху долі — довгою, як безмір,&lt;br /&gt;</w:t>
        <w:br/>
        <w:t>І зачекаю, може прилетить&lt;br /&gt;</w:t>
        <w:br/>
        <w:t>Моє кохання у віночку з безу.</w:t>
      </w:r>
    </w:p>
    <w:p>
      <w:r>
        <w:br/>
        <w:t>Ми склоним душі до нових натхнень&lt;br /&gt;</w:t>
        <w:br/>
        <w:t>І поговорим про діда вчорашні.&lt;br /&gt;</w:t>
        <w:br/>
        <w:t>Що в нас було?.. Любов і світлий день,&lt;br /&gt;</w:t>
        <w:br/>
        <w:t>Й пориви душ величні і безстрашні.</w:t>
      </w:r>
    </w:p>
    <w:p>
      <w:r>
        <w:br/>
        <w:t>Їх ми збирали з голубих вогнів,&lt;br /&gt;</w:t>
        <w:br/>
        <w:t>Котрі горять від Спаса до Покрови.&lt;br /&gt;</w:t>
        <w:br/>
        <w:t>Змикалися над нами сто світів,&lt;br /&gt;</w:t>
        <w:br/>
        <w:t>І зорепади падали в діброви.</w:t>
      </w:r>
    </w:p>
    <w:p>
      <w:r>
        <w:br/>
        <w:t>...Давно було се. Сядь і не броди.&lt;br /&gt;</w:t>
        <w:br/>
        <w:t>Твоя душа наплакатись ще встигне.&lt;br /&gt;</w:t>
        <w:br/>
        <w:t>Спочинь. Оглянься, де твої сліди,&lt;br /&gt;</w:t>
        <w:br/>
        <w:t>То, може, ще раз ступиш в їхні стигми.&lt;br /&gt;</w:t>
        <w:br/>
        <w:t>Вішеград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Спочинь. Оглянься, чи рясні сліди...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