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Спляча царівна</w:t>
      </w:r>
    </w:p>
    <w:p>
      <w:r>
        <w:br/>
        <w:t xml:space="preserve"> В.А. Жуковський&lt;br /&gt;</w:t>
        <w:br/>
        <w:t>СПЛЯЧА ЦАРІВНА&lt;br /&gt;</w:t>
        <w:br/>
        <w:t>КАЗКА&lt;br /&gt;</w:t>
        <w:br/>
        <w:t>Переклад з російської:&lt;br /&gt;</w:t>
        <w:br/>
        <w:t>ВАЛЕНТИНА БИЧКА</w:t>
      </w:r>
    </w:p>
    <w:p>
      <w:r>
        <w:br/>
        <w:t>Жив на світі цар Матвій,&lt;br /&gt;</w:t>
        <w:br/>
        <w:t>Жив у злагоді міцній&lt;br /&gt;</w:t>
        <w:br/>
        <w:t>Із царицею, та в них&lt;br /&gt;</w:t>
        <w:br/>
        <w:t>Не було дітей на гріх.&lt;br /&gt;</w:t>
        <w:br/>
        <w:t>От цариця по лужку,&lt;br /&gt;</w:t>
        <w:br/>
        <w:t>По зеленім бережку&lt;br /&gt;</w:t>
        <w:br/>
        <w:t>Йшла собі якось одна,&lt;br /&gt;</w:t>
        <w:br/>
        <w:t>Гірко плакала вона.&lt;br /&gt;</w:t>
        <w:br/>
        <w:t>Раптом бачить, лізе рак;&lt;br /&gt;</w:t>
        <w:br/>
        <w:t>Він сказав цариці так:&lt;br /&gt;</w:t>
        <w:br/>
        <w:t>"Як мені тебе шкода!&lt;br /&gt;</w:t>
        <w:br/>
        <w:t>Не сумуй, це не біда!..&lt;br /&gt;</w:t>
        <w:br/>
        <w:t>Кинь журбу свою важку,—&lt;br /&gt;</w:t>
        <w:br/>
        <w:t>Скоро матимеш дочку".&lt;br /&gt;</w:t>
        <w:br/>
        <w:t>"Ой, спасибі, добрий рак!&lt;br /&gt;</w:t>
        <w:br/>
        <w:t>Добра вість і добрий знак..."&lt;br /&gt;</w:t>
        <w:br/>
        <w:t>Та вже рак в струмок пірнув,&lt;br /&gt;</w:t>
        <w:br/>
        <w:t>Слів цариці не почув.&lt;br /&gt;</w:t>
        <w:br/>
        <w:t>Він, звичайно, був пророк,&lt;br /&gt;</w:t>
        <w:br/>
        <w:t>Що сказав — збулося в строк.&lt;br /&gt;</w:t>
        <w:br/>
        <w:t>Народилася дочка&lt;br /&gt;</w:t>
        <w:br/>
        <w:t>У цариці, та така,&lt;br /&gt;</w:t>
        <w:br/>
        <w:t>Що ні в казці розказать,&lt;br /&gt;</w:t>
        <w:br/>
        <w:t>Ні пером описать.&lt;br /&gt;</w:t>
        <w:br/>
        <w:t>Щоб відзначить день такий&lt;br /&gt;</w:t>
        <w:br/>
        <w:t>Цар дає бенкет гучний;&lt;br /&gt;</w:t>
        <w:br/>
        <w:t>І в палац на честь родин&lt;br /&gt;</w:t>
        <w:br/>
        <w:t>Одинадцять кличе він&lt;br /&gt;</w:t>
        <w:br/>
        <w:t>Чародійок молодих.&lt;br /&gt;</w:t>
        <w:br/>
        <w:t>Всіх було ж дванадцять їх.&lt;br /&gt;</w:t>
        <w:br/>
        <w:t>Та дванадцяту одну,&lt;br /&gt;</w:t>
        <w:br/>
        <w:t>Сивокосу, злу, хмурну,&lt;br /&gt;</w:t>
        <w:br/>
        <w:t>Не покликав цар однак...&lt;br /&gt;</w:t>
        <w:br/>
        <w:t>Помилився як же так&lt;br /&gt;</w:t>
        <w:br/>
        <w:t>Наш розумний цар Матвій?&lt;br /&gt;</w:t>
        <w:br/>
        <w:t>Не сподобалось те їй...&lt;br /&gt;</w:t>
        <w:br/>
        <w:t>Та була причина тут:&lt;br /&gt;</w:t>
        <w:br/>
        <w:t>Мав наш цар дванадцять блюд,&lt;br /&gt;</w:t>
        <w:br/>
        <w:t>Блюд коштовних, золотих,&lt;br /&gt;</w:t>
        <w:br/>
        <w:t>Що гостей частують з них.&lt;br /&gt;</w:t>
        <w:br/>
        <w:t>А тепер: немов на зло,&lt;br /&gt;</w:t>
        <w:br/>
        <w:t>Одинадцять лиш було.&lt;br /&gt;</w:t>
        <w:br/>
        <w:t>(Хтось дванадцяте украв.&lt;br /&gt;</w:t>
        <w:br/>
        <w:t>Як, коли? Ніхто не знав.)&lt;br /&gt;</w:t>
        <w:br/>
        <w:t>"Що ж робити? — цар сказав.—&lt;br /&gt;</w:t>
        <w:br/>
        <w:t>Будь що буде!" Й не послав&lt;br /&gt;</w:t>
        <w:br/>
        <w:t>На бенкет старої звать.&lt;br /&gt;</w:t>
        <w:br/>
        <w:t>От зійшлись бенкетувать&lt;br /&gt;</w:t>
        <w:br/>
        <w:t>Гості, сіли за столи,&lt;br /&gt;</w:t>
        <w:br/>
        <w:t>Довго їли і пили,&lt;br /&gt;</w:t>
        <w:br/>
        <w:t>А віддячивши як слід&lt;br /&gt;</w:t>
        <w:br/>
        <w:t>За гостинність і привіт,&lt;br /&gt;</w:t>
        <w:br/>
        <w:t>Стали доньку дарувать:&lt;br /&gt;</w:t>
        <w:br/>
        <w:t>"В злоті будеш походжать,&lt;br /&gt;</w:t>
        <w:br/>
        <w:t>І краса очей твоїх&lt;br /&gt;</w:t>
        <w:br/>
        <w:t>Буде радувати всіх.&lt;br /&gt;</w:t>
        <w:br/>
        <w:t>У добрі, не у журбі,&lt;br /&gt;</w:t>
        <w:br/>
        <w:t>Жити будеш... і тобі&lt;br /&gt;</w:t>
        <w:br/>
        <w:t>Дам я красеня в мужі,&lt;br /&gt;</w:t>
        <w:br/>
        <w:t>Лиш живи та бережи&lt;br /&gt;</w:t>
        <w:br/>
        <w:t>Дім і діточок своїх".&lt;br /&gt;</w:t>
        <w:br/>
        <w:t>Так от десять молодих&lt;br /&gt;</w:t>
        <w:br/>
        <w:t>Чарівниць мале дитя&lt;br /&gt;</w:t>
        <w:br/>
        <w:t>Дарували на життя.&lt;br /&gt;</w:t>
        <w:br/>
        <w:t>Та й пішли собі; гляди,—&lt;br /&gt;</w:t>
        <w:br/>
        <w:t>Вже остання йде сюди.&lt;br /&gt;</w:t>
        <w:br/>
        <w:t>Ще не мовила й слівця,&lt;br /&gt;</w:t>
        <w:br/>
        <w:t>&amp;#9632;"--— —-&lt;br /&gt;</w:t>
        <w:br/>
        <w:t>Як із дального кінця&lt;br /&gt;</w:t>
        <w:br/>
        <w:t>Непокликана встає&lt;br /&gt;</w:t>
        <w:br/>
        <w:t>І проказує своє:&lt;br /&gt;</w:t>
        <w:br/>
        <w:t>"Я на святі не була,&lt;br /&gt;</w:t>
        <w:br/>
        <w:t>Та дарунок принесла.&lt;br /&gt;</w:t>
        <w:br/>
        <w:t>У своїх шістнадцять років&lt;br /&gt;</w:t>
        <w:br/>
        <w:t>Стрінеш горе ненароком.&lt;br /&gt;</w:t>
        <w:br/>
        <w:t>В цьому віці достеменно&lt;br /&gt;</w:t>
        <w:br/>
        <w:t>Рученьку об веретено&lt;br /&gt;</w:t>
        <w:br/>
        <w:t>Ти, мій світе, удряпнеш&lt;br /&gt;</w:t>
        <w:br/>
        <w:t>І у цвіті літ помреш".&lt;br /&gt;</w:t>
        <w:br/>
        <w:t>Пробурчавши так, стара&lt;br /&gt;</w:t>
        <w:br/>
        <w:t>Відьма зникла із двора.&lt;br /&gt;</w:t>
        <w:br/>
        <w:t>Та ж, яка лишилась там,&lt;br /&gt;</w:t>
        <w:br/>
        <w:t>Проказала: "Я не дам&lt;br /&gt;</w:t>
        <w:br/>
        <w:t>Всяким відьмиськам-бабам&lt;br /&gt;</w:t>
        <w:br/>
        <w:t>Глум чинити над дитям!&lt;br /&gt;</w:t>
        <w:br/>
        <w:t>Я зніму її прокльон;&lt;br /&gt;</w:t>
        <w:br/>
        <w:t>Буде то не смерть, а сон.&lt;br /&gt;</w:t>
        <w:br/>
        <w:t>Триста років пропливе,—&lt;br /&gt;</w:t>
        <w:br/>
        <w:t>І царівна оживе.&lt;br /&gt;</w:t>
        <w:br/>
        <w:t>Буде довго в світі жить,&lt;br /&gt;</w:t>
        <w:br/>
        <w:t>Будуть внуки веселить&lt;br /&gt;</w:t>
        <w:br/>
        <w:t>І царівну, і батьків&lt;br /&gt;</w:t>
        <w:br/>
        <w:t>Аж до смертних їхніх днів".&lt;br /&gt;</w:t>
        <w:br/>
        <w:t>Гостя, цей оддавши дар,&lt;br /&gt;</w:t>
        <w:br/>
        <w:t>Зникла враз. У смутку цар —&lt;br /&gt;</w:t>
        <w:br/>
        <w:t>Як-то доньку рятувать?..&lt;br /&gt;</w:t>
        <w:br/>
        <w:t>І, щоб лихо одігнать,&lt;br /&gt;</w:t>
        <w:br/>
        <w:t>Видає такий указ:&lt;br /&gt;</w:t>
        <w:br/>
        <w:t>"Заборонено від нас&lt;br /&gt;</w:t>
        <w:br/>
        <w:t>В нашім царстві на полях&lt;br /&gt;</w:t>
        <w:br/>
        <w:t>Сіять льон, а у домах&lt;br /&gt;</w:t>
        <w:br/>
        <w:t>Веретен щоб зник і дух;&lt;br /&gt;</w:t>
        <w:br/>
        <w:t>З царства вислать всіх прядух".&lt;br /&gt;</w:t>
        <w:br/>
        <w:t>Видав цар такий закон&lt;br /&gt;</w:t>
        <w:br/>
        <w:t>(Скільки зразу заборон!)&lt;br /&gt;</w:t>
        <w:br/>
        <w:t>І почав і їсти й спать,&lt;br /&gt;</w:t>
        <w:br/>
        <w:t>Добре жити-поживать;&lt;br /&gt;</w:t>
        <w:br/>
        <w:t>Дні ідуть, пливуть літа,&lt;br /&gt;</w:t>
        <w:br/>
        <w:t>Царська донька вироста.&lt;br /&gt;</w:t>
        <w:br/>
        <w:t>Розцвілась, як весноцвіт.&lt;br /&gt;</w:t>
        <w:br/>
        <w:t>От їй вже п'ятнадцять літ...&lt;br /&gt;</w:t>
        <w:br/>
        <w:t>Що-то в світі її жде?&lt;br /&gt;</w:t>
        <w:br/>
        <w:t>От з царицею іде&lt;br /&gt;</w:t>
        <w:br/>
        <w:t>Якось цар собі гулять;&lt;br /&gt;</w:t>
        <w:br/>
        <w:t>Та дочку з собою взять&lt;br /&gt;</w:t>
        <w:br/>
        <w:t>Не прийшлося їм; вона,&lt;br /&gt;</w:t>
        <w:br/>
        <w:t>Сидячи весь час одна&lt;br /&gt;</w:t>
        <w:br/>
        <w:t>У світлиці край вікна,&lt;br /&gt;</w:t>
        <w:br/>
        <w:t>Стала хмура і сумна.&lt;br /&gt;</w:t>
        <w:br/>
        <w:t>"Дай,— подумалося їй,—&lt;br /&gt;</w:t>
        <w:br/>
        <w:t>Я палац огляну свій!"&lt;br /&gt;</w:t>
        <w:br/>
        <w:t>Швидко встала і пішла!&lt;br /&gt;</w:t>
        <w:br/>
        <w:t>А кімнат — нема числа!&lt;br /&gt;</w:t>
        <w:br/>
        <w:t>Всім милується вона.&lt;br /&gt;</w:t>
        <w:br/>
        <w:t>Ось кімната ще одна,&lt;br /&gt;</w:t>
        <w:br/>
        <w:t>Незачинена; у ній&lt;br /&gt;</w:t>
        <w:br/>
        <w:t>По драбині гвинтовій&lt;br /&gt;</w:t>
        <w:br/>
        <w:t>На горище хід веде.&lt;br /&gt;</w:t>
        <w:br/>
        <w:t>І сюди царівна йде.&lt;br /&gt;</w:t>
        <w:br/>
        <w:t>Бабця там стара сидить,&lt;br /&gt;</w:t>
        <w:br/>
        <w:t>Гребінь з вовною стирчить.&lt;br /&gt;</w:t>
        <w:br/>
        <w:t>Бабця та пряде, й співа,&lt;br /&gt;</w:t>
        <w:br/>
        <w:t>В пісні тій такі слова:&lt;br /&gt;</w:t>
        <w:br/>
        <w:t>"Веретенечко, крутись,&lt;br /&gt;</w:t>
        <w:br/>
        <w:t>Чисте прядиво, не рвись!&lt;br /&gt;</w:t>
        <w:br/>
        <w:t>Скоро, скоро, в добрий час,&lt;br /&gt;</w:t>
        <w:br/>
        <w:t>Ждана гостя буде в нас".&lt;br /&gt;</w:t>
        <w:br/>
        <w:t>к '&lt;br /&gt;</w:t>
        <w:br/>
        <w:t>і&lt;br /&gt;</w:t>
        <w:br/>
        <w:t>Ждана гостя увійшла,&lt;br /&gt;</w:t>
        <w:br/>
        <w:t>Пряха гості подала&lt;br /&gt;</w:t>
        <w:br/>
        <w:t>Веретено, і умить&lt;br /&gt;</w:t>
        <w:br/>
        <w:t>Стало дівчині боліть,&lt;br /&gt;</w:t>
        <w:br/>
        <w:t>Бо вкололо руку їй,—&lt;br /&gt;</w:t>
        <w:br/>
        <w:t>Світ потьмаривсь золотий,&lt;br /&gt;</w:t>
        <w:br/>
        <w:t>Спить вона вже сном міцним,&lt;br /&gt;</w:t>
        <w:br/>
        <w:t>п&lt;br /&gt;</w:t>
        <w:br/>
        <w:t>Разом з нею й царський дім&lt;br /&gt;</w:t>
        <w:br/>
        <w:t>Весь окутується сном.&lt;br /&gt;</w:t>
        <w:br/>
        <w:t>І затихло все кругом.&lt;br /&gt;</w:t>
        <w:br/>
        <w:t>У палац вернувшись свій,&lt;br /&gt;</w:t>
        <w:br/>
        <w:t>Став на ґанок цар Матвій,&lt;br /&gt;</w:t>
        <w:br/>
        <w:t>Похитнувся, позіхнув&lt;br /&gt;</w:t>
        <w:br/>
        <w:t>І з царицею заснув.&lt;br /&gt;</w:t>
        <w:br/>
        <w:t>Почет весь за ними спить,&lt;br /&gt;</w:t>
        <w:br/>
        <w:t>Варта царська теж стоїть,&lt;br /&gt;</w:t>
        <w:br/>
        <w:t>Вся при зброї, в тихім сні,&lt;br /&gt;</w:t>
        <w:br/>
        <w:t>І на сплячому коні&lt;br /&gt;</w:t>
        <w:br/>
        <w:t>Сам хорунжий на чолі.&lt;br /&gt;</w:t>
        <w:br/>
        <w:t>А на рамах і на склі&lt;br /&gt;</w:t>
        <w:br/>
        <w:t>Сонні мухи скрізь сидять,&lt;br /&gt;</w:t>
        <w:br/>
        <w:t>Край воріт собаки сплять.&lt;br /&gt;</w:t>
        <w:br/>
        <w:t>В стайнях коні вороні&lt;br /&gt;</w:t>
        <w:br/>
        <w:t>Гриви звісили рясні.&lt;br /&gt;</w:t>
        <w:br/>
        <w:t>Коні корму не їдять,&lt;br /&gt;</w:t>
        <w:br/>
        <w:t>Коні сном глибоким сплять.&lt;br /&gt;</w:t>
        <w:br/>
        <w:t>Спить і кухар при вогні,&lt;br /&gt;</w:t>
        <w:br/>
        <w:t>І вогонь також у сні —&lt;br /&gt;</w:t>
        <w:br/>
        <w:t>Не палає, не горить,&lt;br /&gt;</w:t>
        <w:br/>
        <w:t>Сонним полум'ям стоїть;&lt;br /&gt;</w:t>
        <w:br/>
        <w:t>Не гойдається над ним&lt;br /&gt;</w:t>
        <w:br/>
        <w:t>Звитий клубом сонний дим;&lt;br /&gt;</w:t>
        <w:br/>
        <w:t>Весь палац і все кругом&lt;br /&gt;</w:t>
        <w:br/>
        <w:t>Обійняте мертвим сном;&lt;br /&gt;</w:t>
        <w:br/>
        <w:t>І поріс навколо бір;&lt;br /&gt;</w:t>
        <w:br/>
        <w:t>І, куди не кинеш зір,&lt;br /&gt;</w:t>
        <w:br/>
        <w:t>Скрізь терник повиростав,&lt;br /&gt;</w:t>
        <w:br/>
        <w:t>Всі дороги перетяв&lt;br /&gt;</w:t>
        <w:br/>
        <w:t>Він у сонний царський дім;&lt;br /&gt;</w:t>
        <w:br/>
        <w:t>І, не топтані ніким,&lt;br /&gt;</w:t>
        <w:br/>
        <w:t>Заросли стежки туди.&lt;br /&gt;</w:t>
        <w:br/>
        <w:t>А підійдеш — жди біди!&lt;br /&gt;</w:t>
        <w:br/>
        <w:t>Там і птах не пролетить,&lt;br /&gt;</w:t>
        <w:br/>
        <w:t>Близько й звір не пробіжить,&lt;br /&gt;</w:t>
        <w:br/>
        <w:t>Навіть хмарку на той ліс&lt;br /&gt;</w:t>
        <w:br/>
        <w:t>Ще ні разу не приніс&lt;br /&gt;</w:t>
        <w:br/>
        <w:t>Вітерець з далеких нив.&lt;br /&gt;</w:t>
        <w:br/>
        <w:t>Цілий вік отак проплив;&lt;br /&gt;</w:t>
        <w:br/>
        <w:t>Вже й забувся цар Матвій,&lt;br /&gt;</w:t>
        <w:br/>
        <w:t>Стерся в пам'яті людській,&lt;br /&gt;</w:t>
        <w:br/>
        <w:t>Бо було це так давно...&lt;br /&gt;</w:t>
        <w:br/>
        <w:t>Люди знали лиш одно,&lt;br /&gt;</w:t>
        <w:br/>
        <w:t>Що у лісі дім стоїть,&lt;br /&gt;</w:t>
        <w:br/>
        <w:t>Що царівна в домі спить,&lt;br /&gt;</w:t>
        <w:br/>
        <w:t>Що їй спати триста літ,&lt;br /&gt;</w:t>
        <w:br/>
        <w:t>Що туди заріс і слід.&lt;br /&gt;</w:t>
        <w:br/>
        <w:t>Повідають лиш діди:&lt;br /&gt;</w:t>
        <w:br/>
        <w:t>Намагалося туди&lt;br /&gt;</w:t>
        <w:br/>
        <w:t>Безліч сміливих ходить,&lt;br /&gt;</w:t>
        <w:br/>
        <w:t>Щоб царівну розбудить,&lt;br /&gt;</w:t>
        <w:br/>
        <w:t>Навіть бились об заклад&lt;br /&gt;</w:t>
        <w:br/>
        <w:t>І ходили, та назад&lt;br /&gt;</w:t>
        <w:br/>
        <w:t>Не прийшов ніхто. З тих пір&lt;br /&gt;</w:t>
        <w:br/>
        <w:t>У страшний ходити бір&lt;br /&gt;</w:t>
        <w:br/>
        <w:t>Не наважувавсь ніяк&lt;br /&gt;</w:t>
        <w:br/>
        <w:t>Ні старий, ані юнак.&lt;br /&gt;</w:t>
        <w:br/>
        <w:t>Третій вік минав... І ось...&lt;br /&gt;</w:t>
        <w:br/>
        <w:t>Дня весняного якось&lt;br /&gt;</w:t>
        <w:br/>
        <w:t>На мисливство між долин&lt;br /&gt;</w:t>
        <w:br/>
        <w:t>Із псарями царський син&lt;br /&gt;</w:t>
        <w:br/>
        <w:t>Недалеко проїжджав&lt;br /&gt;</w:t>
        <w:br/>
        <w:t>І від почету відстав.&lt;br /&gt;</w:t>
        <w:br/>
        <w:t>Опинився враз один&lt;br /&gt;</w:t>
        <w:br/>
        <w:t>Окрай бору царський син,—&lt;br /&gt;</w:t>
        <w:br/>
        <w:t>Не пройти між диких віт.&lt;br /&gt;</w:t>
        <w:br/>
        <w:t>Зустрічається з ним дід.&lt;br /&gt;</w:t>
        <w:br/>
        <w:t>"Розкажи мені, старий,&lt;br /&gt;</w:t>
        <w:br/>
        <w:t>Що оце за бір такий?" —&lt;br /&gt;</w:t>
        <w:br/>
        <w:t>У дідуся він пита.&lt;br /&gt;</w:t>
        <w:br/>
        <w:t>Головою дід хита,&lt;br /&gt;</w:t>
        <w:br/>
        <w:t>Та одначе розповів,&lt;br /&gt;</w:t>
        <w:br/>
        <w:t>Як чував він од дідів:&lt;br /&gt;</w:t>
        <w:br/>
        <w:t>Що в чудеснім борі цім&lt;br /&gt;</w:t>
        <w:br/>
        <w:t>З давніх років царський дім&lt;br /&gt;</w:t>
        <w:br/>
        <w:t>Зачарований стоїть;&lt;br /&gt;</w:t>
        <w:br/>
        <w:t>Що царівна в домі спить,&lt;br /&gt;</w:t>
        <w:br/>
        <w:t>Що їй сон потьмарив світ&lt;br /&gt;</w:t>
        <w:br/>
        <w:t>І триває триста літ;&lt;br /&gt;</w:t>
        <w:br/>
        <w:t>Що у сні вона чека&lt;br /&gt;</w:t>
        <w:br/>
        <w:t>День у день рятівника;&lt;br /&gt;</w:t>
        <w:br/>
        <w:t>Що путі туди важкі;&lt;br /&gt;</w:t>
        <w:br/>
        <w:t>Як відважні парубки&lt;br /&gt;</w:t>
        <w:br/>
        <w:t>Намагалися пройти,&lt;br /&gt;</w:t>
        <w:br/>
        <w:t>Та одначе до мети&lt;br /&gt;</w:t>
        <w:br/>
        <w:t>Не доходили,— усяк&lt;br /&gt;</w:t>
        <w:br/>
        <w:t>В лісі гинув, неборак.&lt;br /&gt;</w:t>
        <w:br/>
        <w:t>Був хлопчина бойовий&lt;br /&gt;</w:t>
        <w:br/>
        <w:t>Царський син. У казці тій&lt;br /&gt;</w:t>
        <w:br/>
        <w:t>Вчув він правду і коня&lt;br /&gt;</w:t>
        <w:br/>
        <w:t>Враз пришпорив, навмання&lt;br /&gt;</w:t>
        <w:br/>
        <w:t>Кінь, як вітер, мчить у бір&lt;br /&gt;</w:t>
        <w:br/>
        <w:t>Усьому наперекір,&lt;br /&gt;</w:t>
        <w:br/>
        <w:t>І в одну хвилину — там.&lt;br /&gt;</w:t>
        <w:br/>
        <w:t>Що ж явилося очам&lt;br /&gt;</w:t>
        <w:br/>
        <w:t>Сина царського? Весь ліс&lt;br /&gt;</w:t>
        <w:br/>
        <w:t>В огорожі, далі ріс&lt;br /&gt;</w:t>
        <w:br/>
        <w:t>Не терник уже густий —&lt;br /&gt;</w:t>
        <w:br/>
        <w:t>Чагарник розцвів рясний,&lt;br /&gt;</w:t>
        <w:br/>
        <w:t>Скрізь троянд веселий цвіт;&lt;br /&gt;</w:t>
        <w:br/>
        <w:t>Сам розсунув темінь віт&lt;br /&gt;</w:t>
        <w:br/>
        <w:t>Бір сміливцеві навстріч.&lt;br /&gt;</w:t>
        <w:br/>
        <w:t>Витязь вгледів тут увіч&lt;br /&gt;</w:t>
        <w:br/>
        <w:t>Свіже все; ось перед ним&lt;br /&gt;</w:t>
        <w:br/>
        <w:t>Над цвітінням молодим&lt;br /&gt;</w:t>
        <w:br/>
        <w:t>Йдуть метелики в танок;&lt;br /&gt;</w:t>
        <w:br/>
        <w:t>За струмком дзюрчить струмок&lt;br /&gt;</w:t>
        <w:br/>
        <w:t>В'ються, плещуть, блискотять;&lt;br /&gt;</w:t>
        <w:br/>
        <w:t>Птахи крильми лопотять&lt;br /&gt;</w:t>
        <w:br/>
        <w:t>У зеленій гущині;&lt;br /&gt;</w:t>
        <w:br/>
        <w:t>Хащі зовсім не страшні,&lt;br /&gt;</w:t>
        <w:br/>
        <w:t>Ліс пахучий і дзвінкий.&lt;br /&gt;</w:t>
        <w:br/>
        <w:t>їде витязь молодий&lt;br /&gt;</w:t>
        <w:br/>
        <w:t>Довго між широковіть,&lt;br /&gt;</w:t>
        <w:br/>
        <w:t>Перед ним палац стоїть.&lt;br /&gt;</w:t>
        <w:br/>
        <w:t>Ось його доводить слід&lt;br /&gt;</w:t>
        <w:br/>
        <w:t>До розчинених воріт.&lt;br /&gt;</w:t>
        <w:br/>
        <w:t>Ось у двір в'їжджає він,&lt;br /&gt;</w:t>
        <w:br/>
        <w:t>У дворі стрічає він&lt;br /&gt;</w:t>
        <w:br/>
        <w:t>Тьму людей, і кожне спить:&lt;br /&gt;</w:t>
        <w:br/>
        <w:t>Той як вкопаний сидить;&lt;br /&gt;</w:t>
        <w:br/>
        <w:t>Нерухомо той іде;&lt;br /&gt;</w:t>
        <w:br/>
        <w:t>Той, неначе річ веде,&lt;br /&gt;</w:t>
        <w:br/>
        <w:t>Рот розкрив, але та річ&lt;br /&gt;</w:t>
        <w:br/>
        <w:t>Цілих троє вже сторіч&lt;br /&gt;</w:t>
        <w:br/>
        <w:t>У вустах його мовчить;&lt;br /&gt;</w:t>
        <w:br/>
        <w:t>Той зібрався відпочить,&lt;br /&gt;</w:t>
        <w:br/>
        <w:t>Та лягти іще не встиг,&lt;br /&gt;</w:t>
        <w:br/>
        <w:t>Як в чарівнім сні застиг,&lt;br /&gt;</w:t>
        <w:br/>
        <w:t>Не вмостившися як слід.&lt;br /&gt;</w:t>
        <w:br/>
        <w:t>Нерухомий триста літ&lt;br /&gt;</w:t>
        <w:br/>
        <w:t>Не стоїть він, не лежить&lt;br /&gt;</w:t>
        <w:br/>
        <w:t>І, готовий впасти, спить.&lt;br /&gt;</w:t>
        <w:br/>
        <w:t>Витязь ходить з краю в край,&lt;br /&gt;</w:t>
        <w:br/>
        <w:t>Він здивований украй&lt;br /&gt;</w:t>
        <w:br/>
        <w:t>Сонним царством отаким.&lt;br /&gt;</w:t>
        <w:br/>
        <w:t>Ось і ґанок перед ним.&lt;br /&gt;</w:t>
        <w:br/>
        <w:t>Він по східцях хоче йти&lt;br /&gt;</w:t>
        <w:br/>
        <w:t>(Швидше, швидше до мети!).&lt;br /&gt;</w:t>
        <w:br/>
        <w:t>Та на східцях цар лежить,&lt;br /&gt;</w:t>
        <w:br/>
        <w:t>Із царицею він спить.&lt;br /&gt;</w:t>
        <w:br/>
        <w:t>Перетята вгору путь.&lt;br /&gt;</w:t>
        <w:br/>
        <w:t>Витязь дума: "Як же буть?&lt;br /&gt;</w:t>
        <w:br/>
        <w:t>У палац пробратись як?"&lt;br /&gt;</w:t>
        <w:br/>
        <w:t>І відважився юнак.&lt;br /&gt;</w:t>
        <w:br/>
        <w:t>Він ступає спроквола&lt;br /&gt;</w:t>
        <w:br/>
        <w:t>Через царственні тіла.&lt;br /&gt;</w:t>
        <w:br/>
        <w:t>У палаці все вві сні,&lt;br /&gt;</w:t>
        <w:br/>
        <w:t>Тихо скрізь, як у труні.&lt;br /&gt;</w:t>
        <w:br/>
        <w:t>Ходить всюди царський син,&lt;br /&gt;</w:t>
        <w:br/>
        <w:t>Раптом бачить двері він&lt;br /&gt;</w:t>
        <w:br/>
        <w:t>Незачинені в покій;&lt;br /&gt;</w:t>
        <w:br/>
        <w:t>По драбині гвинтовій&lt;br /&gt;</w:t>
        <w:br/>
        <w:t>Він по східцях вгору йде.&lt;br /&gt;</w:t>
        <w:br/>
        <w:t>Що ж таке там? Де він, де?&lt;br /&gt;</w:t>
        <w:br/>
        <w:t>Вся душа його кипить,&lt;br /&gt;</w:t>
        <w:br/>
        <w:t>Перед ним царівна спить.&lt;br /&gt;</w:t>
        <w:br/>
        <w:t>Мов дитя, лежить вона,&lt;br /&gt;</w:t>
        <w:br/>
        <w:t>Щоки квітнуть, як весна;&lt;br /&gt;</w:t>
        <w:br/>
        <w:t>Вся палає уві сні,&lt;br /&gt;</w:t>
        <w:br/>
        <w:t>Вії блискають рясні;&lt;br /&gt;</w:t>
        <w:br/>
        <w:t>Сонне полум'я в очах;&lt;br /&gt;</w:t>
        <w:br/>
        <w:t>Наче темінь по ночах.&lt;br /&gt;</w:t>
        <w:br/>
        <w:t>Звиті кучері її&lt;br /&gt;</w:t>
        <w:br/>
        <w:t>В коси, що, мов дві змії,&lt;br /&gt;</w:t>
        <w:br/>
        <w:t>Круг чола лягли, тугі.&lt;br /&gt;</w:t>
        <w:br/>
        <w:t>Груди білі, мов сніги.&lt;br /&gt;</w:t>
        <w:br/>
        <w:t>На тонкий, тендітний стан&lt;br /&gt;</w:t>
        <w:br/>
        <w:t>Ліг легенький сарафан.&lt;br /&gt;</w:t>
        <w:br/>
        <w:t>Губи пломенем горять,&lt;br /&gt;</w:t>
        <w:br/>
        <w:t>Руки — лебеді лежать&lt;br /&gt;</w:t>
        <w:br/>
        <w:t>Край грудей її тремких;&lt;br /&gt;</w:t>
        <w:br/>
        <w:t>В чобітках лежать легких&lt;br /&gt;</w:t>
        <w:br/>
        <w:t>Ніжки — диво серед див.&lt;br /&gt;</w:t>
        <w:br/>
        <w:t>Витязь серце розпалив&lt;br /&gt;</w:t>
        <w:br/>
        <w:t>Всім побаченим в ту мить,&lt;br /&gt;</w:t>
        <w:br/>
        <w:t>Мов укопаний стоїть.&lt;br /&gt;</w:t>
        <w:br/>
        <w:t>Непорушно спить вона.&lt;br /&gt;</w:t>
        <w:br/>
        <w:t>Сила сну у ній міцна.&lt;br /&gt;</w:t>
        <w:br/>
        <w:t>Як ту силу подолать?&lt;br /&gt;</w:t>
        <w:br/>
        <w:t>Щоб жадобу втамувать,&lt;br /&gt;</w:t>
        <w:br/>
        <w:t>Утолить душі порив,&lt;br /&gt;</w:t>
        <w:br/>
        <w:t>Він обличчя нахилив&lt;br /&gt;</w:t>
        <w:br/>
        <w:t>До ланіт її палких&lt;br /&gt;</w:t>
        <w:br/>
        <w:t>І горінням вуст жарких,&lt;br /&gt;</w:t>
        <w:br/>
        <w:t>Ніжним диханням її&lt;br /&gt;</w:t>
        <w:br/>
        <w:t>Весь облитий, він свої&lt;br /&gt;</w:t>
        <w:br/>
        <w:t>Почуття не вгамував&lt;br /&gt;</w:t>
        <w:br/>
        <w:t>І її поцілував.&lt;br /&gt;</w:t>
        <w:br/>
        <w:t>Вмить прокинулась вона,&lt;br /&gt;</w:t>
        <w:br/>
        <w:t>Вмить за нею вирина&lt;br /&gt;</w:t>
        <w:br/>
        <w:t>Все зі сну у царстві тім:&lt;br /&gt;</w:t>
        <w:br/>
        <w:t>Цар, цариця, царській дім.&lt;br /&gt;</w:t>
        <w:br/>
        <w:t>Знову гомін, метушня.&lt;br /&gt;</w:t>
        <w:br/>
        <w:t>Як було все; ніби й дня&lt;br /&gt;</w:t>
        <w:br/>
        <w:t>Не минуло з тих часів,&lt;br /&gt;</w:t>
        <w:br/>
        <w:t>Як тут сон все оповив.&lt;br /&gt;</w:t>
        <w:br/>
        <w:t>От по східцях цар іде;&lt;br /&gt;</w:t>
        <w:br/>
        <w:t>Нагулявшись, він веде&lt;br /&gt;</w:t>
        <w:br/>
        <w:t>І царицю у покій,&lt;br /&gt;</w:t>
        <w:br/>
        <w:t>Слідом — почет, наче рій;&lt;br /&gt;</w:t>
        <w:br/>
        <w:t>Струнко вартові стоять;&lt;br /&gt;</w:t>
        <w:br/>
        <w:t>Мухи зграями летять;&lt;br /&gt;</w:t>
        <w:br/>
        <w:t>Підворітний гавка пес;&lt;br /&gt;</w:t>
        <w:br/>
        <w:t>Доїдає свій овес&lt;br /&gt;</w:t>
        <w:br/>
        <w:t>Кінь на стайні; куховар&lt;br /&gt;</w:t>
        <w:br/>
        <w:t>Дме на вогнище — не ж ш,&lt;br /&gt;</w:t>
        <w:br/>
        <w:t>І тріщить вогонь, гориті,&lt;br /&gt;</w:t>
        <w:br/>
        <w:t>І струмочком дим біжить.&lt;br /&gt;</w:t>
        <w:br/>
        <w:t>Все бувале тут. Один&lt;br /&gt;</w:t>
        <w:br/>
        <w:t>Небувалий царський син.&lt;br /&gt;</w:t>
        <w:br/>
        <w:t>Він веде царівну вниз,&lt;br /&gt;</w:t>
        <w:br/>
        <w:t>До грудей її притис,&lt;br /&gt;</w:t>
        <w:br/>
        <w:t>Обіймають їх батьки...&lt;br /&gt;</w:t>
        <w:br/>
        <w:t>Ще додам я залюбки&lt;br /&gt;</w:t>
        <w:br/>
        <w:t>Про весілля і бенкет:&lt;br /&gt;</w:t>
        <w:br/>
        <w:t>Пив я там вино і мед;&lt;br /&gt;</w:t>
        <w:br/>
        <w:t>Хоч по вусах все текло,—&lt;br /&gt;</w:t>
        <w:br/>
        <w:t>В роті й краплі не було.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Спляча царівна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