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Співанки</w:t>
      </w:r>
    </w:p>
    <w:p>
      <w:r>
        <w:br/>
        <w:t xml:space="preserve"> І&lt;br /&gt;</w:t>
        <w:br/>
        <w:t>А я собі стрілець!&lt;br /&gt;</w:t>
        <w:br/>
        <w:t>А я собі — та ще мені ся хоче!&lt;br /&gt;</w:t>
        <w:br/>
        <w:t>А я собі стрілець!&lt;br /&gt;</w:t>
        <w:br/>
        <w:t>Б'ю серни та й куниці —&lt;br /&gt;</w:t>
        <w:br/>
        <w:t>Свист як у лист! як у гаю-гаю-гаю!&lt;br /&gt;</w:t>
        <w:br/>
        <w:t>Бо зух си молодець&lt;br /&gt;</w:t>
        <w:br/>
        <w:t>З своїм кресом!</w:t>
      </w:r>
    </w:p>
    <w:p>
      <w:r>
        <w:br/>
        <w:t>А в мене браття, кріс!&lt;br /&gt;</w:t>
        <w:br/>
        <w:t>А в мене, брє, — та й ще мені ся хоче!&lt;br /&gt;</w:t>
        <w:br/>
        <w:t>А в мене, браття, кріс,&lt;br /&gt;</w:t>
        <w:br/>
        <w:t>Як локоть макогона!&lt;br /&gt;</w:t>
        <w:br/>
        <w:t>Свист як у лист! як у гаю-гаю-гаю!&lt;br /&gt;</w:t>
        <w:br/>
        <w:t>Так ходжу в чорний ліс&lt;br /&gt;</w:t>
        <w:br/>
        <w:t>З своїм кресом!</w:t>
      </w:r>
    </w:p>
    <w:p>
      <w:r>
        <w:br/>
        <w:t>Та йду я спізна раз!&lt;br /&gt;</w:t>
        <w:br/>
        <w:t>Та йду я раз — та й ще мені ся хоче!&lt;br /&gt;</w:t>
        <w:br/>
        <w:t>Та йду я спізна раз!&lt;br /&gt;</w:t>
        <w:br/>
        <w:t>Та йду я та й думаю, —&lt;br /&gt;</w:t>
        <w:br/>
        <w:t>Свист як у лист! як у гаю-гаю-гаю!&lt;br /&gt;</w:t>
        <w:br/>
        <w:t>Що ночувати час&lt;br /&gt;</w:t>
        <w:br/>
        <w:t>З своїм кресом!</w:t>
      </w:r>
    </w:p>
    <w:p>
      <w:r>
        <w:br/>
        <w:t>Аж тут я нагадав —&lt;br /&gt;</w:t>
        <w:br/>
        <w:t>Аж тут я, брє, — та й ще мені ся хоче! —&lt;br /&gt;</w:t>
        <w:br/>
        <w:t>Аж тут я нагадав,&lt;br /&gt;</w:t>
        <w:br/>
        <w:t>Що там, під лісом, хатка, —&lt;br /&gt;</w:t>
        <w:br/>
        <w:t>Свист як у лист! як у гаю-гаю-гаю!&lt;br /&gt;</w:t>
        <w:br/>
        <w:t>А в хатці — як три пав, —&lt;br /&gt;</w:t>
        <w:br/>
        <w:t>З своїм кресом!</w:t>
      </w:r>
    </w:p>
    <w:p>
      <w:r>
        <w:br/>
        <w:t>А в хатці — як три пав,&lt;br /&gt;</w:t>
        <w:br/>
        <w:t>А в хатці, брє, — та й ще мені ся хоче!&lt;br /&gt;</w:t>
        <w:br/>
        <w:t>А в хатці — як три пав,&lt;br /&gt;</w:t>
        <w:br/>
        <w:t>Рум'яних, круглолицих!&lt;br /&gt;</w:t>
        <w:br/>
        <w:t>Свист як у лист! як у гаю-гаю-гаю!&lt;br /&gt;</w:t>
        <w:br/>
        <w:t>Там буду ночував&lt;br /&gt;</w:t>
        <w:br/>
        <w:t>З своїм кресом!</w:t>
      </w:r>
    </w:p>
    <w:p>
      <w:r>
        <w:br/>
        <w:t>Приходжу я до них!&lt;br /&gt;</w:t>
        <w:br/>
        <w:t>Приходжу я — та й ще мені ся хоче!&lt;br /&gt;</w:t>
        <w:br/>
        <w:t>Приходжу я до них&lt;br /&gt;</w:t>
        <w:br/>
        <w:t>Та й пук-пук-пук! в віконце.&lt;br /&gt;</w:t>
        <w:br/>
        <w:t>Свист як у лист! як у гаю-гаю-гаю!&lt;br /&gt;</w:t>
        <w:br/>
        <w:t>— Пустіть, до триста лих,&lt;br /&gt;</w:t>
        <w:br/>
        <w:t>З моїм кресом!</w:t>
      </w:r>
    </w:p>
    <w:p>
      <w:r>
        <w:br/>
        <w:t>А вни всі три нараз —&lt;br /&gt;</w:t>
        <w:br/>
        <w:t>А вни всі три — та й ще мені ся хоче!&lt;br /&gt;</w:t>
        <w:br/>
        <w:t>А вни всі три нараз&lt;br /&gt;</w:t>
        <w:br/>
        <w:t>Устали, засвітили.&lt;br /&gt;</w:t>
        <w:br/>
        <w:t>Свист як у лист! як у гаю-гаю-гаю!&lt;br /&gt;</w:t>
        <w:br/>
        <w:t>— А просимо ж до нас&lt;br /&gt;</w:t>
        <w:br/>
        <w:t>З своїм кресом!</w:t>
      </w:r>
    </w:p>
    <w:p>
      <w:r>
        <w:br/>
        <w:t>Я думав, що дадуть, —&lt;br /&gt;</w:t>
        <w:br/>
        <w:t>Я думав, що — та й ще мені ся хоче!&lt;br /&gt;</w:t>
        <w:br/>
        <w:t>Я думав, що дадуть&lt;br /&gt;</w:t>
        <w:br/>
        <w:t>Стрілецькую вечерю...&lt;br /&gt;</w:t>
        <w:br/>
        <w:t>Свист як у лист! як у гаю-гаю-гаю!&lt;br /&gt;</w:t>
        <w:br/>
        <w:t>А вни мнов та у кут,&lt;br /&gt;</w:t>
        <w:br/>
        <w:t>З моїм кресом!</w:t>
      </w:r>
    </w:p>
    <w:p>
      <w:r>
        <w:br/>
        <w:t>Та вже тогді всі три —&lt;br /&gt;</w:t>
        <w:br/>
        <w:t>Та вже тогді — та вже ми ся й не хоче!&lt;br /&gt;</w:t>
        <w:br/>
        <w:t>Та вже тогді всі три&lt;br /&gt;</w:t>
        <w:br/>
        <w:t>Як стануть — кочергами...&lt;br /&gt;</w:t>
        <w:br/>
        <w:t>Свист як у лист! як у гаю-гаю-гаю!&lt;br /&gt;</w:t>
        <w:br/>
        <w:t>Не було жарту, брє,&lt;br /&gt;</w:t>
        <w:br/>
        <w:t>З моїм кресом!</w:t>
      </w:r>
    </w:p>
    <w:p>
      <w:r>
        <w:br/>
        <w:t>Утерли, в сто їх душ, —&lt;br /&gt;</w:t>
        <w:br/>
        <w:t>Утерли в сто — та вже ми ся не хоче!&lt;br /&gt;</w:t>
        <w:br/>
        <w:t>Утерли, в сто їх душ,&lt;br /&gt;</w:t>
        <w:br/>
        <w:t>І лож, і крешелинє...&lt;br /&gt;</w:t>
        <w:br/>
        <w:t>Свист як у лист! як у гаю-гаю-гаю!&lt;br /&gt;</w:t>
        <w:br/>
        <w:t>Вже більше ані руш&lt;br /&gt;</w:t>
        <w:br/>
        <w:t>З моїм кресом!</w:t>
      </w:r>
    </w:p>
    <w:p>
      <w:r>
        <w:br/>
        <w:t>ІІ&lt;br /&gt;</w:t>
        <w:br/>
        <w:t>Браття опришки — гайда за чару! —&lt;br /&gt;</w:t>
        <w:br/>
        <w:t>Воля і вина в горах ростуть!&lt;br /&gt;</w:t>
        <w:br/>
        <w:t>Кара тиранам, кара їм, кара,&lt;br /&gt;</w:t>
        <w:br/>
        <w:t>Що місто пива кров нашу п'ють!&lt;br /&gt;</w:t>
        <w:br/>
        <w:t>Гостри ніж!&lt;br /&gt;</w:t>
        <w:br/>
        <w:t>Ріж ката, ріж!&lt;br /&gt;</w:t>
        <w:br/>
        <w:t>...............................................&lt;br /&gt;</w:t>
        <w:br/>
        <w:t>В бідної вдови одна корова&lt;br /&gt;</w:t>
        <w:br/>
        <w:t>Батько — на лаві, діти ревуть;&lt;br /&gt;</w:t>
        <w:br/>
        <w:t>Діти — по світі, корова — попова:&lt;br /&gt;</w:t>
        <w:br/>
        <w:t>Бог милосердний дасть дітям путь!&lt;br /&gt;</w:t>
        <w:br/>
        <w:t>Гостри ніж!&lt;br /&gt;</w:t>
        <w:br/>
        <w:t>Ріж ката, ріж!&lt;br /&gt;</w:t>
        <w:br/>
        <w:t>................................................&lt;br /&gt;</w:t>
        <w:br/>
        <w:t>Плаче удова в війта в порога:&lt;br /&gt;</w:t>
        <w:br/>
        <w:t>"Вигнав мя, війте, з хати сусід!.."&lt;br /&gt;</w:t>
        <w:br/>
        <w:t>"Тихо, сердешна! тихо, небого! —&lt;br /&gt;</w:t>
        <w:br/>
        <w:t>Як я зневажу свій таки рід?"&lt;br /&gt;</w:t>
        <w:br/>
        <w:t>Гостри ніж!&lt;br /&gt;</w:t>
        <w:br/>
        <w:t>Ріж ката, ріж!&lt;br /&gt;</w:t>
        <w:br/>
        <w:t>А коло вовка&lt;br /&gt;</w:t>
        <w:br/>
        <w:t>Війта повісь!&lt;br /&gt;</w:t>
        <w:br/>
        <w:t>................................................</w:t>
      </w:r>
    </w:p>
    <w:p>
      <w:r>
        <w:br/>
        <w:t>ІХ&lt;br /&gt;</w:t>
        <w:br/>
        <w:t>Як засяду, браття, коло чари,&lt;br /&gt;</w:t>
        <w:br/>
        <w:t>Як засяду, браття, на меду,&lt;br /&gt;</w:t>
        <w:br/>
        <w:t>То хай їдуть турки та й татари —&lt;br /&gt;</w:t>
        <w:br/>
        <w:t>А я собі й ухом не веду!&lt;br /&gt;</w:t>
        <w:br/>
        <w:t>Бо що нині — то я знаю;&lt;br /&gt;</w:t>
        <w:br/>
        <w:t>А пси завтра марш заграють,&lt;br /&gt;</w:t>
        <w:br/>
        <w:t>А позавтра кури загребуть!</w:t>
      </w:r>
    </w:p>
    <w:p>
      <w:r>
        <w:br/>
        <w:t>А як прийде, браття, костомаха,&lt;br /&gt;</w:t>
        <w:br/>
        <w:t>Та як прийде, браття, із косов,&lt;br /&gt;</w:t>
        <w:br/>
        <w:t>А я крикну: "Як здорова, свахо?&lt;br /&gt;</w:t>
        <w:br/>
        <w:t>Нумо собі, свашко, — із росов!"</w:t>
      </w:r>
    </w:p>
    <w:p>
      <w:r>
        <w:br/>
        <w:t>А як гарно закропимо душу,&lt;br /&gt;</w:t>
        <w:br/>
        <w:t>Та як вчистим, браття, аж по брай,&lt;br /&gt;</w:t>
        <w:br/>
        <w:t>Тогді з свашков в три дорозі рушу —&lt;br /&gt;</w:t>
        <w:br/>
        <w:t>Тоді собі з свашков просто в рай!</w:t>
      </w:r>
    </w:p>
    <w:p>
      <w:r>
        <w:br/>
        <w:t>А як прийду, братчики, до раю —&lt;br /&gt;</w:t>
        <w:br/>
        <w:t>Та кулаком в двері: пук-пук-пук!&lt;br /&gt;</w:t>
        <w:br/>
        <w:t>Петро з бучком: "Чого тут, бугаю?&lt;br /&gt;</w:t>
        <w:br/>
        <w:t>Та я тобі зараз сприщу гук!"</w:t>
      </w:r>
    </w:p>
    <w:p>
      <w:r>
        <w:br/>
        <w:t>А я вийму вареної фляшу,&lt;br /&gt;</w:t>
        <w:br/>
        <w:t>Вийму і сивушки боклажок:&lt;br /&gt;</w:t>
        <w:br/>
        <w:t>"Нумо, куме, — се за душу нашу!&lt;br /&gt;</w:t>
        <w:br/>
        <w:t>Нумо, куме Петре, хоть разок!"</w:t>
      </w:r>
    </w:p>
    <w:p>
      <w:r>
        <w:br/>
        <w:t>А він візьме, браття, покуштує&lt;br /&gt;</w:t>
        <w:br/>
        <w:t>Та за одним махом — аж до дна!&lt;br /&gt;</w:t>
        <w:br/>
        <w:t>Та лиш цмокне: "Най ти ж мать мордує!&lt;br /&gt;</w:t>
        <w:br/>
        <w:t>Се ж то, куме, трунчик — на-на-на!"</w:t>
      </w:r>
    </w:p>
    <w:p>
      <w:r>
        <w:br/>
        <w:t>На той галас збігнуться святії —&lt;br /&gt;</w:t>
        <w:br/>
        <w:t>Сава, Тома, Дмитро, Николай, —&lt;br /&gt;</w:t>
        <w:br/>
        <w:t>Та як хлиснуть, браття, тої гії,&lt;br /&gt;</w:t>
        <w:br/>
        <w:t>То забудуть, браття, і за рай!..</w:t>
      </w:r>
    </w:p>
    <w:p>
      <w:r>
        <w:br/>
        <w:t>Аж тут лізе-шкутильга помалу&lt;br /&gt;</w:t>
        <w:br/>
        <w:t>На товстій кривулі бог-отець:&lt;br /&gt;</w:t>
        <w:br/>
        <w:t>"Де ж ти, Петре, так ся закрохмалив?&lt;br /&gt;</w:t>
        <w:br/>
        <w:t>Та я тобі зараз дам ралець!"</w:t>
      </w:r>
    </w:p>
    <w:p>
      <w:r>
        <w:br/>
        <w:t>"Бий, о боже, кілько лиш ся влізе,&lt;br /&gt;</w:t>
        <w:br/>
        <w:t>А хоть і мечи нас через пліт, —&lt;br /&gt;</w:t>
        <w:br/>
        <w:t>Лиш сивушки дай нам хоть дві діжі,&lt;br /&gt;</w:t>
        <w:br/>
        <w:t>Бо се тобі трунчик на ввесь світ!"</w:t>
      </w:r>
    </w:p>
    <w:p>
      <w:r>
        <w:br/>
        <w:t>А бог візьме — стане смакувати,&lt;br /&gt;</w:t>
        <w:br/>
        <w:t>Та лиш мигне усом: "Bonus est!"&lt;br /&gt;</w:t>
        <w:br/>
        <w:t>Де ж таке ви роздобули в ката?&lt;br /&gt;</w:t>
        <w:br/>
        <w:t>Се не виливайте поза хрест!"</w:t>
      </w:r>
    </w:p>
    <w:p>
      <w:r>
        <w:br/>
        <w:t>Задля того ж — пиймо, браття, пиймо,&lt;br /&gt;</w:t>
        <w:br/>
        <w:t>Бо так господь з неба повелів;&lt;br /&gt;</w:t>
        <w:br/>
        <w:t>Доки віку — доти ся нажиймо,&lt;br /&gt;</w:t>
        <w:br/>
        <w:t>А не забуваймо божих слів!&lt;br /&gt;</w:t>
        <w:br/>
        <w:t>Бо що нині — то я знаю;&lt;br /&gt;</w:t>
        <w:br/>
        <w:t>А пси завтра марш заграють,&lt;br /&gt;</w:t>
        <w:br/>
        <w:t>А позавтра кури загребуть!..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Співанки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