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Співакова доля</w:t>
      </w:r>
    </w:p>
    <w:p>
      <w:r>
        <w:br/>
        <w:t xml:space="preserve"> &lt;p&gt;Жили собі колись два приятелі: Соловейко і Сірий горобчик. І так любилися, що не могли перебути один без одного й днини. Хоч і мешкали далеченько один від одного. Соловейко мандрував дніпровими схилами, а Сірий жив у гороб'ячій зграї під самою стелею великої клуні. Горобці дуже трималися свого вигідного пристановища. Взимку їм було тепло, а завжди — ситно.</w:t>
      </w:r>
    </w:p>
    <w:p>
      <w:r>
        <w:br/>
        <w:t>Не знати чому, але Сірий, котрий вилупився там же, у клуні, мав іншу вдачу. Бажалося йому простору, кортіло волі.</w:t>
      </w:r>
    </w:p>
    <w:p>
      <w:r>
        <w:br/>
        <w:t>І отак, крадькома вилітаючи на Дніпрові схили, стрів він там Соловейка, заслухався його пісень та й занадився гостювати до співака щодня.</w:t>
      </w:r>
    </w:p>
    <w:p>
      <w:r>
        <w:br/>
        <w:t>Там, на Дніпрових схилах, Сірий забував своїх родичів, злодійкувате видзьобування зерен. І тільки там він почувався пташкою.</w:t>
      </w:r>
    </w:p>
    <w:p>
      <w:r>
        <w:br/>
        <w:t>— Хай політає,— казали мудрі старші горобці.</w:t>
      </w:r>
    </w:p>
    <w:p>
      <w:r>
        <w:br/>
        <w:t>— Воно ще не знає, що таке мороз, що таке голод. Взнає — отямиться.</w:t>
      </w:r>
    </w:p>
    <w:p>
      <w:r>
        <w:br/>
        <w:t>Сірий не раз нарікав на своїх родичів Соловейкові.</w:t>
      </w:r>
    </w:p>
    <w:p>
      <w:r>
        <w:br/>
        <w:t>— Якби тільки ти знав, дорогий друже, як важко мені живеться! Цілий день оці докори, бійки за крихти, хоч усім того вистачає. Так тяжко!</w:t>
      </w:r>
    </w:p>
    <w:p>
      <w:r>
        <w:br/>
        <w:t>Соловейко мовчки слухав, він не уявляв собі життя у нехай навіть великій клуні.</w:t>
      </w:r>
    </w:p>
    <w:p>
      <w:r>
        <w:br/>
        <w:t>— Тікати, тікати! — жалібно повторював, чистячи об гілочку носик, Сірий.— А куди? І як? Хіба можу полишити батьків, сестер? Клопочусь не тільки про себе.</w:t>
      </w:r>
    </w:p>
    <w:p>
      <w:r>
        <w:br/>
        <w:t>Одного разу Сірий вислухав особливо натхненний</w:t>
      </w:r>
    </w:p>
    <w:p>
      <w:r>
        <w:br/>
        <w:t>спів Соловейка. І цікава думка прийшла йому в го-</w:t>
      </w:r>
    </w:p>
    <w:p>
      <w:r>
        <w:br/>
        <w:t>лову: і</w:t>
      </w:r>
    </w:p>
    <w:p>
      <w:r>
        <w:br/>
        <w:t>"Він робить з мене зовсім іншого горобця! Ніби все, що було в мені красивого, дужого, виходить з самих глибин, і я стаю кращим, добрішим! Як це прекрасно! Тільки, мабуть, це кепсько, що лише я знаю і слухаю Соловейкові співи. Може, й на моїх родичів він справить таке ж чарівне враження? Може, й вони стануть іншими?"</w:t>
      </w:r>
    </w:p>
    <w:p>
      <w:r>
        <w:br/>
        <w:t>— Послухай, друже,—звернувся він до Соловейка.— Чи не погодився б ти заспівати моєму племені?.. Я так хочу, щоб стали вони іншими. Вони так мало бачили красивого. Я вірю, вони полюблять тебе.</w:t>
      </w:r>
    </w:p>
    <w:p>
      <w:r>
        <w:br/>
        <w:t>Соловейкові не дуже хотілося летіти до клуні. Та не міг відмовити щирому проханню друга. Вихором влетів Сірий до гороб'ячої оселі.</w:t>
      </w:r>
    </w:p>
    <w:p>
      <w:r>
        <w:br/>
        <w:t>— Слухайте! Слухайте всі! — зацвірінькав він.— Сьогодні увечері вам співатиме мій друг Соловейко!</w:t>
      </w:r>
    </w:p>
    <w:p>
      <w:r>
        <w:br/>
        <w:t>Умовкли ошелешені горобці.</w:t>
      </w:r>
    </w:p>
    <w:p>
      <w:r>
        <w:br/>
        <w:t>— А де він живе? — нарешті хрипло цвірінькнув дід Сірого.</w:t>
      </w:r>
    </w:p>
    <w:p>
      <w:r>
        <w:br/>
        <w:t>— Ти вважаєш, нам необхідно його послухати?— занепокоївся батько— А як до цього поставиться хазяїн клуні? Може, він не витерпить галасу. І вижене нас усіх.</w:t>
      </w:r>
    </w:p>
    <w:p>
      <w:r>
        <w:br/>
        <w:t>— Кожен залюбки слухатиме Соловейка! Ви ж не знаєте, як він співає! — запалювався Сірий ентузіазмом.</w:t>
      </w:r>
    </w:p>
    <w:p>
      <w:r>
        <w:br/>
        <w:t>Коли ввечері Соловейко влетів у клуню, горобці насторожено сиділи під стріхою по всіх усюдах.</w:t>
      </w:r>
    </w:p>
    <w:p>
      <w:r>
        <w:br/>
        <w:t>Співав Соловейко про зелені схили, про сині води, про нічні квіти, про біле марево цвіту. Горобці слухали й мовчали. Вони відчували хвилювання, серця їх почали битися частіше, вони навіть не знали, що з ними діється..</w:t>
      </w:r>
    </w:p>
    <w:p>
      <w:r>
        <w:br/>
        <w:t>І коли Соловейко скінчив пісню і відлетів, вони нічого не сказали Сірому і якісь мовчазні, збентежені, вклалися спати.</w:t>
      </w:r>
    </w:p>
    <w:p>
      <w:r>
        <w:br/>
        <w:t>Уранці, пригадавши вечірній неспокій, вони зійшлися на тому, що життя в них хороше і зовсім не треба їм, розумним горобцям, ускладнювати його ще й якимись солов'їними співами.</w:t>
      </w:r>
    </w:p>
    <w:p>
      <w:r>
        <w:br/>
        <w:t>Та далі сталося непередбачене. Хазяїн клуні чув солов'їний спів, розповів про те своїй жінці. Вони довго вдивлялися в принишклих горобців під стелею, і нарешті жінка сказала:</w:t>
      </w:r>
    </w:p>
    <w:p>
      <w:r>
        <w:br/>
        <w:t>— Серед цих дармоїдів завівся Соловейко? Хто б міг подумати? З сьогоднішнього дня почепити їм годівницю з просом.</w:t>
      </w:r>
    </w:p>
    <w:p>
      <w:r>
        <w:br/>
        <w:t>Горобці живим клубком впали на просо і вмить усе склювали. І тільки потім комусь спало на думку, що не буде їм надалі такої смачної їжі, якщо хазяїн зрозуміє свою помилку.</w:t>
      </w:r>
    </w:p>
    <w:p>
      <w:r>
        <w:br/>
        <w:t>— Гей, Сіренький,— покликали вони його,— чп не міг би ти запросити ще раз свого милого товариша? Нам так сподобався його чарівний спів. Ти ж знаєш, яке в нас важке життя! А він так розважив нас.</w:t>
      </w:r>
    </w:p>
    <w:p>
      <w:r>
        <w:br/>
        <w:t>Радісний, гордий, війнув Сірий на дніпровські кручі до Соловейка.</w:t>
      </w:r>
    </w:p>
    <w:p>
      <w:r>
        <w:br/>
        <w:t>— Ми перемогли! — зацвірінькав він ще здалеку.— Вони здалися! Вони прокинулися! У цих капшуках з жиром забилося серце!</w:t>
      </w:r>
    </w:p>
    <w:p>
      <w:r>
        <w:br/>
        <w:t>Соловейко не радів з такого визнання.</w:t>
      </w:r>
    </w:p>
    <w:p>
      <w:r>
        <w:br/>
        <w:t>— А чому б їм не прилетіти сюди? Адже я мешкаю тут!</w:t>
      </w:r>
    </w:p>
    <w:p>
      <w:r>
        <w:br/>
        <w:t>— Ах, Соловейку,— присоромив його Сірий,— як ти можеш цього вимагати від них? Ти повинен радіти, що силою, красою своїх пісень змусив змінити їхні погляди.</w:t>
      </w:r>
    </w:p>
    <w:p>
      <w:r>
        <w:br/>
        <w:t>— Ти маєш рацію!—погодився Соловейко.— Ми не повинні загасити цю іскру. Навпаки, раз ми сильніші, повинні допомогти.</w:t>
      </w:r>
    </w:p>
    <w:p>
      <w:r>
        <w:br/>
        <w:t>Соловейко залетів у клуню, але більше звідти не повернувся. Горобці спочатку благали його лишитися погостювати, потім почали годувати ласощами щодня, бідний Соловейко аж зажирів і за якийсь час уже сам не хотів відлітати з клуні. Сірий був щасливий, і в очах родичів набрав ваги.</w:t>
      </w:r>
    </w:p>
    <w:p>
      <w:r>
        <w:br/>
        <w:t>І все б було чудово і для горобців, і для Сірого, і навіть хазяїна з жінкою.</w:t>
      </w:r>
    </w:p>
    <w:p>
      <w:r>
        <w:br/>
        <w:t>Але від надмірного ласування просом виросло воло в Соловейка. Не той, не той спів лунав уже! Та й не дуже йому хотілося співати.</w:t>
      </w:r>
    </w:p>
    <w:p>
      <w:r>
        <w:br/>
        <w:t>Хазяїн вже не міг почути голосу Соловейка, тому горобці напоказ водили співця під крильця, щоб усі бачили, що він є. Та одного разу навідалася до клуні хазяйка, прислухалася і сказала:</w:t>
      </w:r>
    </w:p>
    <w:p>
      <w:r>
        <w:br/>
        <w:t>— Як жаль, що зник наш Соловейко!</w:t>
      </w:r>
    </w:p>
    <w:p>
      <w:r>
        <w:br/>
        <w:t>— Він тут. Це ж ота пташка, яку водять горобці.</w:t>
      </w:r>
    </w:p>
    <w:p>
      <w:r>
        <w:br/>
        <w:t>— Що ти,— обурилася жінка.— Пір'ячко у цього каліки дійсно подібне до Солов'їного. Але ж голос, Це не Соловейко, це якийсь гороб'ячий родич.</w:t>
      </w:r>
    </w:p>
    <w:p>
      <w:r>
        <w:br/>
        <w:t>Коли зникли годівниці з просом, розсердилися горобці на Солов'я.</w:t>
      </w:r>
    </w:p>
    <w:p>
      <w:r>
        <w:br/>
        <w:t>— їсть більше за всіх, а на пшоно заробити — зась!</w:t>
      </w:r>
    </w:p>
    <w:p>
      <w:r>
        <w:br/>
        <w:t>Соловей сидів у темному кутку, ні з ким не розмовляючи, ні до кого не прагнучи. І тільки зрідка, коли прилітав з крихтами хліба до нього Сірий, очі в нього теплішали, але обважнілий друг зневажливо зупиняв його.</w:t>
      </w:r>
    </w:p>
    <w:p>
      <w:r>
        <w:br/>
        <w:t>Ах, не нагадуй мені про твій голос. Якби-він був, ти б досі ще співав. А взагалі, всі ви однакові. Пісні, пісні, повітря, а насправді ти хотів жити у нас, у клуні. Ну, зізнайся,— чіплявся він до нещасного Солов'я,— хотів, правда? Я завжди це відчував. Але ж як ти боїшся зізнатися? Ти лишишся тут,— заспокоював він Соловейка, коли бачив, як сльози скочувалися тому на дзьоб, а звідти падали на підлогу клуні.</w:t>
      </w:r>
    </w:p>
    <w:p>
      <w:r>
        <w:br/>
        <w:t>Хазяїн з жінкою колись шанували Соловейкові пісні, але жоден з них так ніколи і не здогадався, що тепер ходить по Соловейкових сльозах.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Співакова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