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Спалах у небі</w:t>
      </w:r>
    </w:p>
    <w:p>
      <w:r>
        <w:br/>
        <w:t xml:space="preserve"> &lt;p&gt;Мислитель сидів біля телескопічного екрана. Велика безволоса голова його схилилася вперед, тонкі кво-лі пальці маніпулювали на пульті.</w:t>
      </w:r>
    </w:p>
    <w:p>
      <w:r>
        <w:br/>
        <w:t>— Зараз, зараз, — говорив він до підлітка, що з цікавістю заглядав через його худорляве плече. — Ось вона, рідна Галактика!</w:t>
      </w:r>
    </w:p>
    <w:p>
      <w:r>
        <w:br/>
        <w:t>Він сказав це таким тоном, ніби та Галактика дорогоцінним камінцем виблискувала на його тендітній до-лоні. Юнак пильно дивився на екран, помережаний тоненькими лініями координат. У великих його очах, схо-жих на сливи, жевріло здивування.</w:t>
      </w:r>
    </w:p>
    <w:p>
      <w:r>
        <w:br/>
        <w:t>— Котра? — ледве ворухнув безкровними губами.</w:t>
      </w:r>
    </w:p>
    <w:p>
      <w:r>
        <w:br/>
        <w:t>— Оця ось, сину. — Мислитель вказав лискучою паличкою на одну з численних світлих цяток.</w:t>
      </w:r>
    </w:p>
    <w:p>
      <w:r>
        <w:br/>
        <w:t>— Така маленька?</w:t>
      </w:r>
    </w:p>
    <w:p>
      <w:r>
        <w:br/>
        <w:t>— Ні, вона велетенська. Коли ми були там, здавалася просто безмежною, — почав пояснювати батько. Голос в нього був рівний, але хлопець одразу ж вловив якісь тривожні нотки. — Наша Галактика складається з мільярдів зірок. Це ми так далеко відлетіли, що вона здається цяткою.</w:t>
      </w:r>
    </w:p>
    <w:p>
      <w:r>
        <w:br/>
        <w:t>— Скільки ж ми летимо?</w:t>
      </w:r>
    </w:p>
    <w:p>
      <w:r>
        <w:br/>
        <w:t>Син притулився до плеча батька, підсвідомо бажаючи ніжністю вгамувати його тривогу.</w:t>
      </w:r>
    </w:p>
    <w:p>
      <w:r>
        <w:br/>
        <w:t>— Ти й народився тут, на ракеті. А я був ще зовсім молодий, коли ми вирушили… — Він заговорив шви-дко, певно сподіваючись у такий спосіб упередити чи унеможливити синові запитання. — Розумієш, навколо системи з трьох зірок отієї Галактики обертається наша рідна планета… Ну, як би тобі пояснити? Це велике космічне тіло з морями, лісами, горами — ти ж бачив рухомі картини?</w:t>
      </w:r>
    </w:p>
    <w:p>
      <w:r>
        <w:br/>
        <w:t>— Бачив, тату, — задумливо промовив юнак, — але не віриться, що може існувати так багато текучої ма-терії. І такі величезні дерева… Скажи, то все насправді? Хіба то не витвір уяви?</w:t>
      </w:r>
    </w:p>
    <w:p>
      <w:r>
        <w:br/>
        <w:t>— Звичайно, насправді. Це тобі здається неймовірним тому, що ти виріс тут, на ракеті. Вона стала твоєю планетою. Вона величезна, оця наша ракета — бач, у теплицях ростуть і фрукти, і овочі, кожному є де жити, вчитися, працювати. А більше текучої матерії, як ото в басейні, ми не могли з собою взяти. Ех, якби ти знав, що то за щастя промчати на човні, поборотися з хвилями!</w:t>
      </w:r>
    </w:p>
    <w:p>
      <w:r>
        <w:br/>
        <w:t>На якусь мить він замріявся. Потім, схаменувшись, мовив:</w:t>
      </w:r>
    </w:p>
    <w:p>
      <w:r>
        <w:br/>
        <w:t>— Але ж і тут, на космічному кораблі, чудово, правда? Ми пронизуємо Простір і Час, спостерігаємо таке, чого ніколи не можна побачити на дні повітряного океану планети. Чим більше ти вчитимешся, тим ширше і глибше відкриватиметься перед тобою світ.</w:t>
      </w:r>
    </w:p>
    <w:p>
      <w:r>
        <w:br/>
        <w:t>Юнак мовчки слухав батькову розповідь про зірки, про планети — колиски життя, а тоді-таки спитав про те, що старанно обминав батько:</w:t>
      </w:r>
    </w:p>
    <w:p>
      <w:r>
        <w:br/>
        <w:t>— А де наша мати? В усіх моїх товаришів є матері, а в мене…</w:t>
      </w:r>
    </w:p>
    <w:p>
      <w:r>
        <w:br/>
        <w:t>Мислитель глибоко зітхнув. Що відповісти? Сказати правду? Тільки чи він зрозуміє?..</w:t>
      </w:r>
    </w:p>
    <w:p>
      <w:r>
        <w:br/>
        <w:t>— Наша мати, коли ти був ще зовсім маленький… Ні, краще не розпитуй, бо це дуже тяжко.</w:t>
      </w:r>
    </w:p>
    <w:p>
      <w:r>
        <w:br/>
        <w:t>Підліток зауважив, що батько приклав руку до тієї половини грудей, де в кожного б’ється серце, і більше нічого не питав. Жилося йому тут добре, весь екіпаж його любив, от тільки щось непокоїло малого, чогось йому не вистачало. Підбільшав і здогадався: матері! І засіло в його свідомості питання: що з нею трапилось? Але, мабуть, на нього нелегко відповісти навіть батькові.</w:t>
      </w:r>
    </w:p>
    <w:p>
      <w:r>
        <w:br/>
        <w:t>— Заспокойся, тату. Розкажи краще, куди ж ми летимо?</w:t>
      </w:r>
    </w:p>
    <w:p>
      <w:r>
        <w:br/>
        <w:t>— Перед нами стоїть завдання: дослідити властивості матерії за галактичним обрієм. Ось незабаром ти опануєш фізику атома і зрозумієш, як це важливо і тяжко водночас.</w:t>
      </w:r>
    </w:p>
    <w:p>
      <w:r>
        <w:br/>
        <w:t>Мислитель поглядав на сина і думав про його матір. О, хлопець мав би пишатися нею, коли б знав усе. Хоча не завжди правда приносить щастя, не завжди!</w:t>
      </w:r>
    </w:p>
    <w:p>
      <w:r>
        <w:br/>
        <w:t>— І довго нам ще летіти?</w:t>
      </w:r>
    </w:p>
    <w:p>
      <w:r>
        <w:br/>
        <w:t>— Уже наближаємося до мети, сину. Ми в іншій галактичній системі. От відкриємо біля якоїсь зорі планету…</w:t>
      </w:r>
    </w:p>
    <w:p>
      <w:r>
        <w:br/>
        <w:t>— А потім?</w:t>
      </w:r>
    </w:p>
    <w:p>
      <w:r>
        <w:br/>
        <w:t>— Виконавши програму досліджень, вирушимо в зворотну подорож. До рідної планети долетите ви, під-літки. Бо нашого часу не вистачить… Ось чому ви повинні старанно вчитися, щоб замінити батьків і донести до вітчизни здобуті наукові істини. Зрозумів?</w:t>
      </w:r>
    </w:p>
    <w:p>
      <w:r>
        <w:br/>
        <w:t>— Так.</w:t>
      </w:r>
    </w:p>
    <w:p>
      <w:r>
        <w:br/>
        <w:t>— Ми готуємо з вас фізиків, хіміків, біологів, агрономів, лікарів не лише для того, щоб ви стали акумуляторами наших знань. Ні, ви самі повинні збагатити науку, невтомно розкриваючи таємниці природи… Ти охоче вивчаєш фізику?</w:t>
      </w:r>
    </w:p>
    <w:p>
      <w:r>
        <w:br/>
        <w:t>— Я люблю цю науку. Але мене цікавлять й інші. От хоча б біологія. Чому серце з правого боку — адже в окремих випадках трапляється навпаки? Чому лівою рукою зручніше все робити? Що таке психіка?</w:t>
      </w:r>
    </w:p>
    <w:p>
      <w:r>
        <w:br/>
        <w:t>Мислитель і не здогадувався, що його син уже задає собі стільки питань. Ах, як швидко скорочується життя…</w:t>
      </w:r>
    </w:p>
    <w:p>
      <w:r>
        <w:br/>
        <w:t>— Бачиш, синку, наш організм збудований так… А от на якій-небудь іншій планеті істоти, може, й інак-ші. Може, у них серця з лівого боку, а права рука виконує те, що в нас ліва. Але все-таки вони, мабуть, не відрі-зняються від нас докорінно. Природа витворила, очевидно, один найраціональніший тип мислячих істот…</w:t>
      </w:r>
    </w:p>
    <w:p>
      <w:r>
        <w:br/>
        <w:t>Хлопець слухав уважно, і все ж його ні на мить не залишала думка про матір. Де вона? Що з нею трапилось?..</w:t>
      </w:r>
    </w:p>
    <w:p>
      <w:r>
        <w:br/>
        <w:t>У залі Мудрості лишилося двоє. Усі Мислителі, вільні од вахти, зібралися на важливу нараду. Прилади вже зафіксували кілька зірок з планетами навколо них — треба визначити об’єкт дослідження.</w:t>
      </w:r>
    </w:p>
    <w:p>
      <w:r>
        <w:br/>
        <w:t>— Ти, мабуть, помітив, друже,— спитав темноокий хлопець,— що коли я запитую когось про матір, їм стає якось ніяково, вони одразу ж намагаються перевести розмову на інше. Тут якась таємниця, Мислителі щось приховують од мене…</w:t>
      </w:r>
    </w:p>
    <w:p>
      <w:r>
        <w:br/>
        <w:t>Його товариш одірвав погляд від кулястого екрана УЗ, по якому густо пливли сірі хвилі, і відповів:</w:t>
      </w:r>
    </w:p>
    <w:p>
      <w:r>
        <w:br/>
        <w:t>— Маєш рацію. Тут щось є ще невідоме для нас.</w:t>
      </w:r>
    </w:p>
    <w:p>
      <w:r>
        <w:br/>
        <w:t>Магічні слова: "невідоме", "загадкове", "таємниче" — були вимовлені. Юнаки вирішили: розкрити таємницю — їхнє завдання. І після тривалих роздумів надумалися звернутись до УЗ — біоелектричного комплексу "Універсальні Знання". Адже всі до найменшої події, що сталися на кораблі з першої хвилини після старту і до цієї миті, закодовані в його несхибній пам’яті. Юнаки дивилися на екран з цікавістю і водночас з острахом: то був невідомий для них світ — світ Мислителів, який досі їх зовсім не обходив. А зараз… Де той невидимий поріг, переступивши який і сам стаєш дорослим?</w:t>
      </w:r>
    </w:p>
    <w:p>
      <w:r>
        <w:br/>
        <w:t>— Як можна дізнатися про те, чого ми ще не знаємо? — дивлячись на пульсуючий екран, запитав один із юнаків.</w:t>
      </w:r>
    </w:p>
    <w:p>
      <w:r>
        <w:br/>
        <w:t>— За допомогою досвіду,— пролунав неприродно чистий голос— Вашого або інших.</w:t>
      </w:r>
    </w:p>
    <w:p>
      <w:r>
        <w:br/>
        <w:t>— Ми юні, в нас майже немає власного досвіду. А нам конче треба дізнатися про минуле.</w:t>
      </w:r>
    </w:p>
    <w:p>
      <w:r>
        <w:br/>
        <w:t>— Визначайте конкретніше: минуле Всесвіту?.. Планети?.. Корабля?.. Молекули?..</w:t>
      </w:r>
    </w:p>
    <w:p>
      <w:r>
        <w:br/>
        <w:t>Хоч вони змалку звикли до цих голосів, проте цей чимось вражав їх. Усвідомлення того, що цей ком-плекс "пам’ятає" безмежну кількість знань, якось ніби пригнічувало хлопців. їм і невтямки було: супроти того, що криється в Природі, навіть Універсальним Знанням відома лише крапля з океану.</w:t>
      </w:r>
    </w:p>
    <w:p>
      <w:r>
        <w:br/>
        <w:t>— Я хотів би дізнатися про свою матір,— ступив до екрана сливоокий юнак.</w:t>
      </w:r>
    </w:p>
    <w:p>
      <w:r>
        <w:br/>
        <w:t>— Її символ?</w:t>
      </w:r>
    </w:p>
    <w:p>
      <w:r>
        <w:br/>
        <w:t>— А-Я.</w:t>
      </w:r>
    </w:p>
    <w:p>
      <w:r>
        <w:br/>
        <w:t>— Клас біологічних, група мрійників, сектор Б-13.</w:t>
      </w:r>
    </w:p>
    <w:p>
      <w:r>
        <w:br/>
        <w:t>Коли були замовлені відомості під шифром Б-13, відповідний блок УЗ буквально тої ж миті почав давати інформацію про екіпаж космічного корабля.</w:t>
      </w:r>
    </w:p>
    <w:p>
      <w:r>
        <w:br/>
        <w:t>…В неймовірно далеку міжгалактичну експедицію вирушило 160 осіб, з них 80 жінок. Року 50918 (за планетним часом) народилося 32-є дітей; далі кількість народжень зростала неухильно. Коли населення ракети досягло максимуму, року 50938 (36-го місяця) за пропозицією А-Я було прийнято Закон Стабільності, який не дозволяв приросту. А-Я порушила цей Закон. 50939 року вона стала матір’ю хлопчика із символом Р-Ч. На за-сіданні Ради Впровадження Законів А-Я попросила катапультувати її в космос…</w:t>
      </w:r>
    </w:p>
    <w:p>
      <w:r>
        <w:br/>
        <w:t>В юнака Р-Ч наче збурились якісь струми, то проймаючи тіло вогняними вихорами, то обвіваючи холо-дом. Це ж заради нього, заради його життя мама… Он чому батько уникає розповідати про неї!</w:t>
      </w:r>
    </w:p>
    <w:p>
      <w:r>
        <w:br/>
        <w:t>Образ матері заполонив його душу, викликаючи терпкі жалі. Але він не відходив від екрана.</w:t>
      </w:r>
    </w:p>
    <w:p>
      <w:r>
        <w:br/>
        <w:t>— Було вирішено піддати А-Я анабіозу до завершення експедиції.</w:t>
      </w:r>
    </w:p>
    <w:p>
      <w:r>
        <w:br/>
        <w:t>— Отже, вона є! — несамовито вигукнув Р-Ч.</w:t>
      </w:r>
    </w:p>
    <w:p>
      <w:r>
        <w:br/>
        <w:t>— Так, А-Я перебуває в камері П-654, — відповів спокійний голос екрана.</w:t>
      </w:r>
    </w:p>
    <w:p>
      <w:r>
        <w:br/>
        <w:t>— Вона жива?</w:t>
      </w:r>
    </w:p>
    <w:p>
      <w:r>
        <w:br/>
        <w:t>— Не жива і не мертва… — УЗ виголосив цілу лекцію про анабіоз — стан, при якому життєві процеси в організмі майже цілковито припиняються.</w:t>
      </w:r>
    </w:p>
    <w:p>
      <w:r>
        <w:br/>
        <w:t>— Отже, А-Я, перебуваючи на межі життя і смерті, зовсім не старіє! До рідної планети вона повернеться такою ж молодою, як і була колись.</w:t>
      </w:r>
    </w:p>
    <w:p>
      <w:r>
        <w:br/>
        <w:t>Р-Ч якось невесело усміхнувся і у відповідь на здивований погляд свого друга сказав:</w:t>
      </w:r>
    </w:p>
    <w:p>
      <w:r>
        <w:br/>
        <w:t>— Як же вона житиме, втративши своє покоління? Адже ні батько, ні інші Мислителі до того часу не доживуть, — вони ж самі про це говорили. Та й ми, їхні діти, будемо, певне, зовсім старими… А можливо, ес-тафету до фінішу принесе аж наступне покоління. І от моя мама розплющить очі і побачить… незнайомців. По-кличе батька, а всі вже й ім’я його забули; покличе мене, коли навіть пороху мого вже не буде…</w:t>
      </w:r>
    </w:p>
    <w:p>
      <w:r>
        <w:br/>
        <w:t>Друзі вийшли із залу Мудрості сповнені сум’яття.</w:t>
      </w:r>
    </w:p>
    <w:p>
      <w:r>
        <w:br/>
        <w:t>Космічний корабель нарешті досяг силового поля невеликої самотньої зірки, яка утримувала біля себе і зігрівала дев’ять планет. Мислителі вирішили використати тяжіння цієї зірки, щоб поступово зменшити швид-кість і перейти на кругову орбіту. Корабель зробився ніби десятою планетою цього спокійного світила.</w:t>
      </w:r>
    </w:p>
    <w:p>
      <w:r>
        <w:br/>
        <w:t>Спостереження підтвердили теоретичні передбачення: часточки матерії в цих сотах Всесвіту мають про-тилежний заряд. На обшивці корабля все частіше і густіше зблискували іскорки — то вже давала про себе знати анігіляція дуже розрідженої матерії середовища. З кожним днем, як відзначали прилади, таких мікровибухів ставало все більше. Було цілком зрозуміло: коли не вжити запобіжних заходів, то корабель, увійшовши в прос-тір, щільно заповнений газом, зруйнується, сліпучий спалах вибуху стане звісткою про його загибель.</w:t>
      </w:r>
    </w:p>
    <w:p>
      <w:r>
        <w:br/>
        <w:t>Рада Мислителів вирішила переключити всі енергетичні ресурси на перезарядку атомів корабля, кожна краплина енергії була взята на облік. Політ спрямували до третьої від світила голубуватої планети.</w:t>
      </w:r>
    </w:p>
    <w:p>
      <w:r>
        <w:br/>
        <w:t>В цей напружений час, коли розв’язувалися такі складні науково-технічні проблеми і всі Мислителі буквально не відходили від спостережних приладів, молоде покоління, позбавлене належної опіки, зітхнуло вільніше. Розваги, ігри, всілякі втіхи не припинялися. Панувало загальне піднесення — адже нарешті вони знайшли планету, може, схожу на рідну! Тільки Р-Ч зі своїм другом не поділяли отих веселощів. Мати… Рідна мати! До болю хочеться почути її голос, вловити погляд її очей. Хіба він може спокійно жити, коли вона… не живе?</w:t>
      </w:r>
    </w:p>
    <w:p>
      <w:r>
        <w:br/>
        <w:t>Удвох вони надумали повернути до життя А-Я: хай і вона буде свідком тріумфу. Готувалися до цього в глибокій таємниці: вивчили електронну апаратуру, яка контролювала камеру П-654, зібрали всі відомості, не-обхідні для цієї операції, роздобули навіть шифр, підкоряючись якому Контрольна Установка відімкне двері камери. Домовились: Р-Ч зайде до камери, щоб на власні очі бачити, як проходитиме процес оживлення, а його друг чергуватиме в залі Мудрості, щоб дати команду про енергетичне постачання.</w:t>
      </w:r>
    </w:p>
    <w:p>
      <w:r>
        <w:br/>
        <w:t>Минав час, планета, до якої наближався корабель, збільшувалась в розмірах, росла на очах. На екрані вже добре було видно її фази, блакитну газову оболонку і срібно-білого супутника неподалік.</w:t>
      </w:r>
    </w:p>
    <w:p>
      <w:r>
        <w:br/>
        <w:t>Друзі розсталися біля екрана Внутрішнього Зв’язку. Р-Ч приклав долоню до правої половини грудей сво-го товариша, а той свою притулив до нього — звичайне прощання.</w:t>
      </w:r>
    </w:p>
    <w:p>
      <w:r>
        <w:br/>
        <w:t>— Як тільки я кивну, відразу вмикай! — наказав Р-Ч, відсмикнув руку, наче серце товариша припекло долоню, і, не оглядаючись, пішов із залу.</w:t>
      </w:r>
    </w:p>
    <w:p>
      <w:r>
        <w:br/>
        <w:t>Через кілька хвилин на екрані з’явилося його обличчя. Деякий час голова його була непорушна, ніби хлопець вагався. А потім — кивок. Товариш не гаючись заклав невеличку картку в програмний пристрій Енергетичного Ланцюга. То був наказ спрямувати енергію на об’єкти камери П-654.</w:t>
      </w:r>
    </w:p>
    <w:p>
      <w:r>
        <w:br/>
        <w:t>…Мати лежала в прозорому саркофазі — чорне одіяння, бліде лице, заплющені очі. В кришталеву тишу камери тонюсінькими прожилками проникло дзижчання: запрацювали численні пристрої Контрольної Устано-вки, щоб повернути життя А-Я!</w:t>
      </w:r>
    </w:p>
    <w:p>
      <w:r>
        <w:br/>
        <w:t>Довго стояв Р-Ч, пронизуючи поглядом саркофаг. Були хвилини, коли на нього находили сумніви і серце стискував страх. А що, як вони чогось не передбачили?.. Та ось нарешті ворухнулися повіки, обличчя пороже-віло, сіпнулась рука… Ну, прокидайся, прокидайся ж, мамо!</w:t>
      </w:r>
    </w:p>
    <w:p>
      <w:r>
        <w:br/>
        <w:t>А-Я розплющила очі. Наче зі сну, вона дивилася і нічого не бачила.</w:t>
      </w:r>
    </w:p>
    <w:p>
      <w:r>
        <w:br/>
        <w:t>— Це я, твій син! — кинувся до неї Р-Ч, простягаючи руки. — Здрастуй, здрастуй, мамо!..</w:t>
      </w:r>
    </w:p>
    <w:p>
      <w:r>
        <w:br/>
        <w:t>Люди Землі побачили в небі дивовижний спалах.</w:t>
      </w:r>
    </w:p>
    <w:p>
      <w:r>
        <w:br/>
        <w:t>ПІСЛЯМОВА АВТОРА</w:t>
      </w:r>
    </w:p>
    <w:p>
      <w:r>
        <w:br/>
        <w:t>А точніше сказати — співавтора. Бо це оповідання — наслідок обробки записів електронної машини. Щоб усе пояс-нити, наведу уривок із листа, якого я одержав минулої осені від групи студентів-ентузіастів:</w:t>
      </w:r>
    </w:p>
    <w:p>
      <w:r>
        <w:br/>
        <w:t>"Вам, певне, відомо, що й досі в район вибуху так званого "Тунгуського метеорита" їздять численні експедиції, над-то студентські. Допитливих не задовольняють дотеперішні гіпотези, які пробують пояснити таємниче явище, що спостеріга-лося в районі річки Тунгуски в 1908 році… Метеорит?.. Так досі й не виявлено жодного грама космічної речовини. Кора-бель марсіан?.. Але чому марсіани не роблять нової спроби контакту?.. Комета?.. Тоді б її наближення неодмінно помітили тодішні численні обсерваторії!.. Промінь лазера, як сигнал від інших цивілізацій? Це припущення також не витримує крити-ки, бо коли б зіткнення світлових променів з атмосферою Землі супроводжувалось вибухами, то Сонце робило б на нашій планеті такий гармидер, що нові гіпотези довелося б обмірковувати лише вночі…</w:t>
      </w:r>
    </w:p>
    <w:p>
      <w:r>
        <w:br/>
        <w:t>Отож і наша студентська експедиція покружляла по славнозвісних місцях, досліджувала вивали лісу, брала зразки мінералів і т. п. Серед них трапився нам якийсь легенький потемнілий камінчик. Спочатку ми й уваги на нього особливої не звернули. А потім, коли почали аналізувати, — шерехуватий той об’єкт поставив нас у тупик: ніхто не міг визначити його природи. Виявилося пізніше, що то невідомо звідки занесений блок пам’яті.</w:t>
      </w:r>
    </w:p>
    <w:p>
      <w:r>
        <w:br/>
        <w:t>Електронна машина по-своєму розшифрувала знаки, записані в тому блоці пам’яті. Надсилаємо уривчастий і досить хаотичний текст, підготовлений електронною машиною…</w:t>
      </w:r>
    </w:p>
    <w:p>
      <w:r>
        <w:br/>
        <w:t>Наступного літа ми знову вирушимо на Тунгуску. Можливо, пощастить знайти ще хоч кубічний сантиметр блоку пам’яті з антигалактики. Невже під час катастрофи вцілів лише один-єдиний осколок?</w:t>
      </w:r>
    </w:p>
    <w:p>
      <w:r>
        <w:br/>
        <w:t>Якщо знайдемо, сповістимо".</w:t>
      </w:r>
    </w:p>
    <w:p>
      <w:r>
        <w:br/>
        <w:t>Якщо знайдемо… Це взагалі дивина, що вцілів шматочок, який до вибуху складався з антиречовини. Адже в процесі анігіляції всі позитрони, антипротони і антинейтрони мусили 6 перетворитися на світло! Але осколо-чок лишився… Чим пояснити це? У тексті сказано про своєрідну перезарядку атомів — може,’ в цьому й розгадка?..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Спалах у небі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