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Сосонка</w:t>
      </w:r>
    </w:p>
    <w:p>
      <w:r>
        <w:br/>
        <w:t xml:space="preserve"> &lt;p&gt;Недалеко від лісу стояла хатка. В тій хаті жив чоловік Максим із сім’єю; було в нього четверо дітей, найстаршому хлопчикові Івасеві було десять літ.</w:t>
      </w:r>
    </w:p>
    <w:p>
      <w:r>
        <w:br/>
        <w:t>Ліс був такий гарний, навіть зимою не здавався смутним, бо проміж чорноліссям було там чимало й сосон, а вони завжди веселять око тим вічнозеленим убранням!</w:t>
      </w:r>
    </w:p>
    <w:p>
      <w:r>
        <w:br/>
        <w:t>Недалеко від Максимової хати була одна сосонка така-то вже хороша! Була вона не дуже велика, але й немаленька, саме мірненька та така зграбнесенька, круглесенька, зелені глиці аж сяють, а молоді пагонки, як свічечки, стремлять, прості та ясні.</w:t>
      </w:r>
    </w:p>
    <w:p>
      <w:r>
        <w:br/>
        <w:t>Красує сосонка. Прийшла осінь смутна, прийшла зима люта, а сосонці байдуже! Сусідки її, берези та липки, стоять такі сумні та бідні, листячко з їх геть облетіло, а сосонка мовби ще кращою здається поміж смутних товаришок.</w:t>
      </w:r>
    </w:p>
    <w:p>
      <w:r>
        <w:br/>
        <w:t>Отож і запишалась вона, каже берізкам та липкам:</w:t>
      </w:r>
    </w:p>
    <w:p>
      <w:r>
        <w:br/>
        <w:t>— А що? Де ваші кучері гарні та рясні? Стоїте дерка чами! Ох, що то за хороша річ, як хто шляхетного роду! Нема в світі кращих, як ми, сосни! Ой світе мій, яка ж я гарна та велична!</w:t>
      </w:r>
    </w:p>
    <w:p>
      <w:r>
        <w:br/>
        <w:t>Величається сосонка, аж тут прилетіла сорока. Сіла в неї на гілці та й каже:</w:t>
      </w:r>
    </w:p>
    <w:p>
      <w:r>
        <w:br/>
        <w:t>— Че-че-че! Чекай, чекай!..</w:t>
      </w:r>
    </w:p>
    <w:p>
      <w:r>
        <w:br/>
        <w:t>А чого чекати — не каже...</w:t>
      </w:r>
    </w:p>
    <w:p>
      <w:r>
        <w:br/>
        <w:t>Тим часом сорока таки знала, що казала: вона, бачите, була на подвір’ї в дядька Максима й бачила, як Максим сани ладив; чула й те, як Максим говорив Івасеві, що поїде зрубає сосонку та повезе на продаж.</w:t>
      </w:r>
    </w:p>
    <w:p>
      <w:r>
        <w:br/>
        <w:t>Так воно й сталося. Запріг Максим коня, під’їхав до тієї сосонки, зрубав її, бо вона була сама найпридатніша, та й повіз на торг.</w:t>
      </w:r>
    </w:p>
    <w:p>
      <w:r>
        <w:br/>
        <w:t>І синок Івась упросився з ним (бо то не дуже далеко було). Одягся Івась, мати дала свої чоботи й онучки добрі; сидить Івась у санках, добре йому, і сосонку рукою придержує на ґринджолах. Нічого не знає сосонка, куди це її везуть, тільки гілочками стріпує, як підскочать де санки дорогою.</w:t>
      </w:r>
    </w:p>
    <w:p>
      <w:r>
        <w:br/>
        <w:t>Приїхали в город і стали там, де й інші люди стояли з ялинками та з сосонками; багато там їх, тих деревців було, бо то саме Різдвяні святки були (якраз проти Нового року). Багатші пани купували ті зелені деревця, щоб становити їх у хаті та вбирати на втіху дітям. Чи то ж не втіха справді? Тут зима біла, все снігом укрите, а тут тобі зелене деревце стоїть у хаті, убрате та освічене — зеленіє...</w:t>
      </w:r>
    </w:p>
    <w:p>
      <w:r>
        <w:br/>
        <w:t>Еге ж! Ото з такою думкою, щоб купити деревце, підійшла й до нашої сосонки якась-то підстаркувата жінка, либонь, нянька, з двома паненятами. Щебечуть дітки; а нянька тільки глянула на господаря та й гукає:</w:t>
      </w:r>
    </w:p>
    <w:p>
      <w:r>
        <w:br/>
        <w:t>— Чи се ви, куме Максиме?</w:t>
      </w:r>
    </w:p>
    <w:p>
      <w:r>
        <w:br/>
        <w:t>— Та я ж, — каже Максим.</w:t>
      </w:r>
    </w:p>
    <w:p>
      <w:r>
        <w:br/>
        <w:t>От розговорилася нянька та зараз і сосонку купила. Сказала потім везти деревце до її панів. Приїхали. Сосонку внесли в горниці, а Максим заїхав у двір. Нянька, бачите, закликала Максима в кухню, трохи погрітися, чаєм його заходилась приймати. Бо хоч вона вже й городянка була, та колись у сусідньому селі жила, так ото й кумою була Максимові. Таки ж не подоба цуратися! Приймала нянька, як могла: Івасеві дуже доброго бублика дала.</w:t>
      </w:r>
    </w:p>
    <w:p>
      <w:r>
        <w:br/>
        <w:t>Поснідали трохи. Тоді Максим, подякувавши за хліб та сіль, подався в город деякі справи справляти. А хлопця свого Івася в куми зоставив.</w:t>
      </w:r>
    </w:p>
    <w:p>
      <w:r>
        <w:br/>
        <w:t>Коли вже надвечір приходить Максим та й журиться:</w:t>
      </w:r>
    </w:p>
    <w:p>
      <w:r>
        <w:br/>
        <w:t>— Все, — каже, — справив, купив, що треба було, а тільки з чобітками лихо: ще перед святками дав шити, а вони й досі не пошиті! Сказав швець, на завтра будуть нехибно готові; та чи то ж не досада — завтра знов по їх приїздить? Хотілось би на Новий рік дома побути!</w:t>
      </w:r>
    </w:p>
    <w:p>
      <w:r>
        <w:br/>
        <w:t>Нянька й почала вмовляти Максима, що вона попросить панів, щоб позволили йому переночувати у їх у дворі.</w:t>
      </w:r>
    </w:p>
    <w:p>
      <w:r>
        <w:br/>
        <w:t>— Вам, куме, — каже нянька, — вигідніше так буде. А Івасеві ж то яка втіха буде! Я попрошу панів, щоб пустили його в горниці подивитись на сосонку, — сьогодні ж вбиратимуть.</w:t>
      </w:r>
    </w:p>
    <w:p>
      <w:r>
        <w:br/>
        <w:t>Зосталися наші. Сидить Івась та й думає: "Як там вони ту сосонку вбиратимуть? Що то за диво таке буде!.."</w:t>
      </w:r>
    </w:p>
    <w:p>
      <w:r>
        <w:br/>
        <w:t>Аж і справді "диво" предивне побачив Івась! Як повела його ввечері нянька в покої, та як став він на порозі тієї панської світлиці, та як глянув він на ту сосонку, то аж оторопів!</w:t>
      </w:r>
    </w:p>
    <w:p>
      <w:r>
        <w:br/>
        <w:t>Світе мій ясний! Івась навіть не пізнав своєї сосонки! Вся вона сяє свічечками, ліхтариками, все гілля обчіпляне яблучками, якимись цяцьками, червоними, синіми, золотими, аж у очах мигтить! Під сосною, на примості, стоять ляльки, коники, щось таке ще... А ось кругом сосонки почали ходить такі дивні діти — чи, може, то живі ляльки? Такі гарні, кучеряві, так штучно повбирані... Що се таке?.. Чи сниться, чи справді діється?..</w:t>
      </w:r>
    </w:p>
    <w:p>
      <w:r>
        <w:br/>
        <w:t>А сосонка стоїть, сяє — як зоря в небі! Ну, й тішилася ж вона!</w:t>
      </w:r>
    </w:p>
    <w:p>
      <w:r>
        <w:br/>
        <w:t>— От, — каже, — моє щастя прийшло! Я таки знала, що не проста доля мені судилася!.. Боже, як же гарно, як любо! Як усі вихваляють! От коли б то липки побачили!</w:t>
      </w:r>
    </w:p>
    <w:p>
      <w:r>
        <w:br/>
        <w:t>Та недовго втішалася гарна сосонка: ще свічечки не догоріли доостатку, а вже їх погасили (боялися, щоб не було чадно, як почнуть куріти недогарки). Далі почали здіймати із сосонки й покраси. Все, все поздіймали ласощі, цяцьки, забавки!.. Зосталося тільки те, чого не зауважили або щось нікому не потрібне більше: якісь ланцюжки з паперу та деякі дрібниці...</w:t>
      </w:r>
    </w:p>
    <w:p>
      <w:r>
        <w:br/>
        <w:t>Стоїть сосонка, розібрана, темна, дивується, ради собі не дасть: що се таке?.. Її розібрали? За неї зовсім не дбають?!</w:t>
      </w:r>
    </w:p>
    <w:p>
      <w:r>
        <w:br/>
        <w:t>Се була правда — за неї ніхто більше не дбав. Всі зайнялися тими лакоминками та цяцьками, що здіймано з неї. Все те було поділено поміж дітьми. Навіть Івась добув, з ласки няньчиної та малої панночки, кілька золотих горіхів, червоних яблучок, цукерків у кошику маленькому, солодкого коника і паперову золоту рибку! Боже мій, чи то ж не втіха?</w:t>
      </w:r>
    </w:p>
    <w:p>
      <w:r>
        <w:br/>
        <w:t>Аж уночі снилось Івасеві те свято та осяяна сосонка — все те диво, що він бачив.</w:t>
      </w:r>
    </w:p>
    <w:p>
      <w:r>
        <w:br/>
        <w:t>Другого дня вийшов Івась на подвір’я до батька, а батько вже коня запряга. Бачить Івась — виволокли слуги з будинку сосонку й кинули її надворі, біля дровітні; сказали, що вдень багато гостей буде, то не потрібно, щоб таке чепірадло в світлиці стояло. Лежить бідна сосонка, розчепіривши те обдерте гілля... Вчора вона була така велична, а тепер?.. Глянув Івась та аж йому шкода стало. Не знав він того, що й з людьми часто так буває!</w:t>
      </w:r>
    </w:p>
    <w:p>
      <w:r>
        <w:br/>
        <w:t>Дививсь, дививсь Івась та й заманулось йому взяти додому тую сосонку; на ній пак були ще недогарки, стреміло кілька золотеньких цяцьок, обривків ланцюжків паперових. "Можна дома показати, а як ще те почіпляти, що пани дали, ото-то здивуються наші! — думає Івась. — Куди пак! Яблучка та золоті горіхи на сосні — аж п’ять, — чи в хуторі таке бачили?"</w:t>
      </w:r>
    </w:p>
    <w:p>
      <w:r>
        <w:br/>
        <w:t>Спитали в двірника, чи не можна б узяти сосонку?</w:t>
      </w:r>
    </w:p>
    <w:p>
      <w:r>
        <w:br/>
        <w:t>— Та можна, — каже, — нащо вона тепер здалась? Тепер вона нікуди не годна!</w:t>
      </w:r>
    </w:p>
    <w:p>
      <w:r>
        <w:br/>
        <w:t>Як то було сосонці слухати отаке?!</w:t>
      </w:r>
    </w:p>
    <w:p>
      <w:r>
        <w:br/>
        <w:t>Поїхали наші, повезли сосонку до свого двора. От уже й до лісу під’їхали; всі дерева так дивуються: що се таке зі сосною сталося? Стовбурець управлений в перехрестя, на вершку золота звізда стремить!..</w:t>
      </w:r>
    </w:p>
    <w:p>
      <w:r>
        <w:br/>
        <w:t>— Подивіться, — каже берізка, — які на ній ланцюжки рожеві!</w:t>
      </w:r>
    </w:p>
    <w:p>
      <w:r>
        <w:br/>
        <w:t>— Ет, — цвірінькнув снігирчик, — не хотів би я й ланцюжків, хоч би й рожевих! Нема в світі кращого, як воля!</w:t>
      </w:r>
    </w:p>
    <w:p>
      <w:r>
        <w:br/>
        <w:t>Приїхали наші, втягли сосонку в хату. Гомін такий знявся! Івась розповідає, показує цяцьки, діти всі щебечуть, дивуються!.. А ввечері Івась таки почепив на сосонку все, що мав, ще й недогарків кілька позосталих запалив. От так утіха була малим.</w:t>
      </w:r>
    </w:p>
    <w:p>
      <w:r>
        <w:br/>
        <w:t>Та не довго й тут була шана сосонці: через день діти витягли її на двір і поставили її коло порога. Нічогісінько вже на ній не було!.. Єдину втіху мала вона в тім, що розповідала горобчикам, які сідали їй на гілочки, яка то їй честь була у панів того вечора!..</w:t>
      </w:r>
    </w:p>
    <w:p>
      <w:r>
        <w:br/>
        <w:t>А згодом побачила сосонка, що стала вона сохнути, жовкнути...</w:t>
      </w:r>
    </w:p>
    <w:p>
      <w:r>
        <w:br/>
        <w:t>Одного дня Іван і каже батькові:</w:t>
      </w:r>
    </w:p>
    <w:p>
      <w:r>
        <w:br/>
        <w:t>— Тату, порубайте вже сосну на дрова, бо вже вона пожовкла!</w:t>
      </w:r>
    </w:p>
    <w:p>
      <w:r>
        <w:br/>
        <w:t>А батько одказує:</w:t>
      </w:r>
    </w:p>
    <w:p>
      <w:r>
        <w:br/>
        <w:t>— Нащо її рубати! Краще я поставлю її замість віхи, отам, на дорозі, бо тепер раз у раз метелиця дорогу замітає; вже нащо я дорогу знаю, і то вчора блудив. Нехай хоч сосонка для прикмети на дорозі стоїть.</w:t>
      </w:r>
    </w:p>
    <w:p>
      <w:r>
        <w:br/>
        <w:t>Поставили сосонку на полі, при дорозі. Стоїть вона, людям дорогу показує.</w:t>
      </w:r>
    </w:p>
    <w:p>
      <w:r>
        <w:br/>
        <w:t>Одного разу їде Івась у санках з батьком та й каже їй:</w:t>
      </w:r>
    </w:p>
    <w:p>
      <w:r>
        <w:br/>
        <w:t>— Бувай здорова, сосонко! Уже я з дому від’їжджаю! Прощавай!</w:t>
      </w:r>
    </w:p>
    <w:p>
      <w:r>
        <w:br/>
        <w:t>"Що се таке? Чого він прощається?" — дума сосонка.</w:t>
      </w:r>
    </w:p>
    <w:p>
      <w:r>
        <w:br/>
        <w:t>А воно й справді те було, що Івась від’їжджав. Приїхала якось до них Максимова кума, ота нянька, та й почала казать, що її пани шукають хлопця до послуги в горницях і що добре було б віддати в ту службу Івася; намовляла, що він собі одежі й грошенят заслужить та й в люди потроху вийде. Як почала вмовлять, то й одвезли ото Івася, за яким часом, на службу до панів.</w:t>
      </w:r>
    </w:p>
    <w:p>
      <w:r>
        <w:br/>
        <w:t>Та щось не дуже-то йому на тій службі повелося. Не сподобалось йому... Перше всього ймення йому перемінено: був він Івась, а то став уже "Ванька"; потім дали йому таку вузьку та тісну одежину, посадили в прихожій, а часом пошлють куди. Туряють39 Івася пани, штурхають у потилицю слуги. Одно слово, за попихача в ycіx. Одного разу старший слуга так побив Івася за якісь панові чоботи, що Івась довго плакав... А другого разу горнична за ножі набила...</w:t>
      </w:r>
    </w:p>
    <w:p>
      <w:r>
        <w:br/>
        <w:t>— Ні, годі сього! — зважив сам собі Івась і задумав утекти. Була масниця, був у панів великий бенкет; в будинку знявся такий шарварок, що ніхто й не зауважив, як зник Івась. Огледілися потім: "Де Ванька? Покличте Ваньку!" А "Ваньки" вже й сліду нема — за містом уже!</w:t>
      </w:r>
    </w:p>
    <w:p>
      <w:r>
        <w:br/>
        <w:t>Іде Івась: уже він далеченько в полі опинився, вже не боїться, що ось-ось наженуть!.. І так йому любо, що то він на волі, навіть не холодно здається, дарма що й сніжок іде. Просторо так навкруги, повітря таке чисте, та біло, біло так усюди!..</w:t>
      </w:r>
    </w:p>
    <w:p>
      <w:r>
        <w:br/>
        <w:t>Але ж от погано, починає смеркати, та й сніг дедалі більший та більший віє, та ще й вітер його крутить, аж іти тяжко. Мете... Ох, Боже мій, та де ж вона та дорога? Лишенько! Збився Івашко з дороги! Кидається він то в той, то в той бік, сльози рвуться з очей, бо нічого не вдіє! Не знає вже, де він і що... Може, воно недалеко від дому, а може, — зовсім не туди він іде, куди слід! "Боже мій! — плаче Івась, — що ж се зі мною буде? Замерзну я в полі!" (А вже й так ноги дуже померзли!) Плаче бідний Івась, крізь завірюху нічого перед собою не баче. Коли се дивиться — щось мpіє... Перше злякався, думав, що вовк; коли ні: то дерево... Боже мій, та се ж та сосонка, що батько Івасів поставив; он і друга віха!..40 Зрадів Івась, де в нього й сила знов узялася. Бреде через замети. О, тепер він вже знає, куди йому держать! Тепер він доб’ється додому.</w:t>
      </w:r>
    </w:p>
    <w:p>
      <w:r>
        <w:br/>
        <w:t>Добився! Ось і хата його. Дома ще не сплять, у хаті світиться — вечеряють, либонь. Підійшов Івась під двері, боїться й у хату йти, щоб не сварили, що втік. Почула мати:</w:t>
      </w:r>
    </w:p>
    <w:p>
      <w:r>
        <w:br/>
        <w:t>— Цитьте, — каже, — діти, мовби щось плаче, чи що!</w:t>
      </w:r>
    </w:p>
    <w:p>
      <w:r>
        <w:br/>
        <w:t>— Та то вітер у комені, — каже батько.</w:t>
      </w:r>
    </w:p>
    <w:p>
      <w:r>
        <w:br/>
        <w:t>— Та ні, бо таки не вітер...</w:t>
      </w:r>
    </w:p>
    <w:p>
      <w:r>
        <w:br/>
        <w:t>Коли відчинили двері, аж то Івась у сінях!.. До нього, питають:</w:t>
      </w:r>
    </w:p>
    <w:p>
      <w:r>
        <w:br/>
        <w:t>— Що се таке?.. Звідкіля се він?</w:t>
      </w:r>
    </w:p>
    <w:p>
      <w:r>
        <w:br/>
        <w:t>А він ледве промовляє за слізьми:</w:t>
      </w:r>
    </w:p>
    <w:p>
      <w:r>
        <w:br/>
        <w:t>— Я покинув, я не можу там бути, там мене б’ють ycі... Я не можу!</w:t>
      </w:r>
    </w:p>
    <w:p>
      <w:r>
        <w:br/>
        <w:t>Що ти будеш казать дитині, як воно отаке бідне, плаче, тремтить, руки подубли!..</w:t>
      </w:r>
    </w:p>
    <w:p>
      <w:r>
        <w:br/>
        <w:t>— Моя доленько! — скрикнула мати, роздягаючи Івася та придивляючись на нього при світлі.</w:t>
      </w:r>
    </w:p>
    <w:p>
      <w:r>
        <w:br/>
        <w:t>— Та яке ж ти худе стало! Яке ж то тобі лишенько було!..</w:t>
      </w:r>
    </w:p>
    <w:p>
      <w:r>
        <w:br/>
        <w:t>Відігріли Івася, нагодували, положили спати на печі. Другого дня встав Івась, виспаний, та такий радий, що то він дома, на волі! Ніхто його не ганяє, ніхто стусанів не дaє!.. Побіг з братом Андрійком надвір, а далі в лісок та на поле. А за околицею вже й дорогу свіжу протерто — саме на торг люди їхали. Побігли хлоп’ята з ґринджолятами тією дорогою. Ось і сосонка знакомита!</w:t>
      </w:r>
    </w:p>
    <w:p>
      <w:r>
        <w:br/>
        <w:t>— Спасибі тобі, сосонко! — каже Івась. — Адже якби не ти, то я був би замерз!</w:t>
      </w:r>
    </w:p>
    <w:p>
      <w:r>
        <w:br/>
        <w:t>— А бач, — каже сосонка, — а ти казав, щоб мене на дрова порубали! А от якраз я тобі в пригоді стала!.. Та й двірник помилився; казав, що я ні на що не здатна, — а ось дарма, що я пожовкла, проте здаюся на користь!</w:t>
      </w:r>
    </w:p>
    <w:p>
      <w:r>
        <w:br/>
        <w:t>Похитується сосонка, думоньку гадає... Прилетіли до неї пташки, вона й каже їм:</w:t>
      </w:r>
    </w:p>
    <w:p>
      <w:r>
        <w:br/>
        <w:t>— Полетіть до моїх сестричок та розкажіть їм про всю пригодоньку мою!..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Сосонка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