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Сороки</w:t>
      </w:r>
    </w:p>
    <w:p>
      <w:r>
        <w:br/>
        <w:t xml:space="preserve"> &lt;p&gt;Що робити Галочці чорненькій, щоб їй не хотілося на уроках розмовляти з Галочкою біленькою?</w:t>
      </w:r>
    </w:p>
    <w:p>
      <w:r>
        <w:br/>
        <w:t>Скільки разів на день їм Олена Пилипівна каже:</w:t>
      </w:r>
    </w:p>
    <w:p>
      <w:r>
        <w:br/>
        <w:t>— Татарська й Хижнякова! Не розмовляйте!</w:t>
      </w:r>
    </w:p>
    <w:p>
      <w:r>
        <w:br/>
        <w:t>— Ну, давай мовчати! — каже Галочка біленька, і вони починають уважно писати: "Наша кішка Мура". Уважно-уважно кожну літеру виводять, Галочка чорненька навіть язика трошки висуне.</w:t>
      </w:r>
    </w:p>
    <w:p>
      <w:r>
        <w:br/>
        <w:t>Раптом Галочка біленька шепоче:</w:t>
      </w:r>
    </w:p>
    <w:p>
      <w:r>
        <w:br/>
        <w:t>— А знаєш, наша кішка привела кошенят, гарненькі такі кошенятка, одно попелясте, а друге руденьке.</w:t>
      </w:r>
    </w:p>
    <w:p>
      <w:r>
        <w:br/>
        <w:t>— А наш Джойка вчора в садку вирив яму, побачив там черв'яка і хотів його відкопати,— пошепки відповідає Галочка чорненька, і літера "а" вже вилазить у неї за лінійки.</w:t>
      </w:r>
    </w:p>
    <w:p>
      <w:r>
        <w:br/>
        <w:t>— А в нас&amp;hellip;— продовжує Галочка біленька.</w:t>
      </w:r>
    </w:p>
    <w:p>
      <w:r>
        <w:br/>
        <w:t>— Татарська й Хижнякова, не розмовляйте! — знову каже Олена Пилипівна.</w:t>
      </w:r>
    </w:p>
    <w:p>
      <w:r>
        <w:br/>
        <w:t>На другому уроці Олена Пилипівна розповідає про пташок: які відлітають, які лишаються.</w:t>
      </w:r>
    </w:p>
    <w:p>
      <w:r>
        <w:br/>
        <w:t>— Останніми відлітають журавлі...— каже вона.</w:t>
      </w:r>
    </w:p>
    <w:p>
      <w:r>
        <w:br/>
        <w:t>— А в мого дяді,— шепоче Галочка Хижнякова,— є живий журавель, такий кумедний, довгоногий.</w:t>
      </w:r>
    </w:p>
    <w:p>
      <w:r>
        <w:br/>
        <w:t>— А в моєї тьоті,— не може втриматися Галочка Татарська,— є галка, жива приручена галка.</w:t>
      </w:r>
    </w:p>
    <w:p>
      <w:r>
        <w:br/>
        <w:t>— Що ви там, цокотухи! — вже трошки сердито каже Олена Пилипівна.</w:t>
      </w:r>
    </w:p>
    <w:p>
      <w:r>
        <w:br/>
        <w:t>— Ні, ні, ми нічого,— швидко говорить Галочка.— Галка тільки мені сказала, що в її дяді є живий журавель, а я сказала, що в моєї тьоті є жива галка.</w:t>
      </w:r>
    </w:p>
    <w:p>
      <w:r>
        <w:br/>
        <w:t>— Ох, ви в мене дві галки,— похитала головою Олена Пилипівна.— Прямо не галки, а дві сороки! Все шу-шу-шу, шу-шу-шу.</w:t>
      </w:r>
    </w:p>
    <w:p>
      <w:r>
        <w:br/>
        <w:t>От Галочка й задумалася. Що б їй зробити, щоб менше на уроках розмовляти?</w:t>
      </w:r>
    </w:p>
    <w:p>
      <w:r>
        <w:br/>
        <w:t>Увечері вона підсіла до дідуся. З дідусем вона дружить, і коли що серйозне, треба обов'язково в дідуся спитати. Але зараз дідусь зайнятий. Він читає газети, а коли читає, то дуже не любить, щоб йому заважали. Все-таки Галочка питає:</w:t>
      </w:r>
    </w:p>
    <w:p>
      <w:r>
        <w:br/>
        <w:t>— Дідусю, що б його зробити, щоб менше балакати?</w:t>
      </w:r>
    </w:p>
    <w:p>
      <w:r>
        <w:br/>
        <w:t>А дідусь сміється й каже:</w:t>
      </w:r>
    </w:p>
    <w:p>
      <w:r>
        <w:br/>
        <w:t>— Замочок на язичок повісити!</w:t>
      </w:r>
    </w:p>
    <w:p>
      <w:r>
        <w:br/>
        <w:t>Галочка надула губки й відійшла, а потім уявила — так собі, як у казці: а коли справді замочок на губи — ідеш, а він теліпається. Фу, як противно! Тут якраз забігла тьотя Діда. Вона завжди як вітер і завжди на хвилинку.</w:t>
      </w:r>
    </w:p>
    <w:p>
      <w:r>
        <w:br/>
        <w:t>— Добривечір, дорогі! Дідусю, чи є у вас чистий папір? Вовка написав обіцянку тримати всі книжки й зошити, як новенькі. Подумайте, мій нечепура Вовка — і таке обіцяє!</w:t>
      </w:r>
    </w:p>
    <w:p>
      <w:r>
        <w:br/>
        <w:t>Схопила папір, поцілувала Галочку і втекла.</w:t>
      </w:r>
    </w:p>
    <w:p>
      <w:r>
        <w:br/>
        <w:t>Галочка звела брівки, зовсім як дідусь, коли він говорить про щось серйозне, і подумала: "Я теж напишу сама собі обіцянку не розмовляти на уроках". Але враз брівки безнадійно опустились. Якщо Галочка біленька почне шепотіти щось цікаве, як тут їй не зашепотіти?.. Тут Галочка не витримала й вибігла в коридор до телефону:</w:t>
      </w:r>
    </w:p>
    <w:p>
      <w:r>
        <w:br/>
        <w:t>— Це квартира Хижнякових? Покличте, будь ласка, Галочку, це я, Галочка Татарська. Галка, це ти? — закричала вона так, що з сусідніх дверей виглянула Інна Петрівна і сердито зауважила:</w:t>
      </w:r>
    </w:p>
    <w:p>
      <w:r>
        <w:br/>
        <w:t>— Скільки разів уже казали, щоб діти не підходили до телефону!</w:t>
      </w:r>
    </w:p>
    <w:p>
      <w:r>
        <w:br/>
        <w:t>Але Галочка заговорила швидко-швидко, міцно схопивши обома руками трубку:</w:t>
      </w:r>
    </w:p>
    <w:p>
      <w:r>
        <w:br/>
        <w:t>— Це ти винна, що я все розмовляю! Як я? А хто про кішку почав? А хто про театр? Тепер я хотіла написати обіцянку, а ти однаково забалакаєш? Подивимося, хто перший! Що? Кажи голосніше. Разом? Ну, так ти прийди і ми вдвох напишемо! Швидше! Та ні, ще пів на восьму! Ну, так швидше, а то я сама мовчатиму!</w:t>
      </w:r>
    </w:p>
    <w:p>
      <w:r>
        <w:br/>
        <w:t>Через десять хвилин Галочка біленька, ставши на пальчики і витягнувши руку, дзвонила тричі в квартиру Татарських, але втретє дзвоник не встиг пролунати, бо Галочка Татарська вже відчинила двері і тягла подругу в кімнату до столу.</w:t>
      </w:r>
    </w:p>
    <w:p>
      <w:r>
        <w:br/>
        <w:t>Вони ще трошки пошушукалися, посперечалися, але дійшли згоди.</w:t>
      </w:r>
    </w:p>
    <w:p>
      <w:r>
        <w:br/>
        <w:t>— Ти пиши, ти краще пишеш,— сказала Галочка чорненька, і Галочка біленька, почувши всю відповідальність такої справи, старанно почала виводити на білому аркуші:</w:t>
      </w:r>
    </w:p>
    <w:p>
      <w:r>
        <w:br/>
        <w:t>"Хто кого перемовчить на всіх уроках і на читанні, тому премія, а хто перший забалакає — той програв.</w:t>
      </w:r>
    </w:p>
    <w:p>
      <w:r>
        <w:br/>
        <w:t>Галочка Хижнякова. Галочка Татарська".</w:t>
      </w:r>
    </w:p>
    <w:p>
      <w:r>
        <w:br/>
        <w:t>Олена Пилипівна ніяк не може зрозуміти, в чім справа,— обидві сороки мовчать на всіх уроках, як води в рот набрали.</w:t>
      </w:r>
    </w:p>
    <w:p>
      <w:r>
        <w:br/>
        <w:t>От вона розповідає, як живе верблюд у жаркій пустині. Галочці чорненькій дуже хочеться розповісти як вона каталася на верблюді в зоопарку, але вона прикушує язичок і мовчить: "Ні, справді, було б легше, коли б якийсь замочок висів, а то — ну, сам язик балакати починає".</w:t>
      </w:r>
    </w:p>
    <w:p>
      <w:r>
        <w:br/>
        <w:t>У вікно видно — летить літак. Галочці біленькій так хочеться розповісти, що її двоюрідний брат — льотчик. Вона зиркає на сусідку, але одвертається і мовчить. Ох, як важко мовчати! Ще на письмових уроках нічого — там пишеш і вся захоплюєшся літерами або цифрами. А от коли читання...</w:t>
      </w:r>
    </w:p>
    <w:p>
      <w:r>
        <w:br/>
        <w:t>Дуже важко було перші дні. А далі ще важче. Нарешті, субота — і останній урок.</w:t>
      </w:r>
    </w:p>
    <w:p>
      <w:r>
        <w:br/>
        <w:t>Це був урок краснопису.</w:t>
      </w:r>
    </w:p>
    <w:p>
      <w:r>
        <w:br/>
        <w:t>Галя і Галя старанно виводили літери. І раптом обидві побачили у Курянчика на парті свій папірець з обіцянкою не розмовляти про свої справи на уроках. Але, крім їхньої обіцянки, на папірці тепер ще намальовано було дві дівчинки з довгими-довгими язиками і підписано було: "ДВІ СОРОКИ".</w:t>
      </w:r>
    </w:p>
    <w:p>
      <w:r>
        <w:br/>
        <w:t>— Подивись! Подивись! — прошепотіли разом обидві Галки, подивилися одна на одну і обидві... заплакали.</w:t>
      </w:r>
    </w:p>
    <w:p>
      <w:r>
        <w:br/>
        <w:t>— Ти перша сказала!</w:t>
      </w:r>
    </w:p>
    <w:p>
      <w:r>
        <w:br/>
        <w:t>— Ні, ти перша!</w:t>
      </w:r>
    </w:p>
    <w:p>
      <w:r>
        <w:br/>
        <w:t>— Це через того вредного Курянчика! — вже голосно схлипували вони.</w:t>
      </w:r>
    </w:p>
    <w:p>
      <w:r>
        <w:br/>
        <w:t>— Дівчатка, шо з вами? — підійшла до них схвильована Олена Пилипівна.</w:t>
      </w:r>
    </w:p>
    <w:p>
      <w:r>
        <w:br/>
        <w:t>Дівчата, перебиваючи одна одну, розповіли, в чім справа.</w:t>
      </w:r>
    </w:p>
    <w:p>
      <w:r>
        <w:br/>
        <w:t>— Ну, заспокойтесь! — сказала Олена Пилипівна.— Я справді помітила, що ви дуже добре стали сидіти, і писати без клякс, і помилок менше робити. Ви обидві виграли,— це вже Курянчик винний, що підвів вас.</w:t>
      </w:r>
    </w:p>
    <w:p>
      <w:r>
        <w:br/>
        <w:t>Курянчику було соромно, бо з дівчаток ніхто не сміявся, а на нього діти розсердилися.</w:t>
      </w:r>
    </w:p>
    <w:p>
      <w:r>
        <w:br/>
        <w:t>Галочки йшли з школи дуже веселі.</w:t>
      </w:r>
    </w:p>
    <w:p>
      <w:r>
        <w:br/>
        <w:t>— Яку ж тобі премію дати? — спитала Галочка біленька.</w:t>
      </w:r>
    </w:p>
    <w:p>
      <w:r>
        <w:br/>
        <w:t>— Яку хочеш,— скромно відповіла Галочка чорненька.— А тобі?</w:t>
      </w:r>
    </w:p>
    <w:p>
      <w:r>
        <w:br/>
        <w:t>— І ти — яку хочеш.</w:t>
      </w:r>
    </w:p>
    <w:p>
      <w:r>
        <w:br/>
        <w:t>— Знаєш,— сказала Галочка чорненька,— я тобі намалюю на пам'ять квіти для твого червоного куточка. Тобі ж мої подобаються!</w:t>
      </w:r>
    </w:p>
    <w:p>
      <w:r>
        <w:br/>
        <w:t>— А я для твого Мишки виплету таку ж шапочку, як у моєї ляльки Радусі.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