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Сопілкарик із джмелиного оркестру</w:t>
      </w:r>
    </w:p>
    <w:p>
      <w:r>
        <w:br/>
        <w:t xml:space="preserve"> &lt;p&gt;Коли на Роменовий луг приходить весна, першими прокидаються від зимової дрімоти джмелі. Підкріпившися медом, якого трохи лишилося в запасниках, вилітають надвір. Всідаються на даху хатинки з моху, трави та гілочок і починають настроювати свої інструменти — цимбали, скрипки, тромбони. А малий Джмелик дістає з-за пазухи калинову сопілочку.</w:t>
      </w:r>
    </w:p>
    <w:p>
      <w:r>
        <w:br/>
        <w:t>Якийсь час оркестр безладно гримкотить, бряжчить, вицигикує. Та ось наперед виходить Джміль-диригент у чорному блискучому фраку. Він змахує чарівною паличкою і над ще сонним лугом злинає бадьора мелодія. Зачувши її, гінкіше ідуть у ріст трави, розкривають ніжні пелюстки квіти. Роменовий луг оживає.</w:t>
      </w:r>
    </w:p>
    <w:p>
      <w:r>
        <w:br/>
        <w:t>День у день трудилися музиканти із джмелиного оркестру. Перелітали з долини в долину, з пагорбка на пагорбок, бо всюди була потрібна їхня музика.</w:t>
      </w:r>
    </w:p>
    <w:p>
      <w:r>
        <w:br/>
        <w:t>Коли вже весь луг буяв зеленими травами, квітнув веселково, Джміль-диригент сказав своїм музикантам:</w:t>
      </w:r>
    </w:p>
    <w:p>
      <w:r>
        <w:br/>
        <w:t>— Тепер нас інша робота чекає. Настало літо, треба нектар збирати.</w:t>
      </w:r>
    </w:p>
    <w:p>
      <w:r>
        <w:br/>
        <w:t>І вони сховали у скриньку свої інструменти — до наступної весни. Тільки Джмелик залишив при собі калинову сопілочку, бо так не хотілося з нею розлучатися.</w:t>
      </w:r>
    </w:p>
    <w:p>
      <w:r>
        <w:br/>
        <w:t>Розлетілися джмелі по неозорому лугові, хто куди. Лише надвечір поверталися вони до свого обійстя, наповнювали дзбанки солодким нектаром. Щоразу їхні дороги пролягали все далі та далі.</w:t>
      </w:r>
    </w:p>
    <w:p>
      <w:r>
        <w:br/>
        <w:t>Одного дня Джмелик у пошуках взятку залетів аж на той берег Синього озера. Понад берегом простягалася Довга долина. Джмелик облетів її всю і в здивуванні присів на суху очеретину. Трава в долині ледь зеленіла, а квіти, хоч і росли тут, але не цвіли. Що з ними трапилось? Та не було в кого й спитати. Ні пташки довкола, ні комашки. Якась глуха долина...</w:t>
      </w:r>
    </w:p>
    <w:p>
      <w:r>
        <w:br/>
        <w:t>— Що ж це таке з ними? — промовив Джмелик сам до себе.</w:t>
      </w:r>
    </w:p>
    <w:p>
      <w:r>
        <w:br/>
        <w:t>— А хтозна,— почулося раптом з очерету. І поруч з Джмеликом присіла маленька рудувата пташка — Очеретянка.— Добре, що ти тут появився. Бо мені одній аж страшно. Скільки не співаю, а вони не хочуть розквітати. Чи не злий чарівник пройшовся по долині та й зачарував усі квіти?</w:t>
      </w:r>
    </w:p>
    <w:p>
      <w:r>
        <w:br/>
        <w:t>— Ну, це вже ти вигадуєш! — заспокоював Джмелик пташку.— Зараз спробуємо їх розбудити.</w:t>
      </w:r>
    </w:p>
    <w:p>
      <w:r>
        <w:br/>
        <w:t>І він дістав з-за пазухи свою сопілочку й заграв.</w:t>
      </w:r>
    </w:p>
    <w:p>
      <w:r>
        <w:br/>
        <w:t>— Ой, леле, он одна розквітла! А он і друга, третя! — защебетала радісно Очеретянка.</w:t>
      </w:r>
    </w:p>
    <w:p>
      <w:r>
        <w:br/>
        <w:t>Та як не вигравав, як не старався Джмелик-сопілкар, інші квіти лише на мить підводили голівки й опускали.</w:t>
      </w:r>
    </w:p>
    <w:p>
      <w:r>
        <w:br/>
        <w:t>— Не вистачає в мене духу,— засмутився Джмелик.— Але я хутко повернуся! — сказав Очеретянці й полетів за озеро.</w:t>
      </w:r>
    </w:p>
    <w:p>
      <w:r>
        <w:br/>
        <w:t>На їхньому обійсті було порожньо. Усі джмелі в розльотах. Тоді Джмелик дістав свою сопілочку й заграв тривожну пісню.</w:t>
      </w:r>
    </w:p>
    <w:p>
      <w:r>
        <w:br/>
        <w:t>Першим прилетів до хати Джміль-диригент.</w:t>
      </w:r>
    </w:p>
    <w:p>
      <w:r>
        <w:br/>
        <w:t>— Гу-гу-гу! — був сердитий.— Що це тобі в голову збрело? Усі ділом зайняті, а він!..</w:t>
      </w:r>
    </w:p>
    <w:p>
      <w:r>
        <w:br/>
        <w:t>Та коли Джмелик розповів йому про побачене за Синім озером, Джміль-диригент схопив найбільшу трубу й затрубив, аби в усіх кінцях Роменового лугу було чути. Невдовзі весь джмелиний оркестр був у зборі й поспішав за Джмеликом у Довгу долину.</w:t>
      </w:r>
    </w:p>
    <w:p>
      <w:r>
        <w:br/>
        <w:t>Вони грали так, як ще ніколи не грали. Сонячна музика линула над долиною, і квіти сколихнулися, почали розкривати бутони. Зацвіла, заяскравіла вся долина. Де не взялися птахи й ну виспівувати, витьохкувати, загули бджоли.</w:t>
      </w:r>
    </w:p>
    <w:p>
      <w:r>
        <w:br/>
        <w:t>— Тепер тобі не буде сумно,— мовив Джмелик пташці Очеретянці.</w:t>
      </w:r>
    </w:p>
    <w:p>
      <w:r>
        <w:br/>
        <w:t>— Прилітайте до нас по нектар! — запрошувала вона, рада-радісінька.</w:t>
      </w:r>
    </w:p>
    <w:p>
      <w:r>
        <w:br/>
        <w:t>По дорозі додому Джміль-диригент казав Джмеликові:</w:t>
      </w:r>
    </w:p>
    <w:p>
      <w:r>
        <w:br/>
        <w:t>— Нехай завжди буде з тобою сопілочка. Раптом ще кому знадобиться джмелиний оркестр. Тоді скликатимеш нас...</w:t>
      </w:r>
    </w:p>
    <w:p>
      <w:r>
        <w:br/>
        <w:t>І тепер і навесні, й улітку, чи в близькій, чи в далекій дорозі не розстається Джмелик зі своєю сопілочкою. Якщо потрапите ви до Роменового лугу, то, може, й стрінете там цього славного Сопілкарика. А я не раз там бував, не раз його бачив і слухав.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Сопілкарик із джмелиного оркестру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