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</w:t>
      </w:r>
    </w:p>
    <w:p>
      <w:r>
        <w:br/>
        <w:t xml:space="preserve"> І&lt;br /&gt;</w:t>
        <w:br/>
        <w:t>У хаті білій край села,&lt;br /&gt;</w:t>
        <w:br/>
        <w:t>Під гаєм аж густим,&lt;br /&gt;</w:t>
        <w:br/>
        <w:t>Сім'я маленькая жила:&lt;br /&gt;</w:t>
        <w:br/>
        <w:t>Дідусь, бабуся з ним,&lt;br /&gt;</w:t>
        <w:br/>
        <w:t>Та в них і діти ще були...&lt;br /&gt;</w:t>
        <w:br/>
        <w:t>І в тій хатині всі&lt;br /&gt;</w:t>
        <w:br/>
        <w:t>Вони тихесенько жили&lt;br /&gt;</w:t>
        <w:br/>
        <w:t>Ще в давнії часи.&lt;br /&gt;</w:t>
        <w:br/>
        <w:t>І хоч у них було дочок —&lt;br /&gt;</w:t>
        <w:br/>
        <w:t>Дівчат веселих — три,&lt;br /&gt;</w:t>
        <w:br/>
        <w:t>Але кохали над усіх&lt;br /&gt;</w:t>
        <w:br/>
        <w:t>Найменшую старі.&lt;br /&gt;</w:t>
        <w:br/>
        <w:t>І справді ж гарная була&lt;br /&gt;</w:t>
        <w:br/>
        <w:t>Галюсенька у них:&lt;br /&gt;</w:t>
        <w:br/>
        <w:t>Як зорі оченьки блищать&lt;br /&gt;</w:t>
        <w:br/>
        <w:t>З-під брівок чепурних;&lt;br /&gt;</w:t>
        <w:br/>
        <w:t>Рожеві губоньки малі,&lt;br /&gt;</w:t>
        <w:br/>
        <w:t>Рум'янець на щічках,&lt;br /&gt;</w:t>
        <w:br/>
        <w:t>І вся головонька була&lt;br /&gt;</w:t>
        <w:br/>
        <w:t>У косах і в квітках.&lt;br /&gt;</w:t>
        <w:br/>
        <w:t>Вона сміється — і навкруг&lt;br /&gt;</w:t>
        <w:br/>
        <w:t>Мов сонечко сія,&lt;br /&gt;</w:t>
        <w:br/>
        <w:t>Мов щастям вся оповилась&lt;br /&gt;</w:t>
        <w:br/>
        <w:t>Безкраяя земля;&lt;br /&gt;</w:t>
        <w:br/>
        <w:t>Вона засмутиться — й немов&lt;br /&gt;</w:t>
        <w:br/>
        <w:t>І сонце примерка,&lt;br /&gt;</w:t>
        <w:br/>
        <w:t>Не ті мов зробляться гаї&lt;br /&gt;</w:t>
        <w:br/>
        <w:t>Й квітчастая лука...&lt;br /&gt;</w:t>
        <w:br/>
        <w:t>Дитячим серденьком своїм&lt;br /&gt;</w:t>
        <w:br/>
        <w:t>Любила Галя всіх:&lt;br /&gt;</w:t>
        <w:br/>
        <w:t>І тата, й маму, і сестер&lt;br /&gt;</w:t>
        <w:br/>
        <w:t>Любила двох своїх.&lt;br /&gt;</w:t>
        <w:br/>
        <w:t>Але ж із заздрощів вони&lt;br /&gt;</w:t>
        <w:br/>
        <w:t>(Хоч і ховались з тим)&lt;br /&gt;</w:t>
        <w:br/>
        <w:t>Любити Галю не могли —&lt;br /&gt;</w:t>
        <w:br/>
        <w:t>Було-бо заздро їм,&lt;br /&gt;</w:t>
        <w:br/>
        <w:t>Що батько з матір'ю старі,&lt;br /&gt;</w:t>
        <w:br/>
        <w:t>Хоч дуже люблять всіх,&lt;br /&gt;</w:t>
        <w:br/>
        <w:t>А Галю жалують малу&lt;br /&gt;</w:t>
        <w:br/>
        <w:t>Ще більш вони, як їх.&lt;br /&gt;</w:t>
        <w:br/>
        <w:t>II&lt;br /&gt;</w:t>
        <w:br/>
        <w:t>Веселе літо настає,&lt;br /&gt;</w:t>
        <w:br/>
        <w:t>В гаях снують пташки,&lt;br /&gt;</w:t>
        <w:br/>
        <w:t>Скрізь визирають із трави&lt;br /&gt;</w:t>
        <w:br/>
        <w:t>Квітки, квітки й квітки;&lt;br /&gt;</w:t>
        <w:br/>
        <w:t>Метелик в'ється по квітках;&lt;br /&gt;</w:t>
        <w:br/>
        <w:t>Бджола дзвенить крилом;&lt;br /&gt;</w:t>
        <w:br/>
        <w:t>Вітрець тихесенький біжить,&lt;br /&gt;</w:t>
        <w:br/>
        <w:t>Цілується з листом.&lt;br /&gt;</w:t>
        <w:br/>
        <w:t>— Пустіть нас, — просить Галя, — в гай,&lt;br /&gt;</w:t>
        <w:br/>
        <w:t>Там співи та квітки;&lt;br /&gt;</w:t>
        <w:br/>
        <w:t>Ми стиглих ягід нарвемо&lt;br /&gt;</w:t>
        <w:br/>
        <w:t>І поплетем вінки.&lt;br /&gt;</w:t>
        <w:br/>
        <w:t>І кажуть їй тоді старі:&lt;br /&gt;</w:t>
        <w:br/>
        <w:t>— А що ж хіба? — Підіть!&lt;br /&gt;</w:t>
        <w:br/>
        <w:t>Та на вечерю ягідок,&lt;br /&gt;</w:t>
        <w:br/>
        <w:t>Як схочете, нарвіть.&lt;br /&gt;</w:t>
        <w:br/>
        <w:t>III&lt;br /&gt;</w:t>
        <w:br/>
        <w:t>Побравши глечики, пішли, —&lt;br /&gt;</w:t>
        <w:br/>
        <w:t>І в гаю ось вони...&lt;br /&gt;</w:t>
        <w:br/>
        <w:t>Під кожним ягоди кущем&lt;br /&gt;</w:t>
        <w:br/>
        <w:t>Червоні та смачні.&lt;br /&gt;</w:t>
        <w:br/>
        <w:t>І ті дві більшії сестри&lt;br /&gt;</w:t>
        <w:br/>
        <w:t>Не стали їх збирать, —&lt;br /&gt;</w:t>
        <w:br/>
        <w:t>Їх рвуть не в глечики вони,&lt;br /&gt;</w:t>
        <w:br/>
        <w:t>А тільки все їдять.&lt;br /&gt;</w:t>
        <w:br/>
        <w:t>Галюся ж, хоч од них обох&lt;br /&gt;</w:t>
        <w:br/>
        <w:t>Найменшая сестра,&lt;br /&gt;</w:t>
        <w:br/>
        <w:t>Але не їсть, а в глечик свій&lt;br /&gt;</w:t>
        <w:br/>
        <w:t>Все ягоди збира&lt;br /&gt;</w:t>
        <w:br/>
        <w:t>І дума: "Татові оце&lt;br /&gt;</w:t>
        <w:br/>
        <w:t>Й мамусі я нарву".&lt;br /&gt;</w:t>
        <w:br/>
        <w:t>І знов за ягідьми вона&lt;br /&gt;</w:t>
        <w:br/>
        <w:t>Перегорта траву,&lt;br /&gt;</w:t>
        <w:br/>
        <w:t>Шука, співаючи в гаю,&lt;br /&gt;</w:t>
        <w:br/>
        <w:t>Весела й чепурна,&lt;br /&gt;</w:t>
        <w:br/>
        <w:t>І тільки часом до своїх&lt;br /&gt;</w:t>
        <w:br/>
        <w:t>Сестер гукне вона:&lt;br /&gt;</w:t>
        <w:br/>
        <w:t>— Чи не далеко ви зайшли?..&lt;br /&gt;</w:t>
        <w:br/>
        <w:t>Щоб не блукати нам!...&lt;br /&gt;</w:t>
        <w:br/>
        <w:t>Ідіть до мене ягід рвать!&lt;br /&gt;</w:t>
        <w:br/>
        <w:t>Чи є багато й там?..&lt;br /&gt;</w:t>
        <w:br/>
        <w:t>IV&lt;br /&gt;</w:t>
        <w:br/>
        <w:t>Аж ось і вечір настає,&lt;br /&gt;</w:t>
        <w:br/>
        <w:t>Зіходяться вони.&lt;br /&gt;</w:t>
        <w:br/>
        <w:t>У більших ягідки нема&lt;br /&gt;</w:t>
        <w:br/>
        <w:t>У глечику на дні.&lt;br /&gt;</w:t>
        <w:br/>
        <w:t>А в Галі повен до країв...&lt;br /&gt;</w:t>
        <w:br/>
        <w:t>І каже Галя їм:&lt;br /&gt;</w:t>
        <w:br/>
        <w:t>— Вже пізно, вечір настає,&lt;br /&gt;</w:t>
        <w:br/>
        <w:t>Додому ми ходім,&lt;br /&gt;</w:t>
        <w:br/>
        <w:t>Бо, кажуть, бігають мавки&lt;br /&gt;</w:t>
        <w:br/>
        <w:t>У лісі в пізній час...&lt;br /&gt;</w:t>
        <w:br/>
        <w:t>Нарвала повен глечик я, —&lt;br /&gt;</w:t>
        <w:br/>
        <w:t>Чи повно і у вас?&lt;br /&gt;</w:t>
        <w:br/>
        <w:t>Та сестри ягоди свої&lt;br /&gt;</w:t>
        <w:br/>
        <w:t>Не хочуть показать:&lt;br /&gt;</w:t>
        <w:br/>
        <w:t>— Та одчепись од нас ти геть!&lt;br /&gt;</w:t>
        <w:br/>
        <w:t>Тобі навіщо знать?&lt;br /&gt;</w:t>
        <w:br/>
        <w:t>Од неї нарізно пішли,&lt;br /&gt;</w:t>
        <w:br/>
        <w:t>Галюсенька ж мала,&lt;br /&gt;</w:t>
        <w:br/>
        <w:t>Їх серце бачачи, сама&lt;br /&gt;</w:t>
        <w:br/>
        <w:t>Попереду пішла.&lt;br /&gt;</w:t>
        <w:br/>
        <w:t>V&lt;br /&gt;</w:t>
        <w:br/>
        <w:t>Шепоче більшая сестра&lt;br /&gt;</w:t>
        <w:br/>
        <w:t>Сестрі середній: — Ось&lt;br /&gt;</w:t>
        <w:br/>
        <w:t>Гляди лиш ти, коли б ще нам&lt;br /&gt;</w:t>
        <w:br/>
        <w:t>Обом не довелось&lt;br /&gt;</w:t>
        <w:br/>
        <w:t>І битим дома буть за те,&lt;br /&gt;</w:t>
        <w:br/>
        <w:t>Що ягід в нас нема,&lt;br /&gt;</w:t>
        <w:br/>
        <w:t>А Галька повний глек, дивись,&lt;br /&gt;</w:t>
        <w:br/>
        <w:t>Нарвала і сама...&lt;br /&gt;</w:t>
        <w:br/>
        <w:t>— Це правда, — каже сумно та:&lt;br /&gt;</w:t>
        <w:br/>
        <w:t>— Хоч бить не будуть нас,&lt;br /&gt;</w:t>
        <w:br/>
        <w:t>Та підлеститися вона&lt;br /&gt;</w:t>
        <w:br/>
        <w:t>Повсяк уміє час,&lt;br /&gt;</w:t>
        <w:br/>
        <w:t>За це і люблять так її...&lt;br /&gt;</w:t>
        <w:br/>
        <w:t>І ось тепер уп'ять&lt;br /&gt;</w:t>
        <w:br/>
        <w:t>На нас посваряться, — її ж&lt;br /&gt;</w:t>
        <w:br/>
        <w:t>Ще будуть більш кохать.&lt;br /&gt;</w:t>
        <w:br/>
        <w:t>І каже більшая: — Ану&lt;br /&gt;</w:t>
        <w:br/>
        <w:t>Давай її вб'ємо&lt;br /&gt;</w:t>
        <w:br/>
        <w:t>І в неї ягоди усі&lt;br /&gt;</w:t>
        <w:br/>
        <w:t>Собі заберемо!&lt;br /&gt;</w:t>
        <w:br/>
        <w:t>Тоді і батько, й мати знов&lt;br /&gt;</w:t>
        <w:br/>
        <w:t>Любити будуть нас...&lt;br /&gt;</w:t>
        <w:br/>
        <w:t>Хіба нас хто побачить тут&lt;br /&gt;</w:t>
        <w:br/>
        <w:t>У лісі, в пізній час!&lt;br /&gt;</w:t>
        <w:br/>
        <w:t>А дома скажемо: пішла&lt;br /&gt;</w:t>
        <w:br/>
        <w:t>Од нас вона сама;&lt;br /&gt;</w:t>
        <w:br/>
        <w:t>Ми думали, — вона вже тут...&lt;br /&gt;</w:t>
        <w:br/>
        <w:t>Хіба її нема?&lt;br /&gt;</w:t>
        <w:br/>
        <w:t>VI&lt;br /&gt;</w:t>
        <w:br/>
        <w:t>Галюся йшла собі сама,&lt;br /&gt;</w:t>
        <w:br/>
        <w:t>Не чуючи біди:&lt;br /&gt;</w:t>
        <w:br/>
        <w:t>Потиху стали здоганять&lt;br /&gt;</w:t>
        <w:br/>
        <w:t>Її вони тоді.&lt;br /&gt;</w:t>
        <w:br/>
        <w:t>І не почулася вона,&lt;br /&gt;</w:t>
        <w:br/>
        <w:t>Як тихо надійшли,&lt;br /&gt;</w:t>
        <w:br/>
        <w:t>Відразу кинулись удвох,&lt;br /&gt;</w:t>
        <w:br/>
        <w:t>Давити почали...&lt;br /&gt;</w:t>
        <w:br/>
        <w:t>Вона не скрикнула й разу,&lt;br /&gt;</w:t>
        <w:br/>
        <w:t>А глянула на них,&lt;br /&gt;</w:t>
        <w:br/>
        <w:t>Докір німий у очах був&lt;br /&gt;</w:t>
        <w:br/>
        <w:t>Журливих і ясних...&lt;br /&gt;</w:t>
        <w:br/>
        <w:t>І вмерла тихо... І вони&lt;br /&gt;</w:t>
        <w:br/>
        <w:t>Її сховали там,&lt;br /&gt;</w:t>
        <w:br/>
        <w:t>Де кущ калиновий пишавсь,&lt;br /&gt;</w:t>
        <w:br/>
        <w:t>Схилившися гіллям...&lt;br /&gt;</w:t>
        <w:br/>
        <w:t>Тоді вернулися удвох&lt;br /&gt;</w:t>
        <w:br/>
        <w:t>І ягоди взяли,&lt;br /&gt;</w:t>
        <w:br/>
        <w:t>І кажуть вдома: — Галю ми&lt;br /&gt;</w:t>
        <w:br/>
        <w:t>Шукали й не знайшли.&lt;br /&gt;</w:t>
        <w:br/>
        <w:t>Старі злякались і удвох&lt;br /&gt;</w:t>
        <w:br/>
        <w:t>У темний ліс пішли,&lt;br /&gt;</w:t>
        <w:br/>
        <w:t>І ніч усю шукали там,&lt;br /&gt;</w:t>
        <w:br/>
        <w:t>Шукали й не знайшли;&lt;br /&gt;</w:t>
        <w:br/>
        <w:t>Шукали потім не один —&lt;br /&gt;</w:t>
        <w:br/>
        <w:t>Багато днів її,&lt;br /&gt;</w:t>
        <w:br/>
        <w:t>Та не знайшли дочки вони&lt;br /&gt;</w:t>
        <w:br/>
        <w:t>В гаю, в сирій землі...&lt;br /&gt;</w:t>
        <w:br/>
        <w:t>VII&lt;br /&gt;</w:t>
        <w:br/>
        <w:t>В холодній ямі Галя спить,&lt;br /&gt;</w:t>
        <w:br/>
        <w:t>Мина потроху час...&lt;br /&gt;</w:t>
        <w:br/>
        <w:t>Ось вівці раз у гаї тім&lt;br /&gt;</w:t>
        <w:br/>
        <w:t>Вівчар маленький пас&lt;br /&gt;</w:t>
        <w:br/>
        <w:t>І женучи їх через той,&lt;br /&gt;</w:t>
        <w:br/>
        <w:t>Через зелений ліс,&lt;br /&gt;</w:t>
        <w:br/>
        <w:t>Натрапив саме він туди,&lt;br /&gt;</w:t>
        <w:br/>
        <w:t>Де кущ калини ріс,&lt;br /&gt;</w:t>
        <w:br/>
        <w:t>Де Галя бідная моя&lt;br /&gt;</w:t>
        <w:br/>
        <w:t>Навіки полягла...&lt;br /&gt;</w:t>
        <w:br/>
        <w:t>Поглянув хлопець той: струнка&lt;br /&gt;</w:t>
        <w:br/>
        <w:t>Калинонька була.&lt;br /&gt;</w:t>
        <w:br/>
        <w:t>І цівку вирізав з куща,&lt;br /&gt;</w:t>
        <w:br/>
        <w:t>Сопілку він зробив&lt;br /&gt;</w:t>
        <w:br/>
        <w:t>І грать почав, і чує він&lt;br /&gt;</w:t>
        <w:br/>
        <w:t>Чудово-дивний спів:&lt;br /&gt;</w:t>
        <w:br/>
        <w:t>"Ой помалу-малу, вівчарику,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Така-то жалібна була&lt;br /&gt;</w:t>
        <w:br/>
        <w:t>Вся пісня та смутна,&lt;br /&gt;</w:t>
        <w:br/>
        <w:t>Так в серце хлопчика того&lt;br /&gt;</w:t>
        <w:br/>
        <w:t>Лилась немов вона,&lt;br /&gt;</w:t>
        <w:br/>
        <w:t>Що він би й плакав і ізнов&lt;br /&gt;</w:t>
        <w:br/>
        <w:t>Чудовий слухав спів...&lt;br /&gt;</w:t>
        <w:br/>
        <w:t>Так день минув, і вечір вже...&lt;br /&gt;</w:t>
        <w:br/>
        <w:t>Собою ліс покрив —&lt;br /&gt;</w:t>
        <w:br/>
        <w:t>Додому вівці хлопець той&lt;br /&gt;</w:t>
        <w:br/>
        <w:t>В своє село погнав,&lt;br /&gt;</w:t>
        <w:br/>
        <w:t>А ідучи селом, ізнов&lt;br /&gt;</w:t>
        <w:br/>
        <w:t>На тій сопілці грав.&lt;br /&gt;</w:t>
        <w:br/>
        <w:t>І ось іде і грає він,&lt;br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вівчарику, грай,&lt;br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І як проходив повз двір,&lt;br /&gt;</w:t>
        <w:br/>
        <w:t>Де Галин батько жив,&lt;br /&gt;</w:t>
        <w:br/>
        <w:t>Почув старий дідусь тоді&lt;br /&gt;</w:t>
        <w:br/>
        <w:t>Чудово-дивний спів...&lt;br /&gt;</w:t>
        <w:br/>
        <w:t>І вибігає він з воріт:&lt;br /&gt;</w:t>
        <w:br/>
        <w:t>— Гей, хлопче, підожди!..&lt;br /&gt;</w:t>
        <w:br/>
        <w:t>Де ти таку сопілку взяв?&lt;br /&gt;</w:t>
        <w:br/>
        <w:t>А дай її сюди!&lt;br /&gt;</w:t>
        <w:br/>
        <w:t>І на сопілці дід заграв...&lt;br /&gt;</w:t>
        <w:br/>
        <w:t>Грання сумне дзвенить —&lt;br /&gt;</w:t>
        <w:br/>
        <w:t>Сопілка жалібно співа&lt;br /&gt;</w:t>
        <w:br/>
        <w:t>І плаче, і квилить:&lt;br /&gt;</w:t>
        <w:br/>
        <w:t>"Ой помалу-малу, мій батечку,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Поблід дідусь, у хату вбіг,&lt;br /&gt;</w:t>
        <w:br/>
        <w:t>Сопілку жінці дав:&lt;br /&gt;</w:t>
        <w:br/>
        <w:t>— Заграй, стара! Ще зроду я&lt;br /&gt;</w:t>
        <w:br/>
        <w:t>Не чув, щоб хто так грав!&lt;br /&gt;</w:t>
        <w:br/>
        <w:t>І баба грати почина...&lt;br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матусенько, грай!&lt;br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А сестри слухають той спів&lt;br /&gt;</w:t>
        <w:br/>
        <w:t>І бліднуть, і тремтять...&lt;br /&gt;</w:t>
        <w:br/>
        <w:t>І чують: батько їм велить&lt;br /&gt;</w:t>
        <w:br/>
        <w:t>На тій сопілці грать.&lt;br /&gt;</w:t>
        <w:br/>
        <w:t>Найстарша грати почина.&lt;br /&gt;</w:t>
        <w:br/>
        <w:t>Грання смутне дзвенить —&lt;br /&gt;</w:t>
        <w:br/>
        <w:t>Сопілка жалібно співа&lt;br /&gt;</w:t>
        <w:br/>
        <w:t>І плаче, і квилить:&lt;br /&gt;</w:t>
        <w:br/>
        <w:t>"Ой помалу-малу, ти, сестронько, грай,&lt;br /&gt;</w:t>
        <w:br/>
        <w:t>Та не врази мого серденька вкрай!..&lt;br /&gt;</w:t>
        <w:br/>
        <w:t>Ой ви мене, сестри,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VIII&lt;br /&gt;</w:t>
        <w:br/>
        <w:t>— Гей, признавайтесь ви мені! —&lt;br /&gt;</w:t>
        <w:br/>
        <w:t>Дід гримає на них.&lt;br /&gt;</w:t>
        <w:br/>
        <w:t>Упали, злякані, тоді&lt;br /&gt;</w:t>
        <w:br/>
        <w:t>Вони йому до ніг&lt;br /&gt;</w:t>
        <w:br/>
        <w:t>І на могилку повели,&lt;br /&gt;</w:t>
        <w:br/>
        <w:t>Де бідна Галя спить&lt;br /&gt;</w:t>
        <w:br/>
        <w:t>І де калинонька смутна&lt;br /&gt;</w:t>
        <w:br/>
        <w:t>Схиляється й шумить.&lt;br /&gt;</w:t>
        <w:br/>
        <w:t>Вона шумить, а з неї спів&lt;br /&gt;</w:t>
        <w:br/>
        <w:t>Тихесенький дзвенить,&lt;br /&gt;</w:t>
        <w:br/>
        <w:t>Немов калина та сама&lt;br /&gt;</w:t>
        <w:br/>
        <w:t>І плаче, і квилить:&lt;br /&gt;</w:t>
        <w:br/>
        <w:t>"Ой помалу-малу, вітре, повівай,&lt;br /&gt;</w:t>
        <w:br/>
        <w:t>Та не врази мого серденька вкрай!..&lt;br /&gt;</w:t>
        <w:br/>
        <w:t>Мене сестри з світу згубили,&lt;br /&gt;</w:t>
        <w:br/>
        <w:t>Під кущем у лісі мене положили,&lt;br /&gt;</w:t>
        <w:br/>
        <w:t>У холодній ямі мене поховали,&lt;br /&gt;</w:t>
        <w:br/>
        <w:t>Ще й ногами землю зверху притоптали..."&lt;br /&gt;</w:t>
        <w:br/>
        <w:t>IX&lt;br /&gt;</w:t>
        <w:br/>
        <w:t>І довго плакали старі,&lt;br /&gt;</w:t>
        <w:br/>
        <w:t>Припавши до землі,&lt;br /&gt;</w:t>
        <w:br/>
        <w:t>І на могилі двох дочок&lt;br /&gt;</w:t>
        <w:br/>
        <w:t>Навіки прокляли,&lt;br /&gt;</w:t>
        <w:br/>
        <w:t>І геть їх вигнали з села...&lt;br /&gt;</w:t>
        <w:br/>
        <w:t>Самі ж щодня вони&lt;br /&gt;</w:t>
        <w:br/>
        <w:t>На ту могилоньку ішли&lt;br /&gt;</w:t>
        <w:br/>
        <w:t>Зажурені й смутні.&lt;br /&gt;</w:t>
        <w:br/>
        <w:t>Багато плакали вони —&lt;br /&gt;</w:t>
        <w:br/>
        <w:t>Стомило горе їх:&lt;br /&gt;</w:t>
        <w:br/>
        <w:t>Вони умерли із журби&lt;br /&gt;</w:t>
        <w:br/>
        <w:t>Та з сліз своїх гірких...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