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Сонцева помста</w:t>
      </w:r>
    </w:p>
    <w:p>
      <w:r>
        <w:br/>
        <w:t xml:space="preserve"> Сонцева помста&lt;br /&gt;</w:t>
        <w:br/>
        <w:t>Східна легенда</w:t>
      </w:r>
    </w:p>
    <w:p>
      <w:r>
        <w:br/>
        <w:t>Колись у давній давнині —&lt;br /&gt;</w:t>
        <w:br/>
        <w:t>є в людях поговір —&lt;br /&gt;</w:t>
        <w:br/>
        <w:t>Численні карлики жили серед Кавказьких гір,&lt;br /&gt;</w:t>
        <w:br/>
        <w:t>Такі дрібні, що папороть здавалась їх очам&lt;br /&gt;</w:t>
        <w:br/>
        <w:t>Високоверхим деревом з розложистим гіллям.&lt;br /&gt;</w:t>
        <w:br/>
        <w:t>На неї лазили вони, стинали гілочки&lt;br /&gt;</w:t>
        <w:br/>
        <w:t>І мудро будували з них хороші теремки.&lt;br /&gt;</w:t>
        <w:br/>
        <w:t>І добре жити їм було. Розумні та сильні,&lt;br /&gt;</w:t>
        <w:br/>
        <w:t>Вони уміли ставити огради кам'яні,&lt;br /&gt;</w:t>
        <w:br/>
        <w:t>Стріляли з лука дичину, багато мали стад,&lt;br /&gt;</w:t>
        <w:br/>
        <w:t>Удозвіль зерна й волокна.&lt;br /&gt;</w:t>
        <w:br/>
        <w:t>Ні віхола, ні град&lt;br /&gt;</w:t>
        <w:br/>
        <w:t>До них не відали тропи,&lt;br /&gt;</w:t>
        <w:br/>
        <w:t>і невпокійний грім&lt;br /&gt;</w:t>
        <w:br/>
        <w:t>Загонів хмарних&lt;br /&gt;</w:t>
        <w:br/>
        <w:t>не збирав під небом їх ясним.&lt;br /&gt;</w:t>
        <w:br/>
        <w:t>Дбайливе сонце день у день рівняло їм тепло.&lt;br /&gt;</w:t>
        <w:br/>
        <w:t>І загорділо серце їх. І в лагідне чоло&lt;br /&gt;</w:t>
        <w:br/>
        <w:t>Свого світила доброго наміривши стрілу,&lt;br /&gt;</w:t>
        <w:br/>
        <w:t>Вони казали, сміючись: "За що йому хвалу&lt;br /&gt;</w:t>
        <w:br/>
        <w:t>Ашуги5 наші віддають? У світлі чи в імлі,&lt;br /&gt;</w:t>
        <w:br/>
        <w:t>Однаково здоліємо прожити на землі".&lt;br /&gt;</w:t>
        <w:br/>
        <w:t>От сталося,&lt;br /&gt;</w:t>
        <w:br/>
        <w:t>одного дня з-за височин гірських&lt;br /&gt;</w:t>
        <w:br/>
        <w:t>Прозірчаста колисочка залинула до них,&lt;br /&gt;</w:t>
        <w:br/>
        <w:t>І, як рослинний пух, легка, у сонному лету&lt;br /&gt;</w:t>
        <w:br/>
        <w:t>Поколихнула цвіт лучний і стала на цвіту.&lt;br /&gt;</w:t>
        <w:br/>
        <w:t>Поглянули, а там лежить розкохане дитя;&lt;br /&gt;</w:t>
        <w:br/>
        <w:t>На нім зірчаста тканочка&lt;br /&gt;</w:t>
        <w:br/>
        <w:t>ще й синє сповиття.&lt;br /&gt;</w:t>
        <w:br/>
        <w:t>А очі темно-голубі, і золотим пушком,&lt;br /&gt;</w:t>
        <w:br/>
        <w:t>Мов крайкою, обведена голівка над чолом.&lt;br /&gt;</w:t>
        <w:br/>
        <w:t>Такого дива не було, відколи ясен-світ!&lt;br /&gt;</w:t>
        <w:br/>
        <w:t>До нього цмокають, воно сміється на одвіт.&lt;br /&gt;</w:t>
        <w:br/>
        <w:t>"Да там-то ж красне!" —&lt;br /&gt;</w:t>
        <w:br/>
        <w:t>каже хтось, милуючись малям.&lt;br /&gt;</w:t>
        <w:br/>
        <w:t>І ознаймили: "Немовля віщує радість нам.&lt;br /&gt;</w:t>
        <w:br/>
        <w:t>Хто буде кривдити його,&lt;br /&gt;</w:t>
        <w:br/>
        <w:t>хай знає: смерть за те!"&lt;br /&gt;</w:t>
        <w:br/>
        <w:t>Минає час. Чудне дитя, немов з води, росте.&lt;br /&gt;</w:t>
        <w:br/>
        <w:t>Іще до місяця сп'ялось ходити, а до двох&lt;br /&gt;</w:t>
        <w:br/>
        <w:t>Увочевидь переросло щонайбуйніший мох.&lt;br /&gt;</w:t>
        <w:br/>
        <w:t>А й не закропиться нічим,&lt;br /&gt;</w:t>
        <w:br/>
        <w:t>крім меду та роси.&lt;br /&gt;</w:t>
        <w:br/>
        <w:t>І виросло на юнака величної краси.&lt;br /&gt;</w:t>
        <w:br/>
        <w:t>Та що по тім?&lt;br /&gt;</w:t>
        <w:br/>
        <w:t>Якийсь чудний удався той юнак:&lt;br /&gt;</w:t>
        <w:br/>
        <w:t>Скрізь нишпорить,&lt;br /&gt;</w:t>
        <w:br/>
        <w:t>чогось глядить, не бавиться ніяк,&lt;br /&gt;</w:t>
        <w:br/>
        <w:t>Все хмуриться замислено,&lt;br /&gt;</w:t>
        <w:br/>
        <w:t>не любиться ні з ким,&lt;br /&gt;</w:t>
        <w:br/>
        <w:t>І часто світлий зір його&lt;br /&gt;</w:t>
        <w:br/>
        <w:t>темнить печалі дим.&lt;br /&gt;</w:t>
        <w:br/>
        <w:t>Уже, на нього дивлячись, журилися діди:&lt;br /&gt;</w:t>
        <w:br/>
        <w:t>"Коли б лишень од хлопчика&lt;br /&gt;</w:t>
        <w:br/>
        <w:t>не скоїлось біди!"&lt;br /&gt;</w:t>
        <w:br/>
        <w:t>Між ними був один горбань.&lt;br /&gt;</w:t>
        <w:br/>
        <w:t>Чотири сотні літ&lt;br /&gt;</w:t>
        <w:br/>
        <w:t>В його стуманених очах напівзатьмили світ.&lt;br /&gt;</w:t>
        <w:br/>
        <w:t>Тепер глядів він череди,&lt;br /&gt;</w:t>
        <w:br/>
        <w:t>а здавна був герой.&lt;br /&gt;</w:t>
        <w:br/>
        <w:t>От раз його на самоті питає хлопчик той:&lt;br /&gt;</w:t>
        <w:br/>
        <w:t>"Ви, карлики, потужний рід.&lt;br /&gt;</w:t>
        <w:br/>
        <w:t>Ні ворог, ні чума,&lt;br /&gt;</w:t>
        <w:br/>
        <w:t>Ні дикий барс вам не страшні.&lt;br /&gt;</w:t>
        <w:br/>
        <w:t>Скажіть, невже нема&lt;br /&gt;</w:t>
        <w:br/>
        <w:t>Такої сили, що могла б поталувати6 й вас?"&lt;br /&gt;</w:t>
        <w:br/>
        <w:t>"Нема ніде, — прошамкав дід, —&lt;br /&gt;</w:t>
        <w:br/>
        <w:t>щоб я так кози пас!"&lt;br /&gt;</w:t>
        <w:br/>
        <w:t>Але по намислі додав: "Хіба б таке було,&lt;br /&gt;</w:t>
        <w:br/>
        <w:t>Щоб хуртовиною на нас бавовни намело,&lt;br /&gt;</w:t>
        <w:br/>
        <w:t>І загорілася вона, то аж тоді, либонь,&lt;br /&gt;</w:t>
        <w:br/>
        <w:t>Судилася б загибель нам:&lt;br /&gt;</w:t>
        <w:br/>
        <w:t>пожер би нас вогонь!"&lt;br /&gt;</w:t>
        <w:br/>
        <w:t>І тільки змовив ці слова недбалий лепетій,&lt;br /&gt;</w:t>
        <w:br/>
        <w:t>Як там, де щойно був юнак, заюртувався змій,&lt;br /&gt;</w:t>
        <w:br/>
        <w:t>І став на хвіст,&lt;br /&gt;</w:t>
        <w:br/>
        <w:t>і вистромив загрозливий язик,&lt;br /&gt;</w:t>
        <w:br/>
        <w:t>І, збивши бистрими крильми,&lt;br /&gt;</w:t>
        <w:br/>
        <w:t>бурхнув угору й зник.&lt;br /&gt;</w:t>
        <w:br/>
        <w:t>А де ж юнак?&lt;br /&gt;</w:t>
        <w:br/>
        <w:t>Огледілись — і слід запав... Нема!&lt;br /&gt;</w:t>
        <w:br/>
        <w:t>Великий страх поняв усіх!&lt;br /&gt;</w:t>
        <w:br/>
        <w:t>Страхались недарма.&lt;br /&gt;</w:t>
        <w:br/>
        <w:t>Був день.&lt;br /&gt;</w:t>
        <w:br/>
        <w:t>За муром кам'яним ходило стадо кіз.&lt;br /&gt;</w:t>
        <w:br/>
        <w:t>Кругом, по горах та ярах,&lt;br /&gt;</w:t>
        <w:br/>
        <w:t>дрімав одвічний ліс.&lt;br /&gt;</w:t>
        <w:br/>
        <w:t>З кущів осотових&lt;br /&gt;</w:t>
        <w:br/>
        <w:t>не міг зорястий знятись пух.&lt;br /&gt;</w:t>
        <w:br/>
        <w:t>І раптом прикро заволав стурбований пастух:&lt;br /&gt;</w:t>
        <w:br/>
        <w:t>"Біда! Загуба! Лишенько! Пропали ми навік!&lt;br /&gt;</w:t>
        <w:br/>
        <w:t>Дак ось кого плекали ми!&lt;br /&gt;</w:t>
        <w:br/>
        <w:t>Дак ось чому він зник!"&lt;br /&gt;</w:t>
        <w:br/>
        <w:t>Усі метнулися на крик. "Чого ти? Де біда?"&lt;br /&gt;</w:t>
        <w:br/>
        <w:t>"Сліпі! Не бачите?&lt;br /&gt;</w:t>
        <w:br/>
        <w:t>В козла трясеться борода!"&lt;br /&gt;</w:t>
        <w:br/>
        <w:t>"Дурний же ти!" — "Еге, дурний!&lt;br /&gt;</w:t>
        <w:br/>
        <w:t>Це ж вітер, а у нас&lt;br /&gt;</w:t>
        <w:br/>
        <w:t>Спредвіку вітер не гуляв!" —&lt;br /&gt;</w:t>
        <w:br/>
        <w:t>і в сльози козопас.&lt;br /&gt;</w:t>
        <w:br/>
        <w:t>Тоді проміння сонячне у жовтий дим лягло,&lt;br /&gt;</w:t>
        <w:br/>
        <w:t>І з високості клаптями бавовни понесло.&lt;br /&gt;</w:t>
        <w:br/>
        <w:t>Глухими міріадами летіли пластівні,&lt;br /&gt;</w:t>
        <w:br/>
        <w:t>А їм услід тиснулися нові в височині.&lt;br /&gt;</w:t>
        <w:br/>
        <w:t>Як туча, сутінь гуснула.&lt;br /&gt;</w:t>
        <w:br/>
        <w:t>І потьмарився світ,&lt;br /&gt;</w:t>
        <w:br/>
        <w:t>І вийшов з душної нори на охолоду кріт.&lt;br /&gt;</w:t>
        <w:br/>
        <w:t>Тоді рвонуло борвієм7, і в омраку важкім,&lt;br /&gt;</w:t>
        <w:br/>
        <w:t>Мов скелями привалений,&lt;br /&gt;</w:t>
        <w:br/>
        <w:t>озвався зглуха грім.&lt;br /&gt;</w:t>
        <w:br/>
        <w:t>І загули, й склонилися нагірні дерева,&lt;br /&gt;</w:t>
        <w:br/>
        <w:t>І, вічна голосільниця, заплакала сова.&lt;br /&gt;</w:t>
        <w:br/>
        <w:t>Гучніше тряхнуло.&lt;br /&gt;</w:t>
        <w:br/>
        <w:t>Вогонь проскочив в темноті,&lt;br /&gt;</w:t>
        <w:br/>
        <w:t>Упав, стаївся, вигулькнув і раптом золоті&lt;br /&gt;</w:t>
        <w:br/>
        <w:t>Угору скинув омахи, мов жмутки злих гадюк,&lt;br /&gt;</w:t>
        <w:br/>
        <w:t>Що намагались видертись з чиїхось&lt;br /&gt;</w:t>
        <w:br/>
        <w:t>темних рук.&lt;br /&gt;</w:t>
        <w:br/>
        <w:t>І загорілася земля,&lt;br /&gt;</w:t>
        <w:br/>
        <w:t>і страшно зойкнув звір,&lt;br /&gt;</w:t>
        <w:br/>
        <w:t>І затремтіла заграва на верховинах гір.&lt;br /&gt;</w:t>
        <w:br/>
        <w:t>І в хруску дерева захряс крик розпачу:&lt;br /&gt;</w:t>
        <w:br/>
        <w:t>"Пожар!"&lt;br /&gt;</w:t>
        <w:br/>
        <w:t>І в воду кидався й тонув збезумлений товар8.&lt;br /&gt;</w:t>
        <w:br/>
        <w:t>В огні кипів і косогір, і яр, і оболонь9,&lt;br /&gt;</w:t>
        <w:br/>
        <w:t>І пташка, злинувши з вогню,&lt;br /&gt;</w:t>
        <w:br/>
        <w:t>знов падала в огонь.&lt;br /&gt;</w:t>
        <w:br/>
        <w:t>Орел, високо вибившись могучими крильми,&lt;br /&gt;</w:t>
        <w:br/>
        <w:t>Один тужив, клекочучи, за милими дітьми,&lt;br /&gt;</w:t>
        <w:br/>
        <w:t>І довго люте полум'я сичало і ревло,&lt;br /&gt;</w:t>
        <w:br/>
        <w:t>Скарлючено вгризаючись у дерево й стебло.&lt;br /&gt;</w:t>
        <w:br/>
        <w:t>І простяглась пустеля там,&lt;br /&gt;</w:t>
        <w:br/>
        <w:t>де був квітучий сад,&lt;br /&gt;</w:t>
        <w:br/>
        <w:t>Куди літав крадящий птах клювати виноград.&lt;br /&gt;</w:t>
        <w:br/>
        <w:t>Пропали бідні карлики! Лиш мури кам'яні&lt;br /&gt;</w:t>
        <w:br/>
        <w:t>Про необачне плем'я їх нагадують одні.</w:t>
      </w:r>
    </w:p>
    <w:p>
      <w:r>
        <w:br/>
        <w:t>5 Ашуг — народний поет-імпровізатор у деяких кавказьких та сусідніх з ними народів.&lt;br /&gt;</w:t>
        <w:br/>
        <w:t>6 Поталувати — дати на поталу, понищити.&lt;br /&gt;</w:t>
        <w:br/>
        <w:t>7 Борвій — великий вітер, буря.&lt;br /&gt;</w:t>
        <w:br/>
        <w:t>8 Товар — худоба, свійські тварини.&lt;br /&gt;</w:t>
        <w:br/>
        <w:t>9 Оболонь — низинні заливні (заплавні) луки.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Сонцева помста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