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Songe du vieil pelerin (Пісня старого пілігрима)</w:t>
      </w:r>
    </w:p>
    <w:p>
      <w:r>
        <w:br/>
        <w:t xml:space="preserve"> Songe du vieil pelerin (Пісня старого пілігрима) (1994)</w:t>
      </w:r>
    </w:p>
    <w:p>
      <w:r>
        <w:br/>
        <w:t>Частина перша&lt;br /&gt;</w:t>
        <w:br/>
        <w:t>Тирада 1</w:t>
      </w:r>
    </w:p>
    <w:p>
      <w:r>
        <w:br/>
        <w:t>Король розпатланий і босий&lt;br /&gt;</w:t>
        <w:br/>
        <w:t>на свищику грає&lt;br /&gt;</w:t>
        <w:br/>
        <w:t>а його вітає&lt;br /&gt;</w:t>
        <w:br/>
        <w:t>весь Єрусалим&lt;br /&gt;</w:t>
        <w:br/>
        <w:t>Бетлеем за ним</w:t>
      </w:r>
    </w:p>
    <w:p>
      <w:r>
        <w:br/>
        <w:t>біжать малі діти&lt;br /&gt;</w:t>
        <w:br/>
        <w:t>біжать живі панни&lt;br /&gt;</w:t>
        <w:br/>
        <w:t>стоять за ним біди&lt;br /&gt;</w:t>
        <w:br/>
        <w:t>плещуть у долоні&lt;br /&gt;</w:t>
        <w:br/>
        <w:t>сяє орифлама</w:t>
      </w:r>
    </w:p>
    <w:p>
      <w:r>
        <w:br/>
        <w:t>три лілії золоті&lt;br /&gt;</w:t>
        <w:br/>
        <w:t>купаються в крові комонній&lt;br /&gt;</w:t>
        <w:br/>
        <w:t>обшарпаний і побитий&lt;br /&gt;</w:t>
        <w:br/>
        <w:t>без корони&lt;br /&gt;</w:t>
        <w:br/>
        <w:t>голодний</w:t>
      </w:r>
    </w:p>
    <w:p>
      <w:r>
        <w:br/>
        <w:t>прийшов свободити&lt;br /&gt;</w:t>
        <w:br/>
        <w:t>гріб Господній&lt;br /&gt;</w:t>
        <w:br/>
        <w:t>славімо його</w:t>
      </w:r>
    </w:p>
    <w:p>
      <w:r>
        <w:br/>
        <w:t>Тирада 2</w:t>
      </w:r>
    </w:p>
    <w:p>
      <w:r>
        <w:br/>
        <w:t>Чути крики і гомін по всій Україні&lt;br /&gt;</w:t>
        <w:br/>
        <w:t>плаче велика земля яблука падають&lt;br /&gt;</w:t>
        <w:br/>
        <w:t>пишна звірота править народом&lt;br /&gt;</w:t>
        <w:br/>
        <w:t>а як вона править не знає король&lt;br /&gt;</w:t>
        <w:br/>
        <w:t>міста занедбали ремество батьків&lt;br /&gt;</w:t>
        <w:br/>
        <w:t>у селах тічкуються зграї вовків&lt;br /&gt;</w:t>
        <w:br/>
        <w:t>а гори паперу пливуть і пливуть&lt;br /&gt;</w:t>
        <w:br/>
        <w:t>у руслах колишніх річок&lt;br /&gt;</w:t>
        <w:br/>
        <w:t>а дари та благання тепер не доходять&lt;br /&gt;</w:t>
        <w:br/>
        <w:t>до гордого Кракова города.</w:t>
      </w:r>
    </w:p>
    <w:p>
      <w:r>
        <w:br/>
        <w:t>Тирада З</w:t>
      </w:r>
    </w:p>
    <w:p>
      <w:r>
        <w:br/>
        <w:t>"Де течеш, Дунаю червоний?"&lt;br /&gt;</w:t>
        <w:br/>
        <w:t>"Там, де стоїть панна з тобою,&lt;br /&gt;</w:t>
        <w:br/>
        <w:t>козаче".</w:t>
      </w:r>
    </w:p>
    <w:p>
      <w:r>
        <w:br/>
        <w:t>"Де ти взяв си барви такої?"&lt;br /&gt;</w:t>
        <w:br/>
        <w:t>"Там, де ти забив турків троє,&lt;br /&gt;</w:t>
        <w:br/>
        <w:t>козаче".</w:t>
      </w:r>
    </w:p>
    <w:p>
      <w:r>
        <w:br/>
        <w:t>"Аби мені лучча зброя,&lt;br /&gt;</w:t>
        <w:br/>
        <w:t>То загладив би ще троє,&lt;br /&gt;</w:t>
        <w:br/>
        <w:t>Дунаю".</w:t>
      </w:r>
    </w:p>
    <w:p>
      <w:r>
        <w:br/>
        <w:t>"Коли б мені кармазин,&lt;br /&gt;</w:t>
        <w:br/>
        <w:t>То загинув би й татарин&lt;br /&gt;</w:t>
        <w:br/>
        <w:t>не один".</w:t>
      </w:r>
    </w:p>
    <w:p>
      <w:r>
        <w:br/>
        <w:t>"Коли б мені ще й сап’янці,&lt;br /&gt;</w:t>
        <w:br/>
        <w:t>То пойняв би тебе, панцю,&lt;br /&gt;</w:t>
        <w:br/>
        <w:t>брей, море, брей!"</w:t>
      </w:r>
    </w:p>
    <w:p>
      <w:r>
        <w:br/>
        <w:t>А Дунай тече,&lt;br /&gt;</w:t>
        <w:br/>
        <w:t>А панна плаче,&lt;br /&gt;</w:t>
        <w:br/>
        <w:t>козаче.</w:t>
      </w:r>
    </w:p>
    <w:p>
      <w:r>
        <w:br/>
        <w:t>Тирада 4</w:t>
      </w:r>
    </w:p>
    <w:p>
      <w:r>
        <w:br/>
        <w:t>Іди, мій братіку, іди,&lt;br /&gt;</w:t>
        <w:br/>
        <w:t>не жди на левів та ведмедів,&lt;br /&gt;</w:t>
        <w:br/>
        <w:t>що тягнуть золото арабське&lt;br /&gt;</w:t>
        <w:br/>
        <w:t>під жовтим листям кленів.</w:t>
      </w:r>
    </w:p>
    <w:p>
      <w:r>
        <w:br/>
        <w:t>Devotio moderna.</w:t>
      </w:r>
    </w:p>
    <w:p>
      <w:r>
        <w:br/>
        <w:t>Іди, мій братіку, співай,&lt;br /&gt;</w:t>
        <w:br/>
        <w:t>про ясні рани князя неба,&lt;br /&gt;</w:t>
        <w:br/>
        <w:t>про білі шати Діви,&lt;br /&gt;</w:t>
        <w:br/>
        <w:t>про тихі житні зерна.</w:t>
      </w:r>
    </w:p>
    <w:p>
      <w:r>
        <w:br/>
        <w:t>Devotio moderna.</w:t>
      </w:r>
    </w:p>
    <w:p>
      <w:r>
        <w:br/>
        <w:t>Осінні хмари.&lt;br /&gt;</w:t>
        <w:br/>
        <w:t>Останні отари.&lt;br /&gt;</w:t>
        <w:br/>
        <w:t>Agnus Dei, не карай Іуду.&lt;br /&gt;</w:t>
        <w:br/>
        <w:t>Заходить сонце черво…</w:t>
      </w:r>
    </w:p>
    <w:p>
      <w:r>
        <w:br/>
        <w:t>Devotio moderna.</w:t>
      </w:r>
    </w:p>
    <w:p>
      <w:r>
        <w:br/>
        <w:t>Тирада 5</w:t>
      </w:r>
    </w:p>
    <w:p>
      <w:r>
        <w:br/>
        <w:t>Коли двері на колодці,&lt;br /&gt;</w:t>
        <w:br/>
        <w:t>коли грати на віконці,&lt;br /&gt;</w:t>
        <w:br/>
        <w:t>отже, пастка на дракона&lt;br /&gt;</w:t>
        <w:br/>
        <w:t>вже готова гонорова.</w:t>
      </w:r>
    </w:p>
    <w:p>
      <w:r>
        <w:br/>
        <w:t>Коли сніг бриніє днями,&lt;br /&gt;</w:t>
        <w:br/>
        <w:t>коли сни брудні у дами,&lt;br /&gt;</w:t>
        <w:br/>
        <w:t>отже, пастка гонорова&lt;br /&gt;</w:t>
        <w:br/>
        <w:t>на дракона вже готова.</w:t>
      </w:r>
    </w:p>
    <w:p>
      <w:r>
        <w:br/>
        <w:t>Час жеретія лапати,&lt;br /&gt;</w:t>
        <w:br/>
        <w:t>летіть, соколи, до хати!&lt;br /&gt;</w:t>
        <w:br/>
        <w:t>Закричав, огнекрилатий,&lt;br /&gt;</w:t>
        <w:br/>
        <w:t>взяли замки відлітати.</w:t>
      </w:r>
    </w:p>
    <w:p>
      <w:r>
        <w:br/>
        <w:t>Взяли крила в кайданиці,&lt;br /&gt;</w:t>
        <w:br/>
        <w:t>шию до скрипиці;&lt;br /&gt;</w:t>
        <w:br/>
        <w:t>сиплеться луска лапата,&lt;br /&gt;</w:t>
        <w:br/>
        <w:t>благає зміїха-мати:&lt;br /&gt;</w:t>
        <w:br/>
        <w:t>"Пусти сина, Георгію,&lt;br /&gt;</w:t>
        <w:br/>
        <w:t>бо він іще молодий.&lt;br /&gt;</w:t>
        <w:br/>
        <w:t>Не наївся, не напився,&lt;br /&gt;</w:t>
        <w:br/>
        <w:t>голос не перемінився.</w:t>
      </w:r>
    </w:p>
    <w:p>
      <w:r>
        <w:br/>
        <w:t>Змилуйся над моїм щастям,&lt;br /&gt;</w:t>
        <w:br/>
        <w:t>дракон тобі ще придасться, —&lt;br /&gt;</w:t>
        <w:br/>
        <w:t>скоро Діоклетіан&lt;br /&gt;</w:t>
        <w:br/>
        <w:t>мучитиме християн".</w:t>
      </w:r>
    </w:p>
    <w:p>
      <w:r>
        <w:br/>
        <w:t>Не послухали зміюки,&lt;br /&gt;</w:t>
        <w:br/>
        <w:t>посікли його на штуки.&lt;br /&gt;</w:t>
        <w:br/>
        <w:t>Ось так, отак, он як, о!&lt;br /&gt;</w:t>
        <w:br/>
        <w:t>Отакечки, отако!</w:t>
      </w:r>
    </w:p>
    <w:p>
      <w:r>
        <w:br/>
        <w:t>Тирада 6</w:t>
      </w:r>
    </w:p>
    <w:p>
      <w:r>
        <w:br/>
        <w:t>Залиш свій дім з одним вікном і йди,&lt;br /&gt;</w:t>
        <w:br/>
        <w:t>нехай загрозливо подивляться услід&lt;br /&gt;</w:t>
        <w:br/>
        <w:t>тополі, котрі зостаються;&lt;br /&gt;</w:t>
        <w:br/>
        <w:t>один тепер, цілком один,&lt;br /&gt;</w:t>
        <w:br/>
        <w:t>немає тих, кого любив,&lt;br /&gt;</w:t>
        <w:br/>
        <w:t>що втримати могли, сказавши:&lt;br /&gt;</w:t>
        <w:br/>
        <w:t>"Ми твої!"</w:t>
      </w:r>
    </w:p>
    <w:p>
      <w:r>
        <w:br/>
        <w:t>Іди тепер, як знаєш, пілігриме,&lt;br /&gt;</w:t>
        <w:br/>
        <w:t>шляхи, прокладені в світах, усі твої.&lt;br /&gt;</w:t>
        <w:br/>
        <w:t>Немає тих, кого любив,&lt;br /&gt;</w:t>
        <w:br/>
        <w:t>і щезли вороги, які&lt;br /&gt;</w:t>
        <w:br/>
        <w:t>могли затримати, сказавши:&lt;br /&gt;</w:t>
        <w:br/>
        <w:t>"Ми твої!"</w:t>
      </w:r>
    </w:p>
    <w:p>
      <w:r>
        <w:br/>
        <w:t>Гойдається міх, падає сніг,&lt;br /&gt;</w:t>
        <w:br/>
        <w:t>сопілка нов&amp;#225; і пісня нов&amp;#225;.</w:t>
      </w:r>
    </w:p>
    <w:p>
      <w:r>
        <w:br/>
        <w:t>Епістоли, яка надійде потім,&lt;br /&gt;</w:t>
        <w:br/>
        <w:t>не прочитає вже ніхто, — і ти,&lt;br /&gt;</w:t>
        <w:br/>
        <w:t>і можна буде не відписувати, — вперше, —&lt;br /&gt;</w:t>
        <w:br/>
        <w:t>чому вагаєшся, іди!</w:t>
      </w:r>
    </w:p>
    <w:p>
      <w:r>
        <w:br/>
        <w:t>Гойдається міх, сиплеться сніг,&lt;br /&gt;</w:t>
        <w:br/>
        <w:t>сопілка стара і пісня стара.</w:t>
      </w:r>
    </w:p>
    <w:p>
      <w:r>
        <w:br/>
        <w:t>Креше мороз, бреше чийсь пес,&lt;br /&gt;</w:t>
        <w:br/>
        <w:t>кличе ятряний маєток з небес.</w:t>
      </w:r>
    </w:p>
    <w:p>
      <w:r>
        <w:br/>
        <w:t>Тирада 7</w:t>
      </w:r>
    </w:p>
    <w:p>
      <w:r>
        <w:br/>
        <w:t>Пречиста Діво, помагай мені&lt;br /&gt;</w:t>
        <w:br/>
        <w:t>шукати шлях у золотім вогні.</w:t>
      </w:r>
    </w:p>
    <w:p>
      <w:r>
        <w:br/>
        <w:t>Порадь, коли я ради вже не жду,&lt;br /&gt;</w:t>
        <w:br/>
        <w:t>і захисти, і заступи, і порятуй.</w:t>
      </w:r>
    </w:p>
    <w:p>
      <w:r>
        <w:br/>
        <w:t>Дай лише ті слова, які Тебе достойні&lt;br /&gt;</w:t>
        <w:br/>
        <w:t>у вищих небесах, на дорогому троні.</w:t>
      </w:r>
    </w:p>
    <w:p>
      <w:r>
        <w:br/>
        <w:t>Осяй сирітську мову українську,&lt;br /&gt;</w:t>
        <w:br/>
        <w:t>вгорни її у ласку материнську.</w:t>
      </w:r>
    </w:p>
    <w:p>
      <w:r>
        <w:br/>
        <w:t>Прости, що я, гріховний і нездалий,&lt;br /&gt;</w:t>
        <w:br/>
        <w:t>прошу цього між тлуму та неслави,</w:t>
      </w:r>
    </w:p>
    <w:p>
      <w:r>
        <w:br/>
        <w:t>серед видющих, мабуть, найсліпіший,&lt;br /&gt;</w:t>
        <w:br/>
        <w:t>поміж премудрих, може, найдурніший;</w:t>
      </w:r>
    </w:p>
    <w:p>
      <w:r>
        <w:br/>
        <w:t>коли вони кричать, я все-таки шеп&amp;#243;чу,&lt;br /&gt;</w:t>
        <w:br/>
        <w:t>з надією: почуєш серед ночі</w:t>
      </w:r>
    </w:p>
    <w:p>
      <w:r>
        <w:br/>
        <w:t>і зміниш гордий глум на тихий захват,&lt;br /&gt;</w:t>
        <w:br/>
        <w:t>слабих — на дужих, дужих сповниш страхом.</w:t>
      </w:r>
    </w:p>
    <w:p>
      <w:r>
        <w:br/>
        <w:t>перед покорою веселих зел та звірів,&lt;br /&gt;</w:t>
        <w:br/>
        <w:t>перед покарою, що міститься в зневірі.</w:t>
      </w:r>
    </w:p>
    <w:p>
      <w:r>
        <w:br/>
        <w:t>Щ&amp;#243; є вогонь, високий, золотий,&lt;br /&gt;</w:t>
        <w:br/>
        <w:t>на тверді серця гостро піднятий?</w:t>
      </w:r>
    </w:p>
    <w:p>
      <w:r>
        <w:br/>
        <w:t>Це добрий меч в руках Твого Дитя.&lt;br /&gt;</w:t>
        <w:br/>
        <w:t>Це віддих віри нашої. В Буття!</w:t>
      </w:r>
    </w:p>
    <w:p>
      <w:r>
        <w:br/>
        <w:t>Тирада 8</w:t>
      </w:r>
    </w:p>
    <w:p>
      <w:r>
        <w:br/>
        <w:t>Єдиному, Хто вміщує в Собі&lt;br /&gt;</w:t>
        <w:br/>
        <w:t>зорю і павутину на траві;</w:t>
      </w:r>
    </w:p>
    <w:p>
      <w:r>
        <w:br/>
        <w:t>Хто промовляє хмарами, дощем,&lt;br /&gt;</w:t>
        <w:br/>
        <w:t>соборами, зруйнованими вщент;</w:t>
      </w:r>
    </w:p>
    <w:p>
      <w:r>
        <w:br/>
        <w:t>Хто зі Свого квітучого огроду&lt;br /&gt;</w:t>
        <w:br/>
        <w:t>зірвав полин для нашого народу, —</w:t>
      </w:r>
    </w:p>
    <w:p>
      <w:r>
        <w:br/>
        <w:t>у бурштин&amp;#243;вий кинутий огром,&lt;br /&gt;</w:t>
        <w:br/>
        <w:t>возношу славу Таїні Його,</w:t>
      </w:r>
    </w:p>
    <w:p>
      <w:r>
        <w:br/>
        <w:t>в якій знайшлося місце для заглад,&lt;br /&gt;</w:t>
        <w:br/>
        <w:t>обіцянок дотриманих і зрад,</w:t>
      </w:r>
    </w:p>
    <w:p>
      <w:r>
        <w:br/>
        <w:t>і воєн, розповсюджених, як тля,&lt;br /&gt;</w:t>
        <w:br/>
        <w:t>що завдяки їм обертається земля,</w:t>
      </w:r>
    </w:p>
    <w:p>
      <w:r>
        <w:br/>
        <w:t>і миру, коли вішають дурних,&lt;br /&gt;</w:t>
        <w:br/>
        <w:t>повій катують, і регочуть із святих,</w:t>
      </w:r>
    </w:p>
    <w:p>
      <w:r>
        <w:br/>
        <w:t>а спочиваючи — хоронять молодих,&lt;br /&gt;</w:t>
        <w:br/>
        <w:t>а засинаючи — поважно піють гімн, —</w:t>
      </w:r>
    </w:p>
    <w:p>
      <w:r>
        <w:br/>
        <w:t>у ньому кожне слово — мов батіг,&lt;br /&gt;</w:t>
        <w:br/>
        <w:t>для тих, що не співають, і для сих.</w:t>
      </w:r>
    </w:p>
    <w:p>
      <w:r>
        <w:br/>
        <w:t>"О, Таїно, — кажу собі тихцем, —&lt;br /&gt;</w:t>
        <w:br/>
        <w:t>не відринай мене за все оце,</w:t>
      </w:r>
    </w:p>
    <w:p>
      <w:r>
        <w:br/>
        <w:t>коли знайшлося місце для т а к о г о,&lt;br /&gt;</w:t>
        <w:br/>
        <w:t>невже мене не знайдеться для Бога?"</w:t>
      </w:r>
    </w:p>
    <w:p>
      <w:r>
        <w:br/>
        <w:t>Тирада 9</w:t>
      </w:r>
    </w:p>
    <w:p>
      <w:r>
        <w:br/>
        <w:t>Вже котрий вік ми доживаєм тут,&lt;br /&gt;</w:t>
        <w:br/>
        <w:t>щодня чекаючи роз’яснювальний Суд,</w:t>
      </w:r>
    </w:p>
    <w:p>
      <w:r>
        <w:br/>
        <w:t>а суду все нема, і страшно, як завжди,&lt;br /&gt;</w:t>
        <w:br/>
        <w:t>коли ніхто не зважиться судить;</w:t>
      </w:r>
    </w:p>
    <w:p>
      <w:r>
        <w:br/>
        <w:t>коли Ісайя кається в газетах —&lt;br /&gt;</w:t>
        <w:br/>
        <w:t>про істину шепочуться в кльозетах;</w:t>
      </w:r>
    </w:p>
    <w:p>
      <w:r>
        <w:br/>
        <w:t>коли про істину шепочуться в газетах,&lt;br /&gt;</w:t>
        <w:br/>
        <w:t>тоді Ісайя кається в кльозетах.</w:t>
      </w:r>
    </w:p>
    <w:p>
      <w:r>
        <w:br/>
        <w:t>"О, Таїно, — кажу собі тихцем, —&lt;br /&gt;</w:t>
        <w:br/>
        <w:t>ти не знущаєшся над бідним Москальцем?</w:t>
      </w:r>
    </w:p>
    <w:p>
      <w:r>
        <w:br/>
        <w:t>Якщо це є Закон, у всьому незбагненний,&lt;br /&gt;</w:t>
        <w:br/>
        <w:t>то, може, не такий і я мерзенний?</w:t>
      </w:r>
    </w:p>
    <w:p>
      <w:r>
        <w:br/>
        <w:t>Якщо ж це є порушення Закону,&lt;br /&gt;</w:t>
        <w:br/>
        <w:t>чому Ніхто не відновить основу?"</w:t>
      </w:r>
    </w:p>
    <w:p>
      <w:r>
        <w:br/>
        <w:t>Тирада 10</w:t>
      </w:r>
    </w:p>
    <w:p>
      <w:r>
        <w:br/>
        <w:t>"Бог знищить все, що сотворив квітучим,&lt;br /&gt;</w:t>
        <w:br/>
        <w:t>він так могутньо владарює сущим", —</w:t>
      </w:r>
    </w:p>
    <w:p>
      <w:r>
        <w:br/>
        <w:t>це правда, Нізамі, та чи остання?&lt;br /&gt;</w:t>
        <w:br/>
        <w:t>Це Бог тобі таке дає питання.</w:t>
      </w:r>
    </w:p>
    <w:p>
      <w:r>
        <w:br/>
        <w:t>Однаковий до всіх, але дозволь спитати,&lt;br /&gt;</w:t>
        <w:br/>
        <w:t>чому по-різному ми можем трактувати</w:t>
      </w:r>
    </w:p>
    <w:p>
      <w:r>
        <w:br/>
        <w:t>вогонь, в який ступає жінка Рами,&lt;br /&gt;</w:t>
        <w:br/>
        <w:t>і полум’я, що пожирає храми,</w:t>
      </w:r>
    </w:p>
    <w:p>
      <w:r>
        <w:br/>
        <w:t>в якому плаче спалене живцем&lt;br /&gt;</w:t>
        <w:br/>
        <w:t>святої Жанни д’Арк худе лице?</w:t>
      </w:r>
    </w:p>
    <w:p>
      <w:r>
        <w:br/>
        <w:t>Палають кобзарі і косарі,&lt;br /&gt;</w:t>
        <w:br/>
        <w:t>роса палає рано на зорі;</w:t>
      </w:r>
    </w:p>
    <w:p>
      <w:r>
        <w:br/>
        <w:t>і космос, не змайстрований богами,&lt;br /&gt;</w:t>
        <w:br/>
        <w:t>палає у богів попід ногами.</w:t>
      </w:r>
    </w:p>
    <w:p>
      <w:r>
        <w:br/>
        <w:t>Вогнем лікуй вогонь, водою — воду,&lt;br /&gt;</w:t>
        <w:br/>
        <w:t>зневіру — вірою, народ рятуй народом.</w:t>
      </w:r>
    </w:p>
    <w:p>
      <w:r>
        <w:br/>
        <w:t>Поможем Господу собою і судьбою,&lt;br /&gt;</w:t>
        <w:br/>
        <w:t>яку вже ототожнюють з ганьбою.</w:t>
      </w:r>
    </w:p>
    <w:p>
      <w:r>
        <w:br/>
        <w:t>Лукавий сміх лунає з верховин, —&lt;br /&gt;</w:t>
        <w:br/>
        <w:t>так не сміється серед нас ані один.</w:t>
      </w:r>
    </w:p>
    <w:p>
      <w:r>
        <w:br/>
        <w:t>Холодний сміх із прірви долинає, —&lt;br /&gt;</w:t>
        <w:br/>
        <w:t>то Бог сміється, а чого — лиш Він те знає.</w:t>
      </w:r>
    </w:p>
    <w:p>
      <w:r>
        <w:br/>
        <w:t>Славімо сміх, у Таїні розлитий,&lt;br /&gt;</w:t>
        <w:br/>
        <w:t>бо він не припиняється у світі,</w:t>
      </w:r>
    </w:p>
    <w:p>
      <w:r>
        <w:br/>
        <w:t>який охоплений вогнями зусібіч,&lt;br /&gt;</w:t>
        <w:br/>
        <w:t>на протязі сторіч, і день, і ніч.</w:t>
      </w:r>
    </w:p>
    <w:p>
      <w:r>
        <w:br/>
        <w:t>Тирада 11</w:t>
      </w:r>
    </w:p>
    <w:p>
      <w:r>
        <w:br/>
        <w:t>Летіли горностаї через сад,&lt;br /&gt;</w:t>
        <w:br/>
        <w:t>зимою помальований на біле.&lt;br /&gt;</w:t>
        <w:br/>
        <w:t>Стаєнка дрижала, пір’ячко лежало.&lt;br /&gt;</w:t>
        <w:br/>
        <w:t>Та ще й усі троє.</w:t>
      </w:r>
    </w:p>
    <w:p>
      <w:r>
        <w:br/>
        <w:t>Чи сам дома, чи не сам дома,&lt;br /&gt;</w:t>
        <w:br/>
        <w:t>а хліб свіжий, вино червоне.&lt;br /&gt;</w:t>
        <w:br/>
        <w:t>Рубаночок срібний, золота сокира,&lt;br /&gt;</w:t>
        <w:br/>
        <w:t>древо кам'яне.</w:t>
      </w:r>
    </w:p>
    <w:p>
      <w:r>
        <w:br/>
        <w:t>Летіли горностаї через сад,&lt;br /&gt;</w:t>
        <w:br/>
        <w:t>на чорне помальований весною.&lt;br /&gt;</w:t>
        <w:br/>
        <w:t>Напоїли коня, напоїли мого&lt;br /&gt;</w:t>
        <w:br/>
        <w:t>вороною водою.</w:t>
      </w:r>
    </w:p>
    <w:p>
      <w:r>
        <w:br/>
        <w:t>А стайня дрижала,&lt;br /&gt;</w:t>
        <w:br/>
        <w:t>пір’ячко лежало.&lt;br /&gt;</w:t>
        <w:br/>
        <w:t>Збруя нова, незбутвіла,&lt;br /&gt;</w:t>
        <w:br/>
        <w:t>на сонці блищала.</w:t>
      </w:r>
    </w:p>
    <w:p>
      <w:r>
        <w:br/>
        <w:t>Через жовтий сад горностай летів,&lt;br /&gt;</w:t>
        <w:br/>
        <w:t>та ще й сам один.&lt;br /&gt;</w:t>
        <w:br/>
        <w:t>Чи пан буде, чи пропав буде,&lt;br /&gt;</w:t>
        <w:br/>
        <w:t>а спереду і позаду — дим.</w:t>
      </w:r>
    </w:p>
    <w:p>
      <w:r>
        <w:br/>
        <w:t>І позаду зрада — і попереду.&lt;br /&gt;</w:t>
        <w:br/>
        <w:t>Червоне вино. Цвіте дерево.</w:t>
      </w:r>
    </w:p>
    <w:p>
      <w:r>
        <w:br/>
        <w:t>Тирада 12</w:t>
      </w:r>
    </w:p>
    <w:p>
      <w:r>
        <w:br/>
        <w:t>В сірому небі хмари черлені&lt;br /&gt;</w:t>
        <w:br/>
        <w:t>стоять — і нема.&lt;br /&gt;</w:t>
        <w:br/>
        <w:t>З сірого неба птиці багряні&lt;br /&gt;</w:t>
        <w:br/>
        <w:t>летять у туман.</w:t>
      </w:r>
    </w:p>
    <w:p>
      <w:r>
        <w:br/>
        <w:t>Де серденько ниє, де тіло понищене,&lt;br /&gt;</w:t>
        <w:br/>
        <w:t>ніч мина і літо мина.&lt;br /&gt;</w:t>
        <w:br/>
        <w:t>"Мамо, — кажу, — я не хочу вина".&lt;br /&gt;</w:t>
        <w:br/>
        <w:t>Мовчить вона.</w:t>
      </w:r>
    </w:p>
    <w:p>
      <w:r>
        <w:br/>
        <w:t>Потім сиплються сльози,&lt;br /&gt;</w:t>
        <w:br/>
        <w:t>як мак дрібні, —&lt;br /&gt;</w:t>
        <w:br/>
        <w:t>його товчу.&lt;br /&gt;</w:t>
        <w:br/>
        <w:t>Потім тіло покинуто, серденько тліє.&lt;br /&gt;</w:t>
        <w:br/>
        <w:t>Ось і я вже мовчу.</w:t>
      </w:r>
    </w:p>
    <w:p>
      <w:r>
        <w:br/>
        <w:t>Тирада 13</w:t>
      </w:r>
    </w:p>
    <w:p>
      <w:r>
        <w:br/>
        <w:t>Передчуваючи фразу, відлюдну, як осінь;&lt;br /&gt;</w:t>
        <w:br/>
        <w:t>ціпеніючи в горах, на дні лісового лахміття;</w:t>
      </w:r>
    </w:p>
    <w:p>
      <w:r>
        <w:br/>
        <w:t>гіпсову жінку кохаючи;&lt;br /&gt;</w:t>
        <w:br/>
        <w:t>гілку і слово намарно ламаючи, —</w:t>
      </w:r>
    </w:p>
    <w:p>
      <w:r>
        <w:br/>
        <w:t>не оскаржую скла, під яким колихається осінь,&lt;br /&gt;</w:t>
        <w:br/>
        <w:t>відмовляюсь ховати обличчя в долонях, —</w:t>
      </w:r>
    </w:p>
    <w:p>
      <w:r>
        <w:br/>
        <w:t>бо жести хисткі, бо любов незбагненна,&lt;br /&gt;</w:t>
        <w:br/>
        <w:t>а грона цього відчуття достеменні</w:t>
      </w:r>
    </w:p>
    <w:p>
      <w:r>
        <w:br/>
        <w:t>і сіль, як та чайка, все вищає в ранах землі.</w:t>
      </w:r>
    </w:p>
    <w:p>
      <w:r>
        <w:br/>
        <w:t>Тирада 14</w:t>
      </w:r>
    </w:p>
    <w:p>
      <w:r>
        <w:br/>
        <w:t>Десь грають сурми&lt;br /&gt;</w:t>
        <w:br/>
        <w:t>і ніч триває&lt;br /&gt;</w:t>
        <w:br/>
        <w:t>але це ніч&lt;br /&gt;</w:t>
        <w:br/>
        <w:t>що паче дня</w:t>
      </w:r>
    </w:p>
    <w:p>
      <w:r>
        <w:br/>
        <w:t>і бурштиновий труд&lt;br /&gt;</w:t>
        <w:br/>
        <w:t>кружляє&lt;br /&gt;</w:t>
        <w:br/>
        <w:t>посеред нього&lt;br /&gt;</w:t>
        <w:br/>
        <w:t>я</w:t>
      </w:r>
    </w:p>
    <w:p>
      <w:r>
        <w:br/>
        <w:t>на шибці краплі&lt;br /&gt;</w:t>
        <w:br/>
        <w:t>за ними лампа&lt;br /&gt;</w:t>
        <w:br/>
        <w:t>ковточок чаю&lt;br /&gt;</w:t>
        <w:br/>
        <w:t>невдовзі осінь</w:t>
      </w:r>
    </w:p>
    <w:p>
      <w:r>
        <w:br/>
        <w:t>холера ясна&lt;br /&gt;</w:t>
        <w:br/>
        <w:t>життя прекрасне&lt;br /&gt;</w:t>
        <w:br/>
        <w:t>його не досить&lt;br /&gt;</w:t>
        <w:br/>
        <w:t>його не досить.</w:t>
      </w:r>
    </w:p>
    <w:p>
      <w:r>
        <w:br/>
        <w:t>Тирада 15</w:t>
      </w:r>
    </w:p>
    <w:p>
      <w:r>
        <w:br/>
        <w:t>сумний витязь і птахи і кольори&lt;br /&gt;</w:t>
        <w:br/>
        <w:t>а ще загадкова для знавців геральдики&lt;br /&gt;</w:t>
        <w:br/>
        <w:t>картина на щиті:&lt;br /&gt;</w:t>
        <w:br/>
        <w:t>три краплі крові&lt;br /&gt;</w:t>
        <w:br/>
        <w:t>пронизані блакитними стрілами&lt;br /&gt;</w:t>
        <w:br/>
        <w:t>на кожній із яких&lt;br /&gt;</w:t>
        <w:br/>
        <w:t>сидить звісивши ноги&lt;br /&gt;</w:t>
        <w:br/>
        <w:t>маленька прихильність&lt;br /&gt;</w:t>
        <w:br/>
        <w:t>тримаючи високо над головами&lt;br /&gt;</w:t>
        <w:br/>
        <w:t>напис невідомою мовою</w:t>
      </w:r>
    </w:p>
    <w:p>
      <w:r>
        <w:br/>
        <w:t>Тирада 16</w:t>
      </w:r>
    </w:p>
    <w:p>
      <w:r>
        <w:br/>
        <w:t>Кімнат забутих вигаданий запах,&lt;br /&gt;</w:t>
        <w:br/>
        <w:t>струнка лілея у тонкій руці, —&lt;br /&gt;</w:t>
        <w:br/>
        <w:t>немов у вазі древній древня рана,&lt;br /&gt;</w:t>
        <w:br/>
        <w:t>немов серед підробок — раптом Кранах,&lt;br /&gt;</w:t>
        <w:br/>
        <w:t>і криця, мішана вночі на молоці.</w:t>
      </w:r>
    </w:p>
    <w:p>
      <w:r>
        <w:br/>
        <w:t>Ти посміхнешся, сльози люто витреш,&lt;br /&gt;</w:t>
        <w:br/>
        <w:t>міняючи місцями стіни зал,&lt;br /&gt;</w:t>
        <w:br/>
        <w:t>де все одно Вона прихильність нищить.&lt;br /&gt;</w:t>
        <w:br/>
        <w:t>де так бистрішає розлука, наче в нішах&lt;br /&gt;</w:t>
        <w:br/>
        <w:t>не статуї, а лиш&lt;br /&gt;</w:t>
        <w:br/>
        <w:t>розплавлений метал.</w:t>
      </w:r>
    </w:p>
    <w:p>
      <w:r>
        <w:br/>
        <w:t>Тирада 17</w:t>
      </w:r>
    </w:p>
    <w:p>
      <w:r>
        <w:br/>
        <w:t>непотемніла яблуня&lt;br /&gt;</w:t>
        <w:br/>
        <w:t>плете свій квіт&lt;br /&gt;</w:t>
        <w:br/>
        <w:t>свою Вкраїну&lt;br /&gt;</w:t>
        <w:br/>
        <w:t>пелюстками криє</w:t>
      </w:r>
    </w:p>
    <w:p>
      <w:r>
        <w:br/>
        <w:t>біла пелюстка — були крила&lt;br /&gt;</w:t>
        <w:br/>
        <w:t>сіра пелюстка — була свитка&lt;br /&gt;</w:t>
        <w:br/>
        <w:t>чорна пелюстка — була й немає&lt;br /&gt;</w:t>
        <w:br/>
        <w:t>а червона пливе Дунаєм</w:t>
      </w:r>
    </w:p>
    <w:p>
      <w:r>
        <w:br/>
        <w:t>плете свій квіт&lt;br /&gt;</w:t>
        <w:br/>
        <w:t>непотемніла яблуня все вищає&lt;br /&gt;</w:t>
        <w:br/>
        <w:t>мої слова внизу&lt;br /&gt;</w:t>
        <w:br/>
        <w:t>такі маленькі — мов мурахи…</w:t>
      </w:r>
    </w:p>
    <w:p>
      <w:r>
        <w:br/>
        <w:t>Тирада 18</w:t>
      </w:r>
    </w:p>
    <w:p>
      <w:r>
        <w:br/>
        <w:t>чотири крапельки дощу:&lt;br /&gt;</w:t>
        <w:br/>
        <w:t>вода вогонь земля повітря&lt;br /&gt;</w:t>
        <w:br/>
        <w:t>і п’ята — книжка нерозкрита&lt;br /&gt;</w:t>
        <w:br/>
        <w:t>і шоста — крапелька дощу</w:t>
      </w:r>
    </w:p>
    <w:p>
      <w:r>
        <w:br/>
        <w:t>шкода я вмію рахувати&lt;br /&gt;</w:t>
        <w:br/>
        <w:t>шкода я вмію шкодувати</w:t>
      </w:r>
    </w:p>
    <w:p>
      <w:r>
        <w:br/>
        <w:t>чотири крапелини крові:&lt;br /&gt;</w:t>
        <w:br/>
        <w:t>червона жовта синя зла&lt;br /&gt;</w:t>
        <w:br/>
        <w:t>прийшов до маляра: — сідай —&lt;br /&gt;</w:t>
        <w:br/>
        <w:t>і знову хмарить сиві брови</w:t>
      </w:r>
    </w:p>
    <w:p>
      <w:r>
        <w:br/>
        <w:t>чотири крапельки дощу&lt;br /&gt;</w:t>
        <w:br/>
        <w:t>чотири крапелини крові</w:t>
      </w:r>
    </w:p>
    <w:p>
      <w:r>
        <w:br/>
        <w:t>Тирада 19</w:t>
      </w:r>
    </w:p>
    <w:p>
      <w:r>
        <w:br/>
        <w:t>Згасає стукіт опадаючої роси&lt;br /&gt;</w:t>
        <w:br/>
        <w:t>і така тиша у всьому місті</w:t>
      </w:r>
    </w:p>
    <w:p>
      <w:r>
        <w:br/>
        <w:t>що видно її крізь бійниці&lt;br /&gt;</w:t>
        <w:br/>
        <w:t>і сховавшись за мерлонами — видно</w:t>
      </w:r>
    </w:p>
    <w:p>
      <w:r>
        <w:br/>
        <w:t>і навіть босоніж пробігши по теплій бруківці&lt;br /&gt;</w:t>
        <w:br/>
        <w:t>обдуваючи вранішню кульбабу</w:t>
      </w:r>
    </w:p>
    <w:p>
      <w:r>
        <w:br/>
        <w:t>все одно не порушиш тиші&lt;br /&gt;</w:t>
        <w:br/>
        <w:t>все одно побачиш її&lt;br /&gt;</w:t>
        <w:br/>
        <w:t>пропащий</w:t>
      </w:r>
    </w:p>
    <w:p>
      <w:r>
        <w:br/>
        <w:t>Тирада 20</w:t>
      </w:r>
    </w:p>
    <w:p>
      <w:r>
        <w:br/>
        <w:t>Марноти сірих днів — мій оберіг&lt;br /&gt;</w:t>
        <w:br/>
        <w:t>від череп'яного достатку і доріг,</w:t>
      </w:r>
    </w:p>
    <w:p>
      <w:r>
        <w:br/>
        <w:t>якими не ідуть прочани зі свічками,&lt;br /&gt;</w:t>
        <w:br/>
        <w:t>якими не кричать "прощаймо" журавлі,</w:t>
      </w:r>
    </w:p>
    <w:p>
      <w:r>
        <w:br/>
        <w:t>якими не пливуть даремні кораблі.</w:t>
      </w:r>
    </w:p>
    <w:p>
      <w:r>
        <w:br/>
        <w:t>Ці марні дні — єдиний мій рятунок,&lt;br /&gt;</w:t>
        <w:br/>
        <w:t>щонайсолодший, витриманий трунок.</w:t>
      </w:r>
    </w:p>
    <w:p>
      <w:r>
        <w:br/>
        <w:t>Шукаючи у лісі юну дичку,&lt;br /&gt;</w:t>
        <w:br/>
        <w:t>гортаючи на стриху древню книжку,</w:t>
      </w:r>
    </w:p>
    <w:p>
      <w:r>
        <w:br/>
        <w:t>вшановую не тіло на землі.</w:t>
      </w:r>
    </w:p>
    <w:p>
      <w:r>
        <w:br/>
        <w:t>…А скільки вже розтануло країв,&lt;br /&gt;</w:t>
        <w:br/>
        <w:t>що ідолів собі робили із руїн?</w:t>
      </w:r>
    </w:p>
    <w:p>
      <w:r>
        <w:br/>
        <w:t>Зі спопелілих шат? Із вигаданих ґрат?</w:t>
      </w:r>
    </w:p>
    <w:p>
      <w:r>
        <w:br/>
        <w:t>Прочани й журавлі вертаються назад,&lt;br /&gt;</w:t>
        <w:br/>
        <w:t>обсівши густо щогли кораблів.</w:t>
      </w:r>
    </w:p>
    <w:p>
      <w:r>
        <w:br/>
        <w:t>— А що то за корони?&lt;br /&gt;</w:t>
        <w:br/>
        <w:t>— А ми вже королі.</w:t>
      </w:r>
    </w:p>
    <w:p>
      <w:r>
        <w:br/>
        <w:t>Тирада 21</w:t>
      </w:r>
    </w:p>
    <w:p>
      <w:r>
        <w:br/>
        <w:t>Прости, мій Боже, суєту&lt;br /&gt;</w:t>
        <w:br/>
        <w:t>годин, призначених для духа,&lt;br /&gt;</w:t>
        <w:br/>
        <w:t>цю варварську неситу скруху,&lt;br /&gt;</w:t>
        <w:br/>
        <w:t>і пісню щиру, та не ту.</w:t>
      </w:r>
    </w:p>
    <w:p>
      <w:r>
        <w:br/>
        <w:t>Прости, мій Боже, суєту.</w:t>
      </w:r>
    </w:p>
    <w:p>
      <w:r>
        <w:br/>
        <w:t>Мені так прикро, що ти Бог&lt;br /&gt;</w:t>
        <w:br/>
        <w:t>сумного праху, жмені пилу, —&lt;br /&gt;</w:t>
        <w:br/>
        <w:t>і чим тобі людина мила,&lt;br /&gt;</w:t>
        <w:br/>
        <w:t>з якою завжди важко вдвох?</w:t>
      </w:r>
    </w:p>
    <w:p>
      <w:r>
        <w:br/>
        <w:t>Мені так прикро, що ти Бог.</w:t>
      </w:r>
    </w:p>
    <w:p>
      <w:r>
        <w:br/>
        <w:t>Прости нам сіть, і слиз, і хіть,&lt;br /&gt;</w:t>
        <w:br/>
        <w:t>узнай: вони — вуста для слова,&lt;br /&gt;</w:t>
        <w:br/>
        <w:t>звільни, благаю, серце нове,&lt;br /&gt;</w:t>
        <w:br/>
        <w:t>звели йому хоча б тремтіть,</w:t>
      </w:r>
    </w:p>
    <w:p>
      <w:r>
        <w:br/>
        <w:t>коли не хоче жити в Крові.</w:t>
      </w:r>
    </w:p>
    <w:p>
      <w:r>
        <w:br/>
        <w:t>Тирада 22</w:t>
      </w:r>
    </w:p>
    <w:p>
      <w:r>
        <w:br/>
        <w:t>в білому лоні&lt;br /&gt;</w:t>
        <w:br/>
        <w:t>зорі Марії&lt;br /&gt;</w:t>
        <w:br/>
        <w:t>час не існує&lt;br /&gt;</w:t>
        <w:br/>
        <w:t>кожна година&lt;br /&gt;</w:t>
        <w:br/>
        <w:t>місця не знайде собі&lt;br /&gt;</w:t>
        <w:br/>
        <w:t>сама над іменем своїм&lt;br /&gt;</w:t>
        <w:br/>
        <w:t>всміхається сама&lt;br /&gt;</w:t>
        <w:br/>
        <w:t>цнотливо прикрива коліна</w:t>
      </w:r>
    </w:p>
    <w:p>
      <w:r>
        <w:br/>
        <w:t>сніжної ночі стукають негнучкими пальцями в двері&lt;br /&gt;</w:t>
        <w:br/>
        <w:t>холодне червоне вонне вино гріє пригаслі очі — Маріє&lt;br /&gt;</w:t>
        <w:br/>
        <w:t>ми повернулися дивно чужі вірні і вірим:</w:t>
      </w:r>
    </w:p>
    <w:p>
      <w:r>
        <w:br/>
        <w:t>золотоптиці мудро клюють злотозерно&lt;br /&gt;</w:t>
        <w:br/>
        <w:t>золотолеви майструють друкарські верстати&lt;br /&gt;</w:t>
        <w:br/>
        <w:t>вулицями бігають діти&lt;br /&gt;</w:t>
        <w:br/>
        <w:t>пізнаними таїнами діляться —&lt;br /&gt;</w:t>
        <w:br/>
        <w:t>а Іуда з опалих за ніч яблук&lt;br /&gt;</w:t>
        <w:br/>
        <w:t>викладає хреста</w:t>
      </w:r>
    </w:p>
    <w:p>
      <w:r>
        <w:br/>
        <w:t>Тирада 23</w:t>
      </w:r>
    </w:p>
    <w:p>
      <w:r>
        <w:br/>
        <w:t>мав сорочку файку люстро&lt;br /&gt;</w:t>
        <w:br/>
        <w:t>знесла все те вода бистра</w:t>
      </w:r>
    </w:p>
    <w:p>
      <w:r>
        <w:br/>
        <w:t>прочитав сто книг розумних&lt;br /&gt;</w:t>
        <w:br/>
        <w:t>перша — то найрозумніша</w:t>
      </w:r>
    </w:p>
    <w:p>
      <w:r>
        <w:br/>
        <w:t>лев ходить ринком волає на тіні</w:t>
      </w:r>
    </w:p>
    <w:p>
      <w:r>
        <w:br/>
        <w:t>в сірому небі птахи несуть&lt;br /&gt;</w:t>
        <w:br/>
        <w:t>сіті — птахів ловити на продаж</w:t>
      </w:r>
    </w:p>
    <w:p>
      <w:r>
        <w:br/>
        <w:t>ще ніч оця а потім ще три ночі —&lt;br /&gt;</w:t>
        <w:br/>
        <w:t>і ти залишиш край де гостем кожен</w:t>
      </w:r>
    </w:p>
    <w:p>
      <w:r>
        <w:br/>
        <w:t>кажан і сходи і мости&lt;br /&gt;</w:t>
        <w:br/>
        <w:t>на каву сніг летить холодний&lt;br /&gt;</w:t>
        <w:br/>
        <w:t>з високих берегів — з дахів&lt;br /&gt;</w:t>
        <w:br/>
        <w:t>на місто дивиться негода</w:t>
      </w:r>
    </w:p>
    <w:p>
      <w:r>
        <w:br/>
        <w:t>червона хвіртка сад зелений&lt;br /&gt;</w:t>
        <w:br/>
        <w:t>парадний одяг час на сцену</w:t>
      </w:r>
    </w:p>
    <w:p>
      <w:r>
        <w:br/>
        <w:t>не аплодує ситий плебс&lt;br /&gt;</w:t>
        <w:br/>
        <w:t>приреченому до надії</w:t>
      </w:r>
    </w:p>
    <w:p>
      <w:r>
        <w:br/>
        <w:t>гарячі зимні як повії&lt;br /&gt;</w:t>
        <w:br/>
        <w:t>по місту котяться події&lt;br /&gt;</w:t>
        <w:br/>
        <w:t>і гавкає на лева пес</w:t>
      </w:r>
    </w:p>
    <w:p>
      <w:r>
        <w:br/>
        <w:t>Тирада 24</w:t>
      </w:r>
    </w:p>
    <w:p>
      <w:r>
        <w:br/>
        <w:t>А як вигнали Війона&lt;br /&gt;</w:t>
        <w:br/>
        <w:t>хорошого компаньйона&lt;br /&gt;</w:t>
        <w:br/>
        <w:t>заспокоїлися і наситилися&lt;br /&gt;</w:t>
        <w:br/>
        <w:t>назлягалися і насралися&lt;br /&gt;</w:t>
        <w:br/>
        <w:t>то схотіли аби я&lt;br /&gt;</w:t>
        <w:br/>
        <w:t>заспівав про короля&lt;br /&gt;</w:t>
        <w:br/>
        <w:t>для короля</w:t>
      </w:r>
    </w:p>
    <w:p>
      <w:r>
        <w:br/>
        <w:t>пісня моя невеличка&lt;br /&gt;</w:t>
        <w:br/>
        <w:t>дуже скромна нескоромна:&lt;br /&gt;</w:t>
        <w:br/>
        <w:t>"Дай золота&lt;br /&gt;</w:t>
        <w:br/>
        <w:t>дай корону&lt;br /&gt;</w:t>
        <w:br/>
        <w:t>і крульову&lt;br /&gt;</w:t>
        <w:br/>
        <w:t>дай"</w:t>
      </w:r>
    </w:p>
    <w:p>
      <w:r>
        <w:br/>
        <w:t>а як виженеш мене&lt;br /&gt;</w:t>
        <w:br/>
        <w:t>то шляк тебе не мине:&lt;br /&gt;</w:t>
        <w:br/>
        <w:t>буде бити буде прати&lt;br /&gt;</w:t>
        <w:br/>
        <w:t>будеш тоді ротом срати&lt;br /&gt;</w:t>
        <w:br/>
        <w:t>судь-бо-нос-цю наш</w:t>
      </w:r>
    </w:p>
    <w:p>
      <w:r>
        <w:br/>
        <w:t>Тирада 25</w:t>
      </w:r>
    </w:p>
    <w:p>
      <w:r>
        <w:br/>
        <w:t>Миколі Тузу&lt;br /&gt;</w:t>
        <w:br/>
        <w:t>Х&amp;#243;джу-броджу білим світом щастя не шукаю&lt;br /&gt;</w:t>
        <w:br/>
        <w:t>де побачу птаха в клітці куплю-випускаю&lt;br /&gt;</w:t>
        <w:br/>
        <w:t>А ще ж мені цього літа куля не відлита&lt;br /&gt;</w:t>
        <w:br/>
        <w:t>а ще ж мені молодому хочеться додому&lt;br /&gt;</w:t>
        <w:br/>
        <w:t>мати б мені друга-брата вірную пораду&lt;br /&gt;</w:t>
        <w:br/>
        <w:t>разом були б вино пили жили і вмирали&lt;br /&gt;</w:t>
        <w:br/>
        <w:t>де ж ти друже забарився я тебе шукатиму&lt;br /&gt;</w:t>
        <w:br/>
        <w:t>повернутися додому птахи не пускатимуть&lt;br /&gt;</w:t>
        <w:br/>
        <w:t>А ще ж мені цього літа куля не відлита&lt;br /&gt;</w:t>
        <w:br/>
        <w:t>а ще ж мені молодому хочеться додому</w:t>
      </w:r>
    </w:p>
    <w:p>
      <w:r>
        <w:br/>
        <w:t>Тирада 26</w:t>
      </w:r>
    </w:p>
    <w:p>
      <w:r>
        <w:br/>
        <w:t>Була січа у пітьмі,&lt;br /&gt;</w:t>
        <w:br/>
        <w:t>у місяці падолисті.&lt;br /&gt;</w:t>
        <w:br/>
        <w:t>Чорна вода світилася,&lt;br /&gt;</w:t>
        <w:br/>
        <w:t>троїлося тіло.</w:t>
      </w:r>
    </w:p>
    <w:p>
      <w:r>
        <w:br/>
        <w:t>Познаходили на ранок&lt;br /&gt;</w:t>
        <w:br/>
        <w:t>шаблі та пістолі.&lt;br /&gt;</w:t>
        <w:br/>
        <w:t>А тіла позабирали&lt;br /&gt;</w:t>
        <w:br/>
        <w:t>татари з собою.</w:t>
      </w:r>
    </w:p>
    <w:p>
      <w:r>
        <w:br/>
        <w:t>Не мали кого ховати,&lt;br /&gt;</w:t>
        <w:br/>
        <w:t>просто так молилися.&lt;br /&gt;</w:t>
        <w:br/>
        <w:t>Наче вперше одне на одного&lt;br /&gt;</w:t>
        <w:br/>
        <w:t>сироти дивилися.</w:t>
      </w:r>
    </w:p>
    <w:p>
      <w:r>
        <w:br/>
        <w:t>А я йшов тоді зі Львова,&lt;br /&gt;</w:t>
        <w:br/>
        <w:t>три дні вже не ївши,&lt;br /&gt;</w:t>
        <w:br/>
        <w:t>то вони мене забрали,&lt;br /&gt;</w:t>
        <w:br/>
        <w:t>і нагодували,&lt;br /&gt;</w:t>
        <w:br/>
        <w:t>і все розказали.</w:t>
      </w:r>
    </w:p>
    <w:p>
      <w:r>
        <w:br/>
        <w:t>Тирада 27</w:t>
      </w:r>
    </w:p>
    <w:p>
      <w:r>
        <w:br/>
        <w:t>Яку-будь людину&lt;br /&gt;</w:t>
        <w:br/>
        <w:t>з Ісусом порівнюй:&lt;br /&gt;</w:t>
        <w:br/>
        <w:t>се диво цнотливе&lt;br /&gt;</w:t>
        <w:br/>
        <w:t>і не срамотливе.</w:t>
      </w:r>
    </w:p>
    <w:p>
      <w:r>
        <w:br/>
        <w:t>Мій камінний раю,&lt;br /&gt;</w:t>
        <w:br/>
        <w:t>вітаю тебе!&lt;br /&gt;</w:t>
        <w:br/>
        <w:t>впереміш опале&lt;br /&gt;</w:t>
        <w:br/>
        <w:t>і зелене листя.&lt;br /&gt;</w:t>
        <w:br/>
        <w:t>Матінко пречиста!&lt;br /&gt;</w:t>
        <w:br/>
        <w:t>Imitatio Christi!</w:t>
      </w:r>
    </w:p>
    <w:p>
      <w:r>
        <w:br/>
        <w:t>Летять сніги з хмари,&lt;br /&gt;</w:t>
        <w:br/>
        <w:t>ченці не доспали,&lt;br /&gt;</w:t>
        <w:br/>
        <w:t>впівголоса моляться,&lt;br /&gt;</w:t>
        <w:br/>
        <w:t>а потім у трапезній&lt;br /&gt;</w:t>
        <w:br/>
        <w:t>трохи вина вип’ють,&lt;br /&gt;</w:t>
        <w:br/>
        <w:t>загріються, бідні.</w:t>
      </w:r>
    </w:p>
    <w:p>
      <w:r>
        <w:br/>
        <w:t>Підуть стежки прокидати, —&lt;br /&gt;</w:t>
        <w:br/>
        <w:t>для дороготови&lt;br /&gt;</w:t>
        <w:br/>
        <w:t>на усе готови,&lt;br /&gt;</w:t>
        <w:br/>
        <w:t>ой, братчики-ченчики,&lt;br /&gt;</w:t>
        <w:br/>
        <w:t>травичка Христова!</w:t>
      </w:r>
    </w:p>
    <w:p>
      <w:r>
        <w:br/>
        <w:t>Тирада 28</w:t>
      </w:r>
    </w:p>
    <w:p>
      <w:r>
        <w:br/>
        <w:t>Проминули, короленьку,&lt;br /&gt;</w:t>
        <w:br/>
        <w:t>наші веселенькі дні,&lt;br /&gt;</w:t>
        <w:br/>
        <w:t>ой, смутно мені&lt;br /&gt;</w:t>
        <w:br/>
        <w:t>і тобі!&lt;br /&gt;</w:t>
        <w:br/>
        <w:t>Брудна челядь возвисилась,&lt;br /&gt;</w:t>
        <w:br/>
        <w:t>псарні, стайні позаводила,&lt;br /&gt;</w:t>
        <w:br/>
        <w:t>регочеться над Образом,&lt;br /&gt;</w:t>
        <w:br/>
        <w:t>над Гербом глумиться,&lt;br /&gt;</w:t>
        <w:br/>
        <w:t>ой, жаль мені&lt;br /&gt;</w:t>
        <w:br/>
        <w:t>і тобі!</w:t>
      </w:r>
    </w:p>
    <w:p>
      <w:r>
        <w:br/>
        <w:t>А радники запродалися,&lt;br /&gt;</w:t>
        <w:br/>
        <w:t>астрономи пропилися,&lt;br /&gt;</w:t>
        <w:br/>
        <w:t>бидло їсть зі срібла,&lt;br /&gt;</w:t>
        <w:br/>
        <w:t>кармеліток лапає,&lt;br /&gt;</w:t>
        <w:br/>
        <w:t>байстрюків стругає.</w:t>
      </w:r>
    </w:p>
    <w:p>
      <w:r>
        <w:br/>
        <w:t>Ходімо до саду,&lt;br /&gt;</w:t>
        <w:br/>
        <w:t>згадаємо королеву.&lt;br /&gt;</w:t>
        <w:br/>
        <w:t>Зроблю тобі свищика&lt;br /&gt;</w:t>
        <w:br/>
        <w:t>ще одного.</w:t>
      </w:r>
    </w:p>
    <w:p>
      <w:r>
        <w:br/>
        <w:t>Тирада 29</w:t>
      </w:r>
    </w:p>
    <w:p>
      <w:r>
        <w:br/>
        <w:t>Сьогосвітня розкіш —&lt;br /&gt;</w:t>
        <w:br/>
        <w:t>убога у Бога.&lt;br /&gt;</w:t>
        <w:br/>
        <w:t>А жіночка ласа&lt;br /&gt;</w:t>
        <w:br/>
        <w:t>зроблена з гівна і м’яса.&lt;br /&gt;</w:t>
        <w:br/>
        <w:t>Про це пам’ятай,&lt;br /&gt;</w:t>
        <w:br/>
        <w:t>муже усемертвий.&lt;br /&gt;</w:t>
        <w:br/>
        <w:t>Серденько заходить,&lt;br /&gt;</w:t>
        <w:br/>
        <w:t>цвіркуни говорять&lt;br /&gt;</w:t>
        <w:br/>
        <w:t>про пана Бояна&lt;br /&gt;</w:t>
        <w:br/>
        <w:t>до самого рана,&lt;br /&gt;</w:t>
        <w:br/>
        <w:t>до ладу, до прикладу,&lt;br /&gt;</w:t>
        <w:br/>
        <w:t>а ти наслухай,&lt;br /&gt;</w:t>
        <w:br/>
        <w:t>до їхньої мови&lt;br /&gt;</w:t>
        <w:br/>
        <w:t>свою додавай.</w:t>
      </w:r>
    </w:p>
    <w:p>
      <w:r>
        <w:br/>
        <w:t>Тирада 30</w:t>
      </w:r>
    </w:p>
    <w:p>
      <w:r>
        <w:br/>
        <w:t>Як можу, так співаю.&lt;br /&gt;</w:t>
        <w:br/>
        <w:t>У дзеркало дивлячись.&lt;br /&gt;</w:t>
        <w:br/>
        <w:t>Життя проминає,&lt;br /&gt;</w:t>
        <w:br/>
        <w:t>за яворами ховаючись.&lt;br /&gt;</w:t>
        <w:br/>
        <w:t>Панна до вінчання готова.&lt;br /&gt;</w:t>
        <w:br/>
        <w:t>Гарна десь ти, наречена Христова…&lt;br /&gt;</w:t>
        <w:br/>
        <w:t>А твій батько меча нагострив,&lt;br /&gt;</w:t>
        <w:br/>
        <w:t>а твій батько слуг напоїв.&lt;br /&gt;</w:t>
        <w:br/>
        <w:t>Скрадається, підлий, покоями,&lt;br /&gt;</w:t>
        <w:br/>
        <w:t>а ти світле волосся розчісуєш,&lt;br /&gt;</w:t>
        <w:br/>
        <w:t>у дзеркало дивлячись.&lt;br /&gt;</w:t>
        <w:br/>
        <w:t>Висока свіча&lt;br /&gt;</w:t>
        <w:br/>
        <w:t>і чорна троянда.&lt;br /&gt;</w:t>
        <w:br/>
        <w:t>Збігаються людоньки.&lt;br /&gt;</w:t>
        <w:br/>
        <w:t>Ладоньки, ой, лада.</w:t>
      </w:r>
    </w:p>
    <w:p>
      <w:r>
        <w:br/>
        <w:t>Тирада 31</w:t>
      </w:r>
    </w:p>
    <w:p>
      <w:r>
        <w:br/>
        <w:t>Куди тобі? В негоду неживу?&lt;br /&gt;</w:t>
        <w:br/>
        <w:t>Там ягоди сухі,&lt;br /&gt;</w:t>
        <w:br/>
        <w:t>там ящірки блукають.&lt;br /&gt;</w:t>
        <w:br/>
        <w:t>Куди тобі? В нерадісну корчму?&lt;br /&gt;</w:t>
        <w:br/>
        <w:t>Там короля нового&lt;br /&gt;</w:t>
        <w:br/>
        <w:t>старці і блазні лають.&lt;br /&gt;</w:t>
        <w:br/>
        <w:t>Чи до привітної вдови?&lt;br /&gt;</w:t>
        <w:br/>
        <w:t>А там давно&lt;br /&gt;</w:t>
        <w:br/>
        <w:t>чужі ночують.&lt;br /&gt;</w:t>
        <w:br/>
        <w:t>Куди тобі подіти чорні книги?&lt;br /&gt;</w:t>
        <w:br/>
        <w:t>Кому нового вірша прочитати?&lt;br /&gt;</w:t>
        <w:br/>
        <w:t>Улітку світ безмежний,&lt;br /&gt;</w:t>
        <w:br/>
        <w:t>узимку непривітний,&lt;br /&gt;</w:t>
        <w:br/>
        <w:t>і завжди його важко покидати.</w:t>
      </w:r>
    </w:p>
    <w:p>
      <w:r>
        <w:br/>
        <w:t>ВСЕ</w:t>
      </w:r>
    </w:p>
    <w:p>
      <w:r>
        <w:br/>
        <w:t>Частина друга&lt;br /&gt;</w:t>
        <w:br/>
        <w:t>* * *&lt;br /&gt;</w:t>
        <w:br/>
        <w:t>завше боявся зустрічі немилосердної&lt;br /&gt;</w:t>
        <w:br/>
        <w:t>з принцом серед пустелі вночі</w:t>
      </w:r>
    </w:p>
    <w:p>
      <w:r>
        <w:br/>
        <w:t>чи ти мені голову зітнеш принце&lt;br /&gt;</w:t>
        <w:br/>
        <w:t>світле дитя палахкучої крові&lt;br /&gt;</w:t>
        <w:br/>
        <w:t>чи ти мені чуло в очі поглянеш&lt;br /&gt;</w:t>
        <w:br/>
        <w:t>ген з того краю столу</w:t>
      </w:r>
    </w:p>
    <w:p>
      <w:r>
        <w:br/>
        <w:t>чи ти мені очі вип'єш принце&lt;br /&gt;</w:t>
        <w:br/>
        <w:t>грубі і невситимі&lt;br /&gt;</w:t>
        <w:br/>
        <w:t>а чи із клаптиків порваних віршів&lt;br /&gt;</w:t>
        <w:br/>
        <w:t>складеш картину</w:t>
      </w:r>
    </w:p>
    <w:p>
      <w:r>
        <w:br/>
        <w:t>мого похапливого страху до тебе</w:t>
      </w:r>
    </w:p>
    <w:p>
      <w:r>
        <w:br/>
        <w:t>я не троянда не лис не планета&lt;br /&gt;</w:t>
        <w:br/>
        <w:t>я лиш пустеля у власній постелі&lt;br /&gt;</w:t>
        <w:br/>
        <w:t>каптур ченця стіна ледь помітна&lt;br /&gt;</w:t>
        <w:br/>
        <w:t>за мохом</w:t>
      </w:r>
    </w:p>
    <w:p>
      <w:r>
        <w:br/>
        <w:t>завше боявся&lt;br /&gt;</w:t>
        <w:br/>
        <w:t>боявся до дзвону коли плескав у долоні&lt;br /&gt;</w:t>
        <w:br/>
        <w:t>боявся до дзвону і диму&lt;br /&gt;</w:t>
        <w:br/>
        <w:t>як сигнальні багаття палив&lt;br /&gt;</w:t>
        <w:br/>
        <w:t>боявся до гір що постали на видноколі&lt;br /&gt;</w:t>
        <w:br/>
        <w:t>до люду що вимахуючи руками&lt;br /&gt;</w:t>
        <w:br/>
        <w:t>все більшими&lt;br /&gt;</w:t>
        <w:br/>
        <w:t>біг рятувати мене</w:t>
      </w:r>
    </w:p>
    <w:p>
      <w:r>
        <w:br/>
        <w:t>від принца мене порятуйте —&lt;br /&gt;</w:t>
        <w:br/>
        <w:t>для того цей вірш</w:t>
      </w:r>
    </w:p>
    <w:p>
      <w:r>
        <w:br/>
        <w:t>від маленького принца —&lt;br /&gt;</w:t>
        <w:br/>
        <w:t>ату його!&lt;br /&gt;</w:t>
        <w:br/>
        <w:t>("пустеля")</w:t>
      </w:r>
    </w:p>
    <w:p>
      <w:r>
        <w:br/>
        <w:t>* * *&lt;br /&gt;</w:t>
        <w:br/>
        <w:t>карта стара світанкова&lt;br /&gt;</w:t>
        <w:br/>
        <w:t>сухі чорнобривці&lt;br /&gt;</w:t>
        <w:br/>
        <w:t>позначають місця битв&lt;br /&gt;</w:t>
        <w:br/>
        <w:t>у яких здобули перемогу</w:t>
      </w:r>
    </w:p>
    <w:p>
      <w:r>
        <w:br/>
        <w:t>світлу склянку води&lt;br /&gt;</w:t>
        <w:br/>
        <w:t>п’ю поволі&lt;br /&gt;</w:t>
        <w:br/>
        <w:t>несвідомо рахуючи шрами&lt;br /&gt;</w:t>
        <w:br/>
        <w:t>виглядаючи сонця&lt;br /&gt;</w:t>
        <w:br/>
        <w:t>що світило впродовж&lt;br /&gt;</w:t>
        <w:br/>
        <w:t>столітньої війни</w:t>
      </w:r>
    </w:p>
    <w:p>
      <w:r>
        <w:br/>
        <w:t>хтось торкає за плече —&lt;br /&gt;</w:t>
        <w:br/>
        <w:t>здивовано повертаюсь —&lt;br /&gt;</w:t>
        <w:br/>
        <w:t>зі своєю водою&lt;br /&gt;</w:t>
        <w:br/>
        <w:t>сідає на підвіконні поруч&lt;br /&gt;</w:t>
        <w:br/>
        <w:t>спалена Жанна д’Арк</w:t>
      </w:r>
    </w:p>
    <w:p>
      <w:r>
        <w:br/>
        <w:t>із сухим чорнобривцем у косах</w:t>
      </w:r>
    </w:p>
    <w:p>
      <w:r>
        <w:br/>
        <w:t>* * *&lt;br /&gt;</w:t>
        <w:br/>
        <w:t>веселих свят — ідуть рубінові дощі&lt;br /&gt;</w:t>
        <w:br/>
        <w:t>у пальцях кришаться на статуї&lt;br /&gt;</w:t>
        <w:br/>
        <w:t>золоті гіпсові у грудневих парках&lt;br /&gt;</w:t>
        <w:br/>
        <w:t>заснованих павуками — священними&lt;br /&gt;</w:t>
        <w:br/>
        <w:t>що в них ми навчилися хресту-любові</w:t>
      </w:r>
    </w:p>
    <w:p>
      <w:r>
        <w:br/>
        <w:t>веселих свят робота радісна паде&lt;br /&gt;</w:t>
        <w:br/>
        <w:t>багатий дощ на слух звіряє&lt;br /&gt;</w:t>
        <w:br/>
        <w:t>серця і повноцінність тютюну&lt;br /&gt;</w:t>
        <w:br/>
        <w:t>старі фламандці підвечерюють&lt;br /&gt;</w:t>
        <w:br/>
        <w:t>плодами кам'яними ти за ними&lt;br /&gt;</w:t>
        <w:br/>
        <w:t>ідеш відлунений дозвіллям&lt;br /&gt;</w:t>
        <w:br/>
        <w:t>коли й вино — не гріх&lt;br /&gt;</w:t>
        <w:br/>
        <w:t>коли і гріх — вино</w:t>
      </w:r>
    </w:p>
    <w:p>
      <w:r>
        <w:br/>
        <w:t>* * *&lt;br /&gt;</w:t>
        <w:br/>
        <w:t>Я ще раз вип’ю крижаного чаю&lt;br /&gt;</w:t>
        <w:br/>
        <w:t>дослухаю себе і вимкну маг&lt;br /&gt;</w:t>
        <w:br/>
        <w:t>поему Чубая перечитаю&lt;br /&gt;</w:t>
        <w:br/>
        <w:t>передивлюсь колекцію комах</w:t>
      </w:r>
    </w:p>
    <w:p>
      <w:r>
        <w:br/>
        <w:t>липнева злива виліпить на сході&lt;br /&gt;</w:t>
        <w:br/>
        <w:t>худеньку постать дівчинки-жони&lt;br /&gt;</w:t>
        <w:br/>
        <w:t>чай закінчився а Грицько в труні&lt;br /&gt;</w:t>
        <w:br/>
        <w:t>і пісенька остання — про Чорнобиль</w:t>
      </w:r>
    </w:p>
    <w:p>
      <w:r>
        <w:br/>
        <w:t>і тільки ти лишилася мені&lt;br /&gt;</w:t>
        <w:br/>
        <w:t>та ще комахи із уважними очима&lt;br /&gt;</w:t>
        <w:br/>
        <w:t>що розглядають шрами на чолі&lt;br /&gt;</w:t>
        <w:br/>
        <w:t>а потім пересмикують плечима</w:t>
      </w:r>
    </w:p>
    <w:p>
      <w:r>
        <w:br/>
        <w:t>Неволя&lt;br /&gt;</w:t>
        <w:br/>
        <w:t>на синій сосні на тонкій гіллі&lt;br /&gt;</w:t>
        <w:br/>
        <w:t>збудовано дім бурштиновий</w:t>
      </w:r>
    </w:p>
    <w:p>
      <w:r>
        <w:br/>
        <w:t>живе в ньому гадина —&lt;br /&gt;</w:t>
        <w:br/>
        <w:t>тільки й того роду&lt;br /&gt;</w:t>
        <w:br/>
        <w:t>дзиґарика має&lt;br /&gt;</w:t>
        <w:br/>
        <w:t>у вікно ззирає</w:t>
      </w:r>
    </w:p>
    <w:p>
      <w:r>
        <w:br/>
        <w:t>з синьої сосни з тонкої гіллі</w:t>
      </w:r>
    </w:p>
    <w:p>
      <w:r>
        <w:br/>
        <w:t>тільки й того броду&lt;br /&gt;</w:t>
        <w:br/>
        <w:t>тільки й того сліду</w:t>
      </w:r>
    </w:p>
    <w:p>
      <w:r>
        <w:br/>
        <w:t>що гадина піде</w:t>
      </w:r>
    </w:p>
    <w:p>
      <w:r>
        <w:br/>
        <w:t>прийде</w:t>
      </w:r>
    </w:p>
    <w:p>
      <w:r>
        <w:br/>
        <w:t>піде</w:t>
      </w:r>
    </w:p>
    <w:p>
      <w:r>
        <w:br/>
        <w:t>* * *&lt;br /&gt;</w:t>
        <w:br/>
        <w:t>Нічого не знаю нікого не знаю&lt;br /&gt;</w:t>
        <w:br/>
        <w:t>ніколи не живу&lt;br /&gt;</w:t>
        <w:br/>
        <w:t>а як живу — то крадькома від самого себе&lt;br /&gt;</w:t>
        <w:br/>
        <w:t>котрий все одно не живе тільки обсервує&lt;br /&gt;</w:t>
        <w:br/>
        <w:t>і свідчить потім і свідчення ці — зрада</w:t>
      </w:r>
    </w:p>
    <w:p>
      <w:r>
        <w:br/>
        <w:t>я сам зраджую себе — більше нічого і нікого&lt;br /&gt;</w:t>
        <w:br/>
        <w:t>ніколи немає осені і літа немає ніколи&lt;br /&gt;</w:t>
        <w:br/>
        <w:t>одна тільки ніч ніч буднів і свят&lt;br /&gt;</w:t>
        <w:br/>
        <w:t>одна тільки ніч а потім кажуть буде смерть</w:t>
      </w:r>
    </w:p>
    <w:p>
      <w:r>
        <w:br/>
        <w:t>смерть буде кажуть потім а ніч тільки одна&lt;br /&gt;</w:t>
        <w:br/>
        <w:t>і всі сплять навіть колишні друзі сплять&lt;br /&gt;</w:t>
        <w:br/>
        <w:t>навіть нинішні вороги яких собі погано уявляєш&lt;br /&gt;</w:t>
        <w:br/>
        <w:t>попри їхню невідчепну реальність</w:t>
      </w:r>
    </w:p>
    <w:p>
      <w:r>
        <w:br/>
        <w:t>задихаюся від дощу слухаю музику&lt;br /&gt;</w:t>
        <w:br/>
        <w:t>дуже багато дощу дуже багато музики&lt;br /&gt;</w:t>
        <w:br/>
        <w:t>споконвічний чай споконвічна цигарка&lt;br /&gt;</w:t>
        <w:br/>
        <w:t>ніби ніколи уже закінчилося ніби мертві палять</w:t>
      </w:r>
    </w:p>
    <w:p>
      <w:r>
        <w:br/>
        <w:t>Господи хоч би я вже прозрів&lt;br /&gt;</w:t>
        <w:br/>
        <w:t>Господи хоч би я вже отямився&lt;br /&gt;</w:t>
        <w:br/>
        <w:t>Господи</w:t>
      </w:r>
    </w:p>
    <w:p>
      <w:r>
        <w:br/>
        <w:t>скільки ще можна подорожувати&lt;br /&gt;</w:t>
        <w:br/>
        <w:t>прати єдину сорочку сушити її своїм тілом&lt;br /&gt;</w:t>
        <w:br/>
        <w:t>скільки ще можна читати писати співати&lt;br /&gt;</w:t>
        <w:br/>
        <w:t>коли ніч все одно одна ніч і не більше</w:t>
      </w:r>
    </w:p>
    <w:p>
      <w:r>
        <w:br/>
        <w:t>коли пси і ті знаходять сяких-таких господарів&lt;br /&gt;</w:t>
        <w:br/>
        <w:t>коли блудний син — і той повернувся зрештою&lt;br /&gt;</w:t>
        <w:br/>
        <w:t>я — блудний син? а докази?&lt;br /&gt;</w:t>
        <w:br/>
        <w:t>адже я не хочу повертатися і жерти м’ясо</w:t>
      </w:r>
    </w:p>
    <w:p>
      <w:r>
        <w:br/>
        <w:t>адже я не хочу заздрості свого брата&lt;br /&gt;</w:t>
        <w:br/>
        <w:t>адже я не хочу позувати художникові&lt;br /&gt;</w:t>
        <w:br/>
        <w:t>котрий нічим не кращий за мене&lt;br /&gt;</w:t>
        <w:br/>
        <w:t>і нічим не гірший він теж уже не живе</w:t>
      </w:r>
    </w:p>
    <w:p>
      <w:r>
        <w:br/>
        <w:t>а ту дівчинку треба проклясти і забути&lt;br /&gt;</w:t>
        <w:br/>
        <w:t>ні лише забути — її ім’я і очі найперше&lt;br /&gt;</w:t>
        <w:br/>
        <w:t>а решта забудеться саме по собі&lt;br /&gt;</w:t>
        <w:br/>
        <w:t>пам’ять осліпне безтямна</w:t>
      </w:r>
    </w:p>
    <w:p>
      <w:r>
        <w:br/>
        <w:t>Господи&lt;br /&gt;</w:t>
        <w:br/>
        <w:t>Господи хоч би я вже прозрів</w:t>
      </w:r>
    </w:p>
    <w:p>
      <w:r>
        <w:br/>
        <w:t>і до війська тебе не заберуть більше ніколи&lt;br /&gt;</w:t>
        <w:br/>
        <w:t>і нікуди тебе не заберуть комусь на поталу&lt;br /&gt;</w:t>
        <w:br/>
        <w:t>це було дуже хитре і вірне рішення:&lt;br /&gt;</w:t>
        <w:br/>
        <w:t>віддати мене мені назавжди на ніколи</w:t>
      </w:r>
    </w:p>
    <w:p>
      <w:r>
        <w:br/>
        <w:t>Господи&lt;br /&gt;</w:t>
        <w:br/>
        <w:t>хоч би я вже отямився — — — —</w:t>
      </w:r>
    </w:p>
    <w:p>
      <w:r>
        <w:br/>
        <w:t>* * *&lt;br /&gt;</w:t>
        <w:br/>
        <w:t>Летить пожовкле листя з верховин.&lt;br /&gt;</w:t>
        <w:br/>
        <w:t>Уже ні сну не буде, ні покути,&lt;br /&gt;</w:t>
        <w:br/>
        <w:t>а буде мати й буде син,&lt;br /&gt;</w:t>
        <w:br/>
        <w:t>якому принесли цикуту.</w:t>
      </w:r>
    </w:p>
    <w:p>
      <w:r>
        <w:br/>
        <w:t>До ранку так далеко, мов до раю.&lt;br /&gt;</w:t>
        <w:br/>
        <w:t>Я п’ю, і мерзну, і палаю,&lt;br /&gt;</w:t>
        <w:br/>
        <w:t>і знаю, що пізніше, за Дунаєм,&lt;br /&gt;</w:t>
        <w:br/>
        <w:t>ти знайдеш іншого мене.</w:t>
      </w:r>
    </w:p>
    <w:p>
      <w:r>
        <w:br/>
        <w:t>Люби мене, люби мене, люби,&lt;br /&gt;</w:t>
        <w:br/>
        <w:t>той інший молодий — він не заброда,&lt;br /&gt;</w:t>
        <w:br/>
        <w:t>напевно ще не розгубив&lt;br /&gt;</w:t>
        <w:br/>
        <w:t>"святих небес пречисту вроду".</w:t>
      </w:r>
    </w:p>
    <w:p>
      <w:r>
        <w:br/>
        <w:t>А я — ридаю у вогні,&lt;br /&gt;</w:t>
        <w:br/>
        <w:t>і пропадаю у свободі,&lt;br /&gt;</w:t>
        <w:br/>
        <w:t>і тільки ти одна мені, —&lt;br /&gt;</w:t>
        <w:br/>
        <w:t>а решта ночі та негоді.</w:t>
      </w:r>
    </w:p>
    <w:p>
      <w:r>
        <w:br/>
        <w:t>* * *&lt;br /&gt;</w:t>
        <w:br/>
        <w:t>Він оселився у покинутому храмі і писав.&lt;br /&gt;</w:t>
        <w:br/>
        <w:t>Серед ночі приходили;&lt;br /&gt;</w:t>
        <w:br/>
        <w:t>одних він знав з Европи,&lt;br /&gt;</w:t>
        <w:br/>
        <w:t>а інші… врешті, може, просто миші?&lt;br /&gt;</w:t>
        <w:br/>
        <w:t>Одна була приручена; відтак,&lt;br /&gt;</w:t>
        <w:br/>
        <w:t>читала вголос Бо Цзюй-і або Лі Бо,&lt;br /&gt;</w:t>
        <w:br/>
        <w:t>— він слухав неуважно, бо ті вірші&lt;br /&gt;</w:t>
        <w:br/>
        <w:t>були не з Трої й не горіли у вогні,&lt;br /&gt;</w:t>
        <w:br/>
        <w:t>який палав і ледве стримувався в ньому&lt;br /&gt;</w:t>
        <w:br/>
        <w:t>зусиллям волі, що дорівнює неволі;&lt;br /&gt;</w:t>
        <w:br/>
        <w:t>вона цього не помічала; він терпів.&lt;br /&gt;</w:t>
        <w:br/>
        <w:t>Зерна в довколишніх полях було доволі.</w:t>
      </w:r>
    </w:p>
    <w:p>
      <w:r>
        <w:br/>
        <w:t>Пробудження&lt;br /&gt;</w:t>
        <w:br/>
        <w:t>Повертається зір&lt;br /&gt;</w:t>
        <w:br/>
        <w:t>повертається слух&lt;br /&gt;</w:t>
        <w:br/>
        <w:t>повертається свідомість&lt;br /&gt;</w:t>
        <w:br/>
        <w:t>чиста як вранішній сніг&lt;br /&gt;</w:t>
        <w:br/>
        <w:t>Бог переміг&lt;br /&gt;</w:t>
        <w:br/>
        <w:t>я ніколи не думав&lt;br /&gt;</w:t>
        <w:br/>
        <w:t>що поразка може бути&lt;br /&gt;</w:t>
        <w:br/>
        <w:t>такою бажаною&lt;br /&gt;</w:t>
        <w:br/>
        <w:t>так довго очікуваною&lt;br /&gt;</w:t>
        <w:br/>
        <w:t>такою здійсненною&lt;br /&gt;</w:t>
        <w:br/>
        <w:t>може це тому&lt;br /&gt;</w:t>
        <w:br/>
        <w:t>що я й не вірив ніколи&lt;br /&gt;</w:t>
        <w:br/>
        <w:t>по-справжньому&lt;br /&gt;</w:t>
        <w:br/>
        <w:t>так як оце тепер&lt;br /&gt;</w:t>
        <w:br/>
        <w:t>уранці&lt;br /&gt;</w:t>
        <w:br/>
        <w:t>запалюючи&lt;br /&gt;</w:t>
        <w:br/>
        <w:t>нову сиґарету&lt;br /&gt;</w:t>
        <w:br/>
        <w:t>замість свічки&lt;br /&gt;</w:t>
        <w:br/>
        <w:t>дістаючи новий аркуш паперу&lt;br /&gt;</w:t>
        <w:br/>
        <w:t>чистий ніби здобута поразка&lt;br /&gt;</w:t>
        <w:br/>
        <w:t>ніби повернена свідомість&lt;br /&gt;</w:t>
        <w:br/>
        <w:t>так-так — ніби вранішній сніг…</w:t>
      </w:r>
    </w:p>
    <w:p>
      <w:r>
        <w:br/>
        <w:t>* * *&lt;br /&gt;</w:t>
        <w:br/>
        <w:t>І чи було те літо що вимагало птахів&lt;br /&gt;</w:t>
        <w:br/>
        <w:t>закинувши свою патлату голову&lt;br /&gt;</w:t>
        <w:br/>
        <w:t>кудись у верховіття —&lt;br /&gt;</w:t>
        <w:br/>
        <w:t>у недосяжні руки&lt;br /&gt;</w:t>
        <w:br/>
        <w:t>І чи розказували двічі&lt;br /&gt;</w:t>
        <w:br/>
        <w:t>історію дахів??</w:t>
      </w:r>
    </w:p>
    <w:p>
      <w:r>
        <w:br/>
        <w:t>за валом продають моря&lt;br /&gt;</w:t>
        <w:br/>
        <w:t>разом з ваалом</w:t>
      </w:r>
    </w:p>
    <w:p>
      <w:r>
        <w:br/>
        <w:t>І чи журились як вінчалася земля&lt;br /&gt;</w:t>
        <w:br/>
        <w:t>в своїх нуртуючих соборах&lt;br /&gt;</w:t>
        <w:br/>
        <w:t>при ксьондзах та своєму ритуалові&lt;br /&gt;</w:t>
        <w:br/>
        <w:t>при нетутешніх глядачах отам —</w:t>
      </w:r>
    </w:p>
    <w:p>
      <w:r>
        <w:br/>
        <w:t>за валом голубим&lt;br /&gt;</w:t>
        <w:br/>
        <w:t>де списи прапори й вітрила&lt;br /&gt;</w:t>
        <w:br/>
        <w:t>де літо на білесеньких ослонах&lt;br /&gt;</w:t>
        <w:br/>
        <w:t>барвисте доміно розклало?</w:t>
      </w:r>
    </w:p>
    <w:p>
      <w:r>
        <w:br/>
        <w:t>А над червоними дахами Бог розгортає&lt;br /&gt;</w:t>
        <w:br/>
        <w:t>недочитаний кобзар&lt;br /&gt;</w:t>
        <w:br/>
        <w:t>зерна бджоли і ранку</w:t>
      </w:r>
    </w:p>
    <w:p>
      <w:r>
        <w:br/>
        <w:t>1980&lt;br /&gt;</w:t>
        <w:br/>
        <w:t>* * *&lt;br /&gt;</w:t>
        <w:br/>
        <w:t>ранкове передмістя сну про тебе&lt;br /&gt;</w:t>
        <w:br/>
        <w:t>вертаюся до брами — і назад&lt;br /&gt;</w:t>
        <w:br/>
        <w:t>Бог загорта не дочитавши небо&lt;br /&gt;</w:t>
        <w:br/>
        <w:t>і кілька слів упало в білий сад</w:t>
      </w:r>
    </w:p>
    <w:p>
      <w:r>
        <w:br/>
        <w:t>і кілька солов’їв із інеєм на крилах&lt;br /&gt;</w:t>
        <w:br/>
        <w:t>течуть у гнізда втомлено мовчать&lt;br /&gt;</w:t>
        <w:br/>
        <w:t>неповерненна незбагненно світла&lt;br /&gt;</w:t>
        <w:br/>
        <w:t>і неминуча наче та печаль</w:t>
      </w:r>
    </w:p>
    <w:p>
      <w:r>
        <w:br/>
        <w:t>і сходить сонце Боже як це просто&lt;br /&gt;</w:t>
        <w:br/>
        <w:t>і вигорає місто до землі&lt;br /&gt;</w:t>
        <w:br/>
        <w:t>і вже прокинувшись&lt;br /&gt;</w:t>
        <w:br/>
        <w:t>усе ще чую постріл —&lt;br /&gt;</w:t>
        <w:br/>
        <w:t>це знак це повернулись кораблі</w:t>
      </w:r>
    </w:p>
    <w:p>
      <w:r>
        <w:br/>
        <w:t>* * *&lt;br /&gt;</w:t>
        <w:br/>
        <w:t>Тебе узяла рання рана — любов. Усього взяла.&lt;br /&gt;</w:t>
        <w:br/>
        <w:t>За живе.&lt;br /&gt;</w:t>
        <w:br/>
        <w:t>Не заживе, вона стримана і осяянна.&lt;br /&gt;</w:t>
        <w:br/>
        <w:t>Місяць пливе.&lt;br /&gt;</w:t>
        <w:br/>
        <w:t>Не покажи! Не скажи ні отцю, ні синиці,&lt;br /&gt;</w:t>
        <w:br/>
        <w:t>нікому,&lt;br /&gt;</w:t>
        <w:br/>
        <w:t>в сірий цей час, у зимовий цей час,&lt;br /&gt;</w:t>
        <w:br/>
        <w:t>золотий…&lt;br /&gt;</w:t>
        <w:br/>
        <w:t>Рана взяла. Ходиш нею, мов кинутим домом —&lt;br /&gt;</w:t>
        <w:br/>
        <w:t>без води, без гардин, без мети.</w:t>
      </w:r>
    </w:p>
    <w:p>
      <w:r>
        <w:br/>
        <w:t>* * *&lt;br /&gt;</w:t>
        <w:br/>
        <w:t>мій друже мій вечірній ти вже сивий&lt;br /&gt;</w:t>
        <w:br/>
        <w:t>а я все сам — ні звір ані той бог&lt;br /&gt;</w:t>
        <w:br/>
        <w:t>і час уже збиратися на жнива&lt;br /&gt;</w:t>
        <w:br/>
        <w:t>а я отак нічого й не посіяв&lt;br /&gt;</w:t>
        <w:br/>
        <w:t>і ми не вдвох</w:t>
      </w:r>
    </w:p>
    <w:p>
      <w:r>
        <w:br/>
        <w:t>біжить їжак іде юнак сміється діва&lt;br /&gt;</w:t>
        <w:br/>
        <w:t>хитається в очах зеленогривий світ&lt;br /&gt;</w:t>
        <w:br/>
        <w:t>мені так гірко&lt;br /&gt;</w:t>
        <w:br/>
        <w:t>гірко? дивне диво&lt;br /&gt;</w:t>
        <w:br/>
        <w:t>у найлютіше літечко із літ</w:t>
      </w:r>
    </w:p>
    <w:p>
      <w:r>
        <w:br/>
        <w:t>* * *&lt;br /&gt;</w:t>
        <w:br/>
        <w:t>Ти втретє цього літа зацвітеш&lt;br /&gt;</w:t>
        <w:br/>
        <w:t>такою квіткою — тендітною, п’янкою.&lt;br /&gt;</w:t>
        <w:br/>
        <w:t>Кімната втратить риси супокою,&lt;br /&gt;</w:t>
        <w:br/>
        <w:t>бо речі перейдуть у твій кортеж.</w:t>
      </w:r>
    </w:p>
    <w:p>
      <w:r>
        <w:br/>
        <w:t>Обернеш пил на срібло і кришталь,&lt;br /&gt;</w:t>
        <w:br/>
        <w:t>наділиш тіні здатністю до тліну.&lt;br /&gt;</w:t>
        <w:br/>
        <w:t>Одна із пелюсток розсуне стіни,&lt;br /&gt;</w:t>
        <w:br/>
        <w:t>ти — даль, і подолаєш іншу даль.</w:t>
      </w:r>
    </w:p>
    <w:p>
      <w:r>
        <w:br/>
        <w:t>В людей уже нема своїх святинь.&lt;br /&gt;</w:t>
        <w:br/>
        <w:t>Ти можеш стати першою, одначе,&lt;br /&gt;</w:t>
        <w:br/>
        <w:t>знай: біля тебе жоден не заплаче,&lt;br /&gt;</w:t>
        <w:br/>
        <w:t>і пам’ятай: два дні всього цвісти.</w:t>
      </w:r>
    </w:p>
    <w:p>
      <w:r>
        <w:br/>
        <w:t>* * *&lt;br /&gt;</w:t>
        <w:br/>
        <w:t>Смішних провінціалів&lt;br /&gt;</w:t>
        <w:br/>
        <w:t>і жести королів&lt;br /&gt;</w:t>
        <w:br/>
        <w:t>ми достовірно грали&lt;br /&gt;</w:t>
        <w:br/>
        <w:t>перед порожнім залом&lt;br /&gt;</w:t>
        <w:br/>
        <w:t>напередодні зим&lt;br /&gt;</w:t>
        <w:br/>
        <w:t>аплодували кожному&lt;br /&gt;</w:t>
        <w:br/>
        <w:t>хто міг прийти сюди&lt;br /&gt;</w:t>
        <w:br/>
        <w:t>на вулицях порожніх&lt;br /&gt;</w:t>
        <w:br/>
        <w:t>жили криштальні пси&lt;br /&gt;</w:t>
        <w:br/>
        <w:t>не залишали сліду&lt;br /&gt;</w:t>
        <w:br/>
        <w:t>прозорі і тривожні&lt;br /&gt;</w:t>
        <w:br/>
        <w:t>і зовсім не питали —&lt;br /&gt;</w:t>
        <w:br/>
        <w:t>це можна чи не можна&lt;br /&gt;</w:t>
        <w:br/>
        <w:t>є ще яскраві згарища&lt;br /&gt;</w:t>
        <w:br/>
        <w:t>незатишних афіш&lt;br /&gt;</w:t>
        <w:br/>
        <w:t>мій день чому ти хмаришся?&lt;br /&gt;</w:t>
        <w:br/>
        <w:t>ми грали та не гралися&lt;br /&gt;</w:t>
        <w:br/>
        <w:t>і ролі залишилися&lt;br /&gt;</w:t>
        <w:br/>
        <w:t>все ті ж</w:t>
      </w:r>
    </w:p>
    <w:p>
      <w:r>
        <w:br/>
        <w:t>1980&lt;br /&gt;</w:t>
        <w:br/>
        <w:t>* * *&lt;br /&gt;</w:t>
        <w:br/>
        <w:t>в отих вазонках росли канарки&lt;br /&gt;</w:t>
        <w:br/>
        <w:t>вазонки стояли на сходах&lt;br /&gt;</w:t>
        <w:br/>
        <w:t>покинутого дому</w:t>
      </w:r>
    </w:p>
    <w:p>
      <w:r>
        <w:br/>
        <w:t>їх поливали водою з криниці&lt;br /&gt;</w:t>
        <w:br/>
        <w:t>за канарками полював чорний кіт&lt;br /&gt;</w:t>
        <w:br/>
        <w:t>а може білий не бачу різниці</w:t>
      </w:r>
    </w:p>
    <w:p>
      <w:r>
        <w:br/>
        <w:t>і от одного разу&lt;br /&gt;</w:t>
        <w:br/>
        <w:t>коли ми досліджували нутрощі&lt;br /&gt;</w:t>
        <w:br/>
        <w:t>віолончелі&lt;br /&gt;</w:t>
        <w:br/>
        <w:t>(там було достобіса цікавих речей:&lt;br /&gt;</w:t>
        <w:br/>
        <w:t>кубик Рубіка книги і гільзи)</w:t>
      </w:r>
    </w:p>
    <w:p>
      <w:r>
        <w:br/>
        <w:t>так от саме того разу&lt;br /&gt;</w:t>
        <w:br/>
        <w:t>чорний або білий кіт&lt;br /&gt;</w:t>
        <w:br/>
        <w:t>заплакав&lt;br /&gt;</w:t>
        <w:br/>
        <w:t>смішно втираючись&lt;br /&gt;</w:t>
        <w:br/>
        <w:t>брудними лапками</w:t>
      </w:r>
    </w:p>
    <w:p>
      <w:r>
        <w:br/>
        <w:t>і одна з канарок&lt;br /&gt;</w:t>
        <w:br/>
        <w:t>та що росла у найкращому вазонку&lt;br /&gt;</w:t>
        <w:br/>
        <w:t>сказала:&lt;br /&gt;</w:t>
        <w:br/>
        <w:t>"віддайте мене йому&lt;br /&gt;</w:t>
        <w:br/>
        <w:t>хай заспокоїться"&lt;br /&gt;</w:t>
        <w:br/>
        <w:t>і так отой кіт поїв усіх канарок&lt;br /&gt;</w:t>
        <w:br/>
        <w:t>і дім тоді став уже з о в с і м покинутим</w:t>
      </w:r>
    </w:p>
    <w:p>
      <w:r>
        <w:br/>
        <w:t>а за розламану віолончель&lt;br /&gt;</w:t>
        <w:br/>
        <w:t>нам добре всипали&lt;br /&gt;</w:t>
        <w:br/>
        <w:t>а кіт невдовзі загинув&lt;br /&gt;</w:t>
        <w:br/>
        <w:t>невдало стрибнувши за горобцем</w:t>
      </w:r>
    </w:p>
    <w:p>
      <w:r>
        <w:br/>
        <w:t>* * *&lt;br /&gt;</w:t>
        <w:br/>
        <w:t>Вона, коли остатній промінь граком,&lt;br /&gt;</w:t>
        <w:br/>
        <w:t>викреслює свій вензель сміливіше.&lt;br /&gt;</w:t>
        <w:br/>
        <w:t>Вина будинку під червоним дахом,&lt;br /&gt;</w:t>
        <w:br/>
        <w:t>із білими фігурами у нішах.</w:t>
      </w:r>
    </w:p>
    <w:p>
      <w:r>
        <w:br/>
        <w:t>Тремтить вода — то пощези мовчать.&lt;br /&gt;</w:t>
        <w:br/>
        <w:t>Вона малює вензель на доріжці в сад&lt;br /&gt;</w:t>
        <w:br/>
        <w:t>і опечатує сліди сухим цілунком, —&lt;br /&gt;</w:t>
        <w:br/>
        <w:t>так зоряниця, не ґвалтуючи пітьми,&lt;br /&gt;</w:t>
        <w:br/>
        <w:t>усе ж її зника.</w:t>
      </w:r>
    </w:p>
    <w:p>
      <w:r>
        <w:br/>
        <w:t>Фігури кичуть лють свою фігурну,&lt;br /&gt;</w:t>
        <w:br/>
        <w:t>безчимнішу за погляди, за подихи, за подвиги,&lt;br /&gt;</w:t>
        <w:br/>
        <w:t>бо все ж вина, бо все ж червоний дах,&lt;br /&gt;</w:t>
        <w:br/>
        <w:t>бо все ж доріжка в сад,&lt;br /&gt;</w:t>
        <w:br/>
        <w:t>а не із саду.&lt;br /&gt;</w:t>
        <w:br/>
        <w:t>("вина будинку нічна")</w:t>
      </w:r>
    </w:p>
    <w:p>
      <w:r>
        <w:br/>
        <w:t>* * *&lt;br /&gt;</w:t>
        <w:br/>
        <w:t>чекаймо&lt;br /&gt;</w:t>
        <w:br/>
        <w:t>і хтось поховає ці губи тремтячі&lt;br /&gt;</w:t>
        <w:br/>
        <w:t>люди нарешті знайдуться&lt;br /&gt;</w:t>
        <w:br/>
        <w:t>так знаходиться клямка у дверях</w:t>
      </w:r>
    </w:p>
    <w:p>
      <w:r>
        <w:br/>
        <w:t>і щось що пахне яблуками та спокоєм&lt;br /&gt;</w:t>
        <w:br/>
        <w:t>мама так пахла&lt;br /&gt;</w:t>
        <w:br/>
        <w:t>владно стисне тебе за пропиту&lt;br /&gt;</w:t>
        <w:br/>
        <w:t>горлянку</w:t>
      </w:r>
    </w:p>
    <w:p>
      <w:r>
        <w:br/>
        <w:t>і що ж і тоді відчиняться двері&lt;br /&gt;</w:t>
        <w:br/>
        <w:t>і не треба вже буде чекати</w:t>
      </w:r>
    </w:p>
    <w:p>
      <w:r>
        <w:br/>
        <w:t>і хтось</w:t>
      </w:r>
    </w:p>
    <w:p>
      <w:r>
        <w:br/>
        <w:t>* * *&lt;br /&gt;</w:t>
        <w:br/>
        <w:t>відлюбив горо&lt;br /&gt;</w:t>
        <w:br/>
        <w:t>відлюбив&lt;br /&gt;</w:t>
        <w:br/>
        <w:t>ходив біля брами&lt;br /&gt;</w:t>
        <w:br/>
        <w:t>з мальованим левом&lt;br /&gt;</w:t>
        <w:br/>
        <w:t>курив&lt;br /&gt;</w:t>
        <w:br/>
        <w:t>дивився на хмари&lt;br /&gt;</w:t>
        <w:br/>
        <w:t>думав про небо&lt;br /&gt;</w:t>
        <w:br/>
        <w:t>поруділе в серці&lt;br /&gt;</w:t>
        <w:br/>
        <w:t>потойбіч серця</w:t>
      </w:r>
    </w:p>
    <w:p>
      <w:r>
        <w:br/>
        <w:t>його вкриє гора висока&lt;br /&gt;</w:t>
        <w:br/>
        <w:t>зелена й червона</w:t>
      </w:r>
    </w:p>
    <w:p>
      <w:r>
        <w:br/>
        <w:t>з білою корогвою&lt;br /&gt;</w:t>
        <w:br/>
        <w:t>на вершині&lt;br /&gt;</w:t>
        <w:br/>
        <w:t>з молодою скляною&lt;br /&gt;</w:t>
        <w:br/>
        <w:t>труною в долині&lt;br /&gt;</w:t>
        <w:br/>
        <w:t>відлюбив долино&lt;br /&gt;</w:t>
        <w:br/>
        <w:t>відлюбив</w:t>
      </w:r>
    </w:p>
    <w:p>
      <w:r>
        <w:br/>
        <w:t>* * *&lt;br /&gt;</w:t>
        <w:br/>
        <w:t>поволі гасне книга колір книги назва книги&lt;br /&gt;</w:t>
        <w:br/>
        <w:t>по тому ясне тло всю площу заливає&lt;br /&gt;</w:t>
        <w:br/>
        <w:t>і пил паде&lt;br /&gt;</w:t>
        <w:br/>
        <w:t>і нерухомість&lt;br /&gt;</w:t>
        <w:br/>
        <w:t>відділяється від стін довколишніх</w:t>
      </w:r>
    </w:p>
    <w:p>
      <w:r>
        <w:br/>
        <w:t>від водограїв&lt;br /&gt;</w:t>
        <w:br/>
        <w:t>і від звичних слів відділяється</w:t>
      </w:r>
    </w:p>
    <w:p>
      <w:r>
        <w:br/>
        <w:t>вії довгі приспущені&lt;br /&gt;</w:t>
        <w:br/>
        <w:t>слова невиправні&lt;br /&gt;</w:t>
        <w:br/>
        <w:t>водограї будівлі назавжди&lt;br /&gt;</w:t>
        <w:br/>
        <w:t>віддаляються від нерухомості&lt;br /&gt;</w:t>
        <w:br/>
        <w:t>розтріпують волосся закурюють&lt;br /&gt;</w:t>
        <w:br/>
        <w:t>почувають себе невимушено —&lt;br /&gt;</w:t>
        <w:br/>
        <w:t>що за краєвид!</w:t>
      </w:r>
    </w:p>
    <w:p>
      <w:r>
        <w:br/>
        <w:t>усі ознаки попелу&lt;br /&gt;</w:t>
        <w:br/>
        <w:t>("спалення книги")</w:t>
      </w:r>
    </w:p>
    <w:p>
      <w:r>
        <w:br/>
        <w:t>* * *&lt;br /&gt;</w:t>
        <w:br/>
        <w:t>Юркові Саєнку&lt;br /&gt;</w:t>
        <w:br/>
        <w:t>Немає нікого у весняному надвечір’ї&lt;br /&gt;</w:t>
        <w:br/>
        <w:t>полум’яніє трава суха на узбіччі&lt;br /&gt;</w:t>
        <w:br/>
        <w:t>і кожен наступний день —&lt;br /&gt;</w:t>
        <w:br/>
        <w:t>це попередній день&lt;br /&gt;</w:t>
        <w:br/>
        <w:t>колеса крутяться життя минається&lt;br /&gt;</w:t>
        <w:br/>
        <w:t>стара поорана платівка крутиться&lt;br /&gt;</w:t>
        <w:br/>
        <w:t>голка ніяк не перескочить&lt;br /&gt;</w:t>
        <w:br/>
        <w:t>до наступної борозни&lt;br /&gt;</w:t>
        <w:br/>
        <w:t>видобуваючи все ті ж сонця&lt;br /&gt;</w:t>
        <w:br/>
        <w:t>і хмари</w:t>
      </w:r>
    </w:p>
    <w:p>
      <w:r>
        <w:br/>
        <w:t>ми їдемо на тій самій швидкості 33&lt;br /&gt;</w:t>
        <w:br/>
        <w:t>потім усе скоріше&lt;br /&gt;</w:t>
        <w:br/>
        <w:t>і через це прискорена мелодія&lt;br /&gt;</w:t>
        <w:br/>
        <w:t>видається смішною&lt;br /&gt;</w:t>
        <w:br/>
        <w:t>смішний вітер&lt;br /&gt;</w:t>
        <w:br/>
        <w:t>смішне сонце&lt;br /&gt;</w:t>
        <w:br/>
        <w:t>веселі сльози&lt;br /&gt;</w:t>
        <w:br/>
        <w:t>кумедний розпач тих&lt;br /&gt;</w:t>
        <w:br/>
        <w:t>кого немає у весняному надвечір’ї&lt;br /&gt;</w:t>
        <w:br/>
        <w:t>тих кому можна було б показати&lt;br /&gt;</w:t>
        <w:br/>
        <w:t>порожній костьол і призахідні гори&lt;br /&gt;</w:t>
        <w:br/>
        <w:t>над якими нерухомо зависли зорі&lt;br /&gt;</w:t>
        <w:br/>
        <w:t>добрі чисті вічні зорі&lt;br /&gt;</w:t>
        <w:br/>
        <w:t>а ми злі брудні й минущі&lt;br /&gt;</w:t>
        <w:br/>
        <w:t>повтори це як приспів:&lt;br /&gt;</w:t>
        <w:br/>
        <w:t>зорі добрі — а ми злі&lt;br /&gt;</w:t>
        <w:br/>
        <w:t>зорі чисті — ми брудні&lt;br /&gt;</w:t>
        <w:br/>
        <w:t>вічні зорі — минущі ми&lt;br /&gt;</w:t>
        <w:br/>
        <w:t>і палаюча трава пролітає за вікнами&lt;br /&gt;</w:t>
        <w:br/>
        <w:t>і той хто увімкнув цю гру&lt;br /&gt;</w:t>
        <w:br/>
        <w:t>забув де вимикач&lt;br /&gt;</w:t>
        <w:br/>
        <w:t>до чого тут ми&lt;br /&gt;</w:t>
        <w:br/>
        <w:t>хіба ми причетні&lt;br /&gt;</w:t>
        <w:br/>
        <w:t>до відшукування причетного&lt;br /&gt;</w:t>
        <w:br/>
        <w:t>нас просто так виховали&lt;br /&gt;</w:t>
        <w:br/>
        <w:t>а потім сказали&lt;br /&gt;</w:t>
        <w:br/>
        <w:t>що це не основне&lt;br /&gt;</w:t>
        <w:br/>
        <w:t>у весняному надвечір’ї'&lt;br /&gt;</w:t>
        <w:br/>
        <w:t>де ніколи немає нікого нікого нікого ні-ко-го</w:t>
      </w:r>
    </w:p>
    <w:p>
      <w:r>
        <w:br/>
        <w:t>* * *&lt;br /&gt;</w:t>
        <w:br/>
        <w:t>Отож, іще один звичайний&lt;br /&gt;</w:t>
        <w:br/>
        <w:t>червоно-чорно-білий королівський похорон,&lt;br /&gt;</w:t>
        <w:br/>
        <w:t>вогкі зимові сиґарети; он ворон,&lt;br /&gt;</w:t>
        <w:br/>
        <w:t>ось електрокамін і чай, і книга,&lt;br /&gt;</w:t>
        <w:br/>
        <w:t>яку треба дописувати вечорами,&lt;br /&gt;</w:t>
        <w:br/>
        <w:t>коли, обнявши зайчика, засне мала.</w:t>
      </w:r>
    </w:p>
    <w:p>
      <w:r>
        <w:br/>
        <w:t>Я думав, ця зима не так почнеться;&lt;br /&gt;</w:t>
        <w:br/>
        <w:t>зумисно не звертав уваги&lt;br /&gt;</w:t>
        <w:br/>
        <w:t>на віщування в навмання розкритій книзі,&lt;br /&gt;</w:t>
        <w:br/>
        <w:t>на те, що не було листів,&lt;br /&gt;</w:t>
        <w:br/>
        <w:t>а потім були, правда, небагато,&lt;br /&gt;</w:t>
        <w:br/>
        <w:t>і я читав листи у ліжку,&lt;br /&gt;</w:t>
        <w:br/>
        <w:t>добре розуміючи, що це вже не сон.</w:t>
      </w:r>
    </w:p>
    <w:p>
      <w:r>
        <w:br/>
        <w:t>І це не сон. І це. І це також.</w:t>
      </w:r>
    </w:p>
    <w:p>
      <w:r>
        <w:br/>
        <w:t>Аж ось помер король, помер насправді.&lt;br /&gt;</w:t>
        <w:br/>
        <w:t>Я саме скидав светра, як зненацька&lt;br /&gt;</w:t>
        <w:br/>
        <w:t>заговорило радіо, його забули скрутити звечора,&lt;br /&gt;</w:t>
        <w:br/>
        <w:t>і ледве стримуючи ридання, повідомило&lt;br /&gt;</w:t>
        <w:br/>
        <w:t>сумну звістку&lt;br /&gt;</w:t>
        <w:br/>
        <w:t>жіночим голосом.</w:t>
      </w:r>
    </w:p>
    <w:p>
      <w:r>
        <w:br/>
        <w:t>Тепер не часто помирають королі.&lt;br /&gt;</w:t>
        <w:br/>
        <w:t>Мала прокинулась. Устав і зайчик.&lt;br /&gt;</w:t>
        <w:br/>
        <w:t>Гріх спати в такий день;&lt;br /&gt;</w:t>
        <w:br/>
        <w:t>діставши решту іграшок&lt;br /&gt;</w:t>
        <w:br/>
        <w:t>з поламаного холодильника,&lt;br /&gt;</w:t>
        <w:br/>
        <w:t>ми почали бавитися в т р а у р.&lt;br /&gt;</w:t>
        <w:br/>
        <w:t>Сварились двірники на тротуарі,&lt;br /&gt;</w:t>
        <w:br/>
        <w:t>і всюди — в сніг, будинки, — застромляли&lt;br /&gt;</w:t>
        <w:br/>
        <w:t>червоні, чорні, білі прапори.</w:t>
      </w:r>
    </w:p>
    <w:p>
      <w:r>
        <w:br/>
        <w:t>Дощ&lt;br /&gt;</w:t>
        <w:br/>
        <w:t>І неминуча сіра крапля — цвях,&lt;br /&gt;</w:t>
        <w:br/>
        <w:t>довічно в незалежне тіло вбита;&lt;br /&gt;</w:t>
        <w:br/>
        <w:t>ішов отак, сердитий, необжитий,&lt;br /&gt;</w:t>
        <w:br/>
        <w:t>і розпочався без’язикий шлях&lt;br /&gt;</w:t>
        <w:br/>
        <w:t>не вранці, і з приходом темноти,&lt;br /&gt;</w:t>
        <w:br/>
        <w:t>разом з дощем — не припинявся.</w:t>
      </w:r>
    </w:p>
    <w:p>
      <w:r>
        <w:br/>
        <w:t>І скільки тих разів з'являвся Дем[1]&lt;br /&gt;</w:t>
        <w:br/>
        <w:t>щоб ти навчивсь являти щедрість,&lt;br /&gt;</w:t>
        <w:br/>
        <w:t>не обумовлену ні попереднім небуттям,&lt;br /&gt;</w:t>
        <w:br/>
        <w:t>ані тутешнім проминанням…</w:t>
      </w:r>
    </w:p>
    <w:p>
      <w:r>
        <w:br/>
        <w:t>Заквітчано всі брами. Осінь?&lt;br /&gt;</w:t>
        <w:br/>
        <w:t>Ти досхочу блукав, хлопчиську, досі.&lt;br /&gt;</w:t>
        <w:br/>
        <w:t>Тепер і досвіду, і втоми досить.&lt;br /&gt;</w:t>
        <w:br/>
        <w:t>Тепер пиши: "Прийшли".</w:t>
      </w:r>
    </w:p>
    <w:p>
      <w:r>
        <w:br/>
        <w:t>Імла палає, вересень, свобода.</w:t>
      </w:r>
    </w:p>
    <w:p>
      <w:r>
        <w:br/>
        <w:t>Свобода.&lt;br /&gt;</w:t>
        <w:br/>
        <w:t>Вересень.&lt;br /&gt;</w:t>
        <w:br/>
        <w:t>Імла.</w:t>
      </w:r>
    </w:p>
    <w:p>
      <w:r>
        <w:br/>
        <w:t>* * *&lt;br /&gt;</w:t>
        <w:br/>
        <w:t>У листопаді ти не спиш; скрипить паркет,&lt;br /&gt;</w:t>
        <w:br/>
        <w:t>і пара з чайника та дим від сиґарет&lt;br /&gt;</w:t>
        <w:br/>
        <w:t>подібні; а за склом — галузки мокрі і&lt;br /&gt;</w:t>
        <w:br/>
        <w:t>двірник, з учора п’яний; він&lt;br /&gt;</w:t>
        <w:br/>
        <w:t>не знає про Війона,&lt;br /&gt;</w:t>
        <w:br/>
        <w:t>а тільки кашляє, бо до похмілля ще далеко, легко&lt;br /&gt;</w:t>
        <w:br/>
        <w:t>із тілом серце розмовляє; чуєш, ні?</w:t>
      </w:r>
    </w:p>
    <w:p>
      <w:r>
        <w:br/>
        <w:t>"Ти знаєш смерть, всепоглинаючу, як сніг;&lt;br /&gt;</w:t>
        <w:br/>
        <w:t>це добре, що вона все поглинає, треба&lt;br /&gt;</w:t>
        <w:br/>
        <w:t>багато смерті, щоб поглинути усе,&lt;br /&gt;</w:t>
        <w:br/>
        <w:t>зокрема, це безсоння — спад чи спадок&lt;br /&gt;</w:t>
        <w:br/>
        <w:t>десятка років, відданих іспанським королям,&lt;br /&gt;</w:t>
        <w:br/>
        <w:t>і названих "Америка"; ти першим володів,&lt;br /&gt;</w:t>
        <w:br/>
        <w:t>тепер ти вільний; може, це безсоння&lt;br /&gt;</w:t>
        <w:br/>
        <w:t>і є знанням? і смертю? снігом?"&lt;br /&gt;</w:t>
        <w:br/>
        <w:t>Частина третя&lt;br /&gt;</w:t>
        <w:br/>
        <w:t>* * *&lt;br /&gt;</w:t>
        <w:br/>
        <w:t>пухнастий вітер що летить з півночі&lt;br /&gt;</w:t>
        <w:br/>
        <w:t>котить голови</w:t>
      </w:r>
    </w:p>
    <w:p>
      <w:r>
        <w:br/>
        <w:t>вітер що летить з півдня&lt;br /&gt;</w:t>
        <w:br/>
        <w:t>стинає голови кульбабам</w:t>
      </w:r>
    </w:p>
    <w:p>
      <w:r>
        <w:br/>
        <w:t>на узбіччі руїни театру античного&lt;br /&gt;</w:t>
        <w:br/>
        <w:t>акторів нема</w:t>
      </w:r>
    </w:p>
    <w:p>
      <w:r>
        <w:br/>
        <w:t>вітер летить із заходу&lt;br /&gt;</w:t>
        <w:br/>
        <w:t>куди він летить&lt;br /&gt;</w:t>
        <w:br/>
        <w:t>кому він стинає голови</w:t>
      </w:r>
    </w:p>
    <w:p>
      <w:r>
        <w:br/>
        <w:t>деякі думки а також слова&lt;br /&gt;</w:t>
        <w:br/>
        <w:t>і навіть сніги&lt;br /&gt;</w:t>
        <w:br/>
        <w:t>існують доти&lt;br /&gt;</w:t>
        <w:br/>
        <w:t>доки їх не названо</w:t>
      </w:r>
    </w:p>
    <w:p>
      <w:r>
        <w:br/>
        <w:t>о маски театру античного&lt;br /&gt;</w:t>
        <w:br/>
        <w:t>рушайте вже на схід</w:t>
      </w:r>
    </w:p>
    <w:p>
      <w:r>
        <w:br/>
        <w:t>1979&lt;br /&gt;</w:t>
        <w:br/>
        <w:t>* * *&lt;br /&gt;</w:t>
        <w:br/>
        <w:t>Він — це ти,&lt;br /&gt;</w:t>
        <w:br/>
        <w:t>але ти ще не змій і не дощ,&lt;br /&gt;</w:t>
        <w:br/>
        <w:t>лише пташка у пташці,&lt;br /&gt;</w:t>
        <w:br/>
        <w:t>піщина в пустелі.&lt;br /&gt;</w:t>
        <w:br/>
        <w:t>(Але ще не пустеля).&lt;br /&gt;</w:t>
        <w:br/>
        <w:t>Він — це пташка і змій одночасно.</w:t>
      </w:r>
    </w:p>
    <w:p>
      <w:r>
        <w:br/>
        <w:t>1979&lt;br /&gt;</w:t>
        <w:br/>
        <w:t>* * *&lt;br /&gt;</w:t>
        <w:br/>
        <w:t>згадую гнізда покинуті&lt;br /&gt;</w:t>
        <w:br/>
        <w:t>тієї що кликав уже не назву&lt;br /&gt;</w:t>
        <w:br/>
        <w:t>ніколи уже не врятую&lt;br /&gt;</w:t>
        <w:br/>
        <w:t>близького до істини плоду вечірнього сонця</w:t>
      </w:r>
    </w:p>
    <w:p>
      <w:r>
        <w:br/>
        <w:t>навіщо згадувати покинуті гнізда&lt;br /&gt;</w:t>
        <w:br/>
        <w:t>навіщо згадувати гнізда&lt;br /&gt;</w:t>
        <w:br/>
        <w:t>навіщо згадувати</w:t>
      </w:r>
    </w:p>
    <w:p>
      <w:r>
        <w:br/>
        <w:t>згадую гнізда покинуті&lt;br /&gt;</w:t>
        <w:br/>
        <w:t>безпорадності власної землі пустельні&lt;br /&gt;</w:t>
        <w:br/>
        <w:t>сприймання свого не назву уже іменем птаха</w:t>
      </w:r>
    </w:p>
    <w:p>
      <w:r>
        <w:br/>
        <w:t>згадую</w:t>
      </w:r>
    </w:p>
    <w:p>
      <w:r>
        <w:br/>
        <w:t>1979&lt;br /&gt;</w:t>
        <w:br/>
        <w:t>* * *&lt;br /&gt;</w:t>
        <w:br/>
        <w:t>не вітаймося тут серед вулиць дивних пустельних&lt;br /&gt;</w:t>
        <w:br/>
        <w:t>повних вітру дощу і криків наляканих птахів&lt;br /&gt;</w:t>
        <w:br/>
        <w:t>тут де попіл — наче попіл листів&lt;br /&gt;</w:t>
        <w:br/>
        <w:t>наче літо минулого року&lt;br /&gt;</w:t>
        <w:br/>
        <w:t>із собаками та дієсловами в усіх на світі дієвідмінах&lt;br /&gt;</w:t>
        <w:br/>
        <w:t>із вишнями блискавицями дзвонами та апельсинами&lt;br /&gt;</w:t>
        <w:br/>
        <w:t>із усім що було і чого більше ніколи-ніколи не буде</w:t>
      </w:r>
    </w:p>
    <w:p>
      <w:r>
        <w:br/>
        <w:t>отак я кажу тобі тут серед вулиць пустельних&lt;br /&gt;</w:t>
        <w:br/>
        <w:t>засипаних попелом —&lt;br /&gt;</w:t>
        <w:br/>
        <w:t>не вітаймося тут зробімо вигляд що ми незнайомі</w:t>
      </w:r>
    </w:p>
    <w:p>
      <w:r>
        <w:br/>
        <w:t>1979&lt;br /&gt;</w:t>
        <w:br/>
        <w:t>* * *&lt;br /&gt;</w:t>
        <w:br/>
        <w:t>приїхали чумаки&lt;br /&gt;</w:t>
        <w:br/>
        <w:t>привезли повні вози дощу&lt;br /&gt;</w:t>
        <w:br/>
        <w:t>та похмурі обличчя їхні&lt;br /&gt;</w:t>
        <w:br/>
        <w:t>і мовчать і мовчать</w:t>
      </w:r>
    </w:p>
    <w:p>
      <w:r>
        <w:br/>
        <w:t>цілу ніч цілу ніч палали багаття&lt;br /&gt;</w:t>
        <w:br/>
        <w:t>під нашими вікнами&lt;br /&gt;</w:t>
        <w:br/>
        <w:t>цілу ніч хризантемовий дощ&lt;br /&gt;</w:t>
        <w:br/>
        <w:t>намагався їх загасити</w:t>
      </w:r>
    </w:p>
    <w:p>
      <w:r>
        <w:br/>
        <w:t>а на ранок поїхали чумаки&lt;br /&gt;</w:t>
        <w:br/>
        <w:t>повезли далі повні вози вогню&lt;br /&gt;</w:t>
        <w:br/>
        <w:t>залишивши під нашими вікнами&lt;br /&gt;</w:t>
        <w:br/>
        <w:t>хризантеми і попіл і попіл</w:t>
      </w:r>
    </w:p>
    <w:p>
      <w:r>
        <w:br/>
        <w:t>1979&lt;br /&gt;</w:t>
        <w:br/>
        <w:t>* * *&lt;br /&gt;</w:t>
        <w:br/>
        <w:t>вона танцює зараз на терасі&lt;br /&gt;</w:t>
        <w:br/>
        <w:t>вона танцює кольоровий танок&lt;br /&gt;</w:t>
        <w:br/>
        <w:t>— любити її любити опівночі — кажеш про себе&lt;br /&gt;</w:t>
        <w:br/>
        <w:t>про хмари липневі&lt;br /&gt;</w:t>
        <w:br/>
        <w:t>заходиш у них по груди заходиш у літо</w:t>
      </w:r>
    </w:p>
    <w:p>
      <w:r>
        <w:br/>
        <w:t>шматочки його відразу ж торкаються очей і волосся&lt;br /&gt;</w:t>
        <w:br/>
        <w:t>дивишся крізь них на сонце — бджоли яблука дощ&lt;br /&gt;</w:t>
        <w:br/>
        <w:t>а танок триває вона танцює хоч довкола темніє&lt;br /&gt;</w:t>
        <w:br/>
        <w:t>вона танцює в саду вона танцює на твоїх долонях&lt;br /&gt;</w:t>
        <w:br/>
        <w:t>і раптом</w:t>
      </w:r>
    </w:p>
    <w:p>
      <w:r>
        <w:br/>
        <w:t>падає</w:t>
      </w:r>
    </w:p>
    <w:p>
      <w:r>
        <w:br/>
        <w:t>підхоплюєш — любити тебе опівночі — кажеш&lt;br /&gt;</w:t>
        <w:br/>
        <w:t>ідеш не дослухаючи аплодисментів і свисту з галерки&lt;br /&gt;</w:t>
        <w:br/>
        <w:t>ідеш по квітах і помідорах що негарно пахнуть&lt;br /&gt;</w:t>
        <w:br/>
        <w:t>несеш її — наче хмару наче сіно просто як бджолу —</w:t>
      </w:r>
    </w:p>
    <w:p>
      <w:r>
        <w:br/>
        <w:t>і не повертаєшся</w:t>
      </w:r>
    </w:p>
    <w:p>
      <w:r>
        <w:br/>
        <w:t>1979&lt;br /&gt;</w:t>
        <w:br/>
        <w:t>Поема ріки&lt;br /&gt;</w:t>
        <w:br/>
        <w:t>I</w:t>
      </w:r>
    </w:p>
    <w:p>
      <w:r>
        <w:br/>
        <w:t>Лине полегкість човнами-пальцями&lt;br /&gt;</w:t>
        <w:br/>
        <w:t>споминів у нас досить&lt;br /&gt;</w:t>
        <w:br/>
        <w:t>музики теж&lt;br /&gt;</w:t>
        <w:br/>
        <w:t>птахів із шелестячими блискавицями&lt;br /&gt;</w:t>
        <w:br/>
        <w:t>в місячних дзьобиках&lt;br /&gt;</w:t>
        <w:br/>
        <w:t>на деревах покинутих травами&lt;br /&gt;</w:t>
        <w:br/>
        <w:t>теж</w:t>
      </w:r>
    </w:p>
    <w:p>
      <w:r>
        <w:br/>
        <w:t>але нам не задосить нас&lt;br /&gt;</w:t>
        <w:br/>
        <w:t>але втіхи замало й часу для втіхи&lt;br /&gt;</w:t>
        <w:br/>
        <w:t>негідникам сонця з епохи мурах&lt;br /&gt;</w:t>
        <w:br/>
        <w:t>сонцю й негідникам&lt;br /&gt;</w:t>
        <w:br/>
        <w:t>не прийнятим травами&lt;br /&gt;</w:t>
        <w:br/>
        <w:t>сонцю і нам&lt;br /&gt;</w:t>
        <w:br/>
        <w:t>не прийнятим нами —</w:t>
      </w:r>
    </w:p>
    <w:p>
      <w:r>
        <w:br/>
        <w:t>світлі дзвони світлих дощів&lt;br /&gt;</w:t>
        <w:br/>
        <w:t>нездійсненність богів а тому і нас&lt;br /&gt;</w:t>
        <w:br/>
        <w:t>шепочуть&lt;br /&gt;</w:t>
        <w:br/>
        <w:t>роздягаючи бажання піднятись до флюґерів&lt;br /&gt;</w:t>
        <w:br/>
        <w:t>і водночас опуститися на стіни&lt;br /&gt;</w:t>
        <w:br/>
        <w:t>абсолютної метафоричності —&lt;br /&gt;</w:t>
        <w:br/>
        <w:t>пройти крізь стіни&lt;br /&gt;</w:t>
        <w:br/>
        <w:t>(дощу)&lt;br /&gt;</w:t>
        <w:br/>
        <w:t>закликає нас дзвоніння скрапуюче&lt;br /&gt;</w:t>
        <w:br/>
        <w:t>нездійсненність болю а тому і нас&lt;br /&gt;</w:t>
        <w:br/>
        <w:t>а отже і музики —&lt;br /&gt;</w:t>
        <w:br/>
        <w:t>бо нам не задосить пальців&lt;br /&gt;</w:t>
        <w:br/>
        <w:t>бо нам очей не задосить&lt;br /&gt;</w:t>
        <w:br/>
        <w:t>бо нам не задосить нас&lt;br /&gt;</w:t>
        <w:br/>
        <w:t>і болю нашого&lt;br /&gt;</w:t>
        <w:br/>
        <w:t>хай навіть нездійсненного&lt;br /&gt;</w:t>
        <w:br/>
        <w:t>небажаного</w:t>
      </w:r>
    </w:p>
    <w:p>
      <w:r>
        <w:br/>
        <w:t>II</w:t>
      </w:r>
    </w:p>
    <w:p>
      <w:r>
        <w:br/>
        <w:t>ми не маємо дому — але маємо руки&lt;br /&gt;</w:t>
        <w:br/>
        <w:t>і нас&lt;br /&gt;</w:t>
        <w:br/>
        <w:t>і до того ж кохану що освітлює плач&lt;br /&gt;</w:t>
        <w:br/>
        <w:t>та повторення крил у нащадках&lt;br /&gt;</w:t>
        <w:br/>
        <w:t>і тоді проростають питання дзвінких атавізмів&lt;br /&gt;</w:t>
        <w:br/>
        <w:t>вибору поміж нами та крилами</w:t>
      </w:r>
    </w:p>
    <w:p>
      <w:r>
        <w:br/>
        <w:t>ми гукаєм — обирайте останніх —&lt;br /&gt;</w:t>
        <w:br/>
        <w:t>ми не маємо дому —&lt;br /&gt;</w:t>
        <w:br/>
        <w:t>але маємо спомини&lt;br /&gt;</w:t>
        <w:br/>
        <w:t>хіба цього не задосить</w:t>
      </w:r>
    </w:p>
    <w:p>
      <w:r>
        <w:br/>
        <w:t>(щоночі топитись в долонях твоїх&lt;br /&gt;</w:t>
        <w:br/>
        <w:t>і випливати на берег) —</w:t>
      </w:r>
    </w:p>
    <w:p>
      <w:r>
        <w:br/>
        <w:t>з мушлею для тебе&lt;br /&gt;</w:t>
        <w:br/>
        <w:t>з правом на ще одну спробу&lt;br /&gt;</w:t>
        <w:br/>
        <w:t>з правом на спогади і на ключ&lt;br /&gt;</w:t>
        <w:br/>
        <w:t>до неіснуючого дому&lt;br /&gt;</w:t>
        <w:br/>
        <w:t>до сухої землі</w:t>
      </w:r>
    </w:p>
    <w:p>
      <w:r>
        <w:br/>
        <w:t>що раптом проросте словами власними&lt;br /&gt;</w:t>
        <w:br/>
        <w:t>незрозумілими для всіх окрім тебе&lt;br /&gt;</w:t>
        <w:br/>
        <w:t>для тебе окрім усіх&lt;br /&gt;</w:t>
        <w:br/>
        <w:t>бо ви неподільні&lt;br /&gt;</w:t>
        <w:br/>
        <w:t>бо ви неподільні&lt;br /&gt;</w:t>
        <w:br/>
        <w:t>і безсилля твоє — також їхнє безсилля:&lt;br /&gt;</w:t>
        <w:br/>
        <w:t>перед втіхою&lt;br /&gt;</w:t>
        <w:br/>
        <w:t>перед мурахами&lt;br /&gt;</w:t>
        <w:br/>
        <w:t>перед яблуками</w:t>
      </w:r>
    </w:p>
    <w:p>
      <w:r>
        <w:br/>
        <w:t>III</w:t>
      </w:r>
    </w:p>
    <w:p>
      <w:r>
        <w:br/>
        <w:t>в основу дому покладемо рибу&lt;br /&gt;</w:t>
        <w:br/>
        <w:t>цвіркуна&lt;br /&gt;</w:t>
        <w:br/>
        <w:t>зозулю</w:t>
      </w:r>
    </w:p>
    <w:p>
      <w:r>
        <w:br/>
        <w:t>зимовими вечорами вони нам&lt;br /&gt;</w:t>
        <w:br/>
        <w:t>нагадуватимуть про літо</w:t>
      </w:r>
    </w:p>
    <w:p>
      <w:r>
        <w:br/>
        <w:t>до того ж цвіркун гратиме&lt;br /&gt;</w:t>
        <w:br/>
        <w:t>риба співатиме</w:t>
      </w:r>
    </w:p>
    <w:p>
      <w:r>
        <w:br/>
        <w:t>а зозуля рахуватиме&lt;br /&gt;</w:t>
        <w:br/>
        <w:t>скільки всім нам залишилося жити</w:t>
      </w:r>
    </w:p>
    <w:p>
      <w:r>
        <w:br/>
        <w:t>IV</w:t>
      </w:r>
    </w:p>
    <w:p>
      <w:r>
        <w:br/>
        <w:t>раніше ключ лежав тут&lt;br /&gt;</w:t>
        <w:br/>
        <w:t>зараз його нема</w:t>
      </w:r>
    </w:p>
    <w:p>
      <w:r>
        <w:br/>
        <w:t>заходимо з іншого боку&lt;br /&gt;</w:t>
        <w:br/>
        <w:t>шукаємо — і нема</w:t>
      </w:r>
    </w:p>
    <w:p>
      <w:r>
        <w:br/>
        <w:t>лежить кілька соснових голок&lt;br /&gt;</w:t>
        <w:br/>
        <w:t>кілька соснових шишок</w:t>
      </w:r>
    </w:p>
    <w:p>
      <w:r>
        <w:br/>
        <w:t>V</w:t>
      </w:r>
    </w:p>
    <w:p>
      <w:r>
        <w:br/>
        <w:t>стоїш на хмарі&lt;br /&gt;</w:t>
        <w:br/>
        <w:t>заклично махаєш рукою траві&lt;br /&gt;</w:t>
        <w:br/>
        <w:t>людям звірям&lt;br /&gt;</w:t>
        <w:br/>
        <w:t>Марія&lt;br /&gt;</w:t>
        <w:br/>
        <w:t>Марія води і сну&lt;br /&gt;</w:t>
        <w:br/>
        <w:t>Марія пахощів та землі&lt;br /&gt;</w:t>
        <w:br/>
        <w:t>Марія тебе</w:t>
      </w:r>
    </w:p>
    <w:p>
      <w:r>
        <w:br/>
        <w:t>але вітер подихів їхніх і поглядів&lt;br /&gt;</w:t>
        <w:br/>
        <w:t>далі жене хмару&lt;br /&gt;</w:t>
        <w:br/>
        <w:t>махаєш рукою прощально</w:t>
      </w:r>
    </w:p>
    <w:p>
      <w:r>
        <w:br/>
        <w:t>VI</w:t>
      </w:r>
    </w:p>
    <w:p>
      <w:r>
        <w:br/>
        <w:t>вийти в темінь нічного літнього грому&lt;br /&gt;</w:t>
        <w:br/>
        <w:t>торкнутися першої росини&lt;br /&gt;</w:t>
        <w:br/>
        <w:t>на його шорсткій щоці&lt;br /&gt;</w:t>
        <w:br/>
        <w:t>— тату — мовити — тату</w:t>
      </w:r>
    </w:p>
    <w:p>
      <w:r>
        <w:br/>
        <w:t>VII</w:t>
      </w:r>
    </w:p>
    <w:p>
      <w:r>
        <w:br/>
        <w:t>запах ріки&lt;br /&gt;</w:t>
        <w:br/>
        <w:t>запах слідів пташиних на березі&lt;br /&gt;</w:t>
        <w:br/>
        <w:t>кохана —&lt;br /&gt;</w:t>
        <w:br/>
        <w:t>одне і те ж саме&lt;br /&gt;</w:t>
        <w:br/>
        <w:t>стверджую ввечері після купання&lt;br /&gt;</w:t>
        <w:br/>
        <w:t>темний корінь на дні ріки&lt;br /&gt;</w:t>
        <w:br/>
        <w:t>перший жовтий листочок на плесі&lt;br /&gt;</w:t>
        <w:br/>
        <w:t>і я —&lt;br /&gt;</w:t>
        <w:br/>
        <w:t>одне і те ж саме&lt;br /&gt;</w:t>
        <w:br/>
        <w:t>стверджуємо ми</w:t>
      </w:r>
    </w:p>
    <w:p>
      <w:r>
        <w:br/>
        <w:t>VIII</w:t>
      </w:r>
    </w:p>
    <w:p>
      <w:r>
        <w:br/>
        <w:t>але нам не задосить нас</w:t>
      </w:r>
    </w:p>
    <w:p>
      <w:r>
        <w:br/>
        <w:t>1979&lt;br /&gt;</w:t>
        <w:br/>
        <w:t>* * *&lt;br /&gt;</w:t>
        <w:br/>
        <w:t>милий невтішний і сивий&lt;br /&gt;</w:t>
        <w:br/>
        <w:t>мов тато з трояндами&lt;br /&gt;</w:t>
        <w:br/>
        <w:t>наш страшний суд вже нікого&lt;br /&gt;</w:t>
        <w:br/>
        <w:t>торкнутись не зможе&lt;br /&gt;</w:t>
        <w:br/>
        <w:t>тіні жовтаві болючі для птахів осінніх&lt;br /&gt;</w:t>
        <w:br/>
        <w:t>маєм зірвати до одної а чи квітами стати самі&lt;br /&gt;</w:t>
        <w:br/>
        <w:t>наче сива вода наче порухи ангелів в серпні&lt;br /&gt;</w:t>
        <w:br/>
        <w:t>або осінь осіння і таїна щонайважчої&lt;br /&gt;</w:t>
        <w:br/>
        <w:t>вашої мови</w:t>
      </w:r>
    </w:p>
    <w:p>
      <w:r>
        <w:br/>
        <w:t>1979&lt;br /&gt;</w:t>
        <w:br/>
        <w:t>Осінь № 546&lt;br /&gt;</w:t>
        <w:br/>
        <w:t>а іноді так:&lt;br /&gt;</w:t>
        <w:br/>
        <w:t>замети печалі журавлів та розгубленого листя&lt;br /&gt;</w:t>
        <w:br/>
        <w:t>забарвлені в милий вечір&lt;br /&gt;</w:t>
        <w:br/>
        <w:t>знамена дзвінкі відлуння спорохнявіле в кутку&lt;br /&gt;</w:t>
        <w:br/>
        <w:t>поміж батьковим кожухом&lt;br /&gt;</w:t>
        <w:br/>
        <w:t>та очима найлютішого індіанця з племені всіх&lt;br /&gt;</w:t>
        <w:br/>
        <w:t>та ще снігоочищувачі на вулицях&lt;br /&gt;</w:t>
        <w:br/>
        <w:t>розгортають замети печалі&lt;br /&gt;</w:t>
        <w:br/>
        <w:t>водії вниз не дивляться —&lt;br /&gt;</w:t>
        <w:br/>
        <w:t>унизу твоя щирість&lt;br /&gt;</w:t>
        <w:br/>
        <w:t>нікому із них не потрібна</w:t>
      </w:r>
    </w:p>
    <w:p>
      <w:r>
        <w:br/>
        <w:t>маю тебе сльозою барвистою —&lt;br /&gt;</w:t>
        <w:br/>
        <w:t>а вона скочує в ріки стрункі наче струни&lt;br /&gt;</w:t>
        <w:br/>
        <w:t>і чисті мов кров козача&lt;br /&gt;</w:t>
        <w:br/>
        <w:t>пливе до славутича-тата&lt;br /&gt;</w:t>
        <w:br/>
        <w:t>щоб тріпотіти в руках&lt;br /&gt;</w:t>
        <w:br/>
        <w:t>найгіркішого рибалки в світі&lt;br /&gt;</w:t>
        <w:br/>
        <w:t>скочує в темінь&lt;br /&gt;</w:t>
        <w:br/>
        <w:t>така ж самотня як і ця ніч&lt;br /&gt;</w:t>
        <w:br/>
        <w:t>то тепер уже маю їх дві&lt;br /&gt;</w:t>
        <w:br/>
        <w:t>сльозиноньки</w:t>
      </w:r>
    </w:p>
    <w:p>
      <w:r>
        <w:br/>
        <w:t>і — врочистий дощ:&lt;br /&gt;</w:t>
        <w:br/>
        <w:t>не заважайте мені рахувати&lt;br /&gt;</w:t>
        <w:br/>
        <w:t>краплини осені на шибках&lt;br /&gt;</w:t>
        <w:br/>
        <w:t>поцілунки на вустах чужих коханих&lt;br /&gt;</w:t>
        <w:br/>
        <w:t>круків що летітимуть на тлі призахідного сонця&lt;br /&gt;</w:t>
        <w:br/>
        <w:t>опісля дощу&lt;br /&gt;</w:t>
        <w:br/>
        <w:t>і карети доверху закидані червоними квітами&lt;br /&gt;</w:t>
        <w:br/>
        <w:t>і тебе з широко розкритими сірими очима —&lt;br /&gt;</w:t>
        <w:br/>
        <w:t>(осінь прийшла&lt;br /&gt;</w:t>
        <w:br/>
        <w:t>а за нею нікого нема&lt;br /&gt;</w:t>
        <w:br/>
        <w:t>і це — найдивніше…)</w:t>
      </w:r>
    </w:p>
    <w:p>
      <w:r>
        <w:br/>
        <w:t>1979&lt;br /&gt;</w:t>
        <w:br/>
        <w:t>* * *&lt;br /&gt;</w:t>
        <w:br/>
        <w:t>сутінковими птахами&lt;br /&gt;</w:t>
        <w:br/>
        <w:t>поросла твоя мила і втрачена назва&lt;br /&gt;</w:t>
        <w:br/>
        <w:t>музика ледве засніжена&lt;br /&gt;</w:t>
        <w:br/>
        <w:t>за теплими мурами сліз</w:t>
      </w:r>
    </w:p>
    <w:p>
      <w:r>
        <w:br/>
        <w:t>тамуючи землю і світло&lt;br /&gt;</w:t>
        <w:br/>
        <w:t>погляньмо на поле срібне&lt;br /&gt;</w:t>
        <w:br/>
        <w:t>теплим небом налите по вінця&lt;br /&gt;</w:t>
        <w:br/>
        <w:t>темним небом наповнене вщерть</w:t>
      </w:r>
    </w:p>
    <w:p>
      <w:r>
        <w:br/>
        <w:t>дощ повився мов дикий сідий виноград&lt;br /&gt;</w:t>
        <w:br/>
        <w:t>моя смертонько мила я плачу&lt;br /&gt;</w:t>
        <w:br/>
        <w:t>коли трохи ущухне твердий листопад&lt;br /&gt;</w:t>
        <w:br/>
        <w:t>коли попіл ущухне кого ми побачим&lt;br /&gt;</w:t>
        <w:br/>
        <w:t>і кому ми пробачимо щ&amp;#243;&lt;br /&gt;</w:t>
        <w:br/>
        <w:t>світанковими назвами? —</w:t>
      </w:r>
    </w:p>
    <w:p>
      <w:r>
        <w:br/>
        <w:t>тамуючи землю і світло&lt;br /&gt;</w:t>
        <w:br/>
        <w:t>погляньмо на поле срібне&lt;br /&gt;</w:t>
        <w:br/>
        <w:t>(срібне-срібне поле)</w:t>
      </w:r>
    </w:p>
    <w:p>
      <w:r>
        <w:br/>
        <w:t>1979&lt;br /&gt;</w:t>
        <w:br/>
        <w:t>* * *&lt;br /&gt;</w:t>
        <w:br/>
        <w:t>якби ти була моїм голосом&lt;br /&gt;</w:t>
        <w:br/>
        <w:t>і всім що він може назвати&lt;br /&gt;</w:t>
        <w:br/>
        <w:t>якби ти була очима моїми&lt;br /&gt;</w:t>
        <w:br/>
        <w:t>і всім що вони побачать</w:t>
      </w:r>
    </w:p>
    <w:p>
      <w:r>
        <w:br/>
        <w:t>якби ти була всім що може бути&lt;br /&gt;</w:t>
        <w:br/>
        <w:t>і може не бути —</w:t>
      </w:r>
    </w:p>
    <w:p>
      <w:r>
        <w:br/>
        <w:t>голос мій називав би тільки твоє ім&amp;#233;но&lt;br /&gt;</w:t>
        <w:br/>
        <w:t>очі б тебе лише бачили</w:t>
      </w:r>
    </w:p>
    <w:p>
      <w:r>
        <w:br/>
        <w:t>а буття стало б мені за спільника&lt;br /&gt;</w:t>
        <w:br/>
        <w:t>з яким можна довго сидіти&lt;br /&gt;</w:t>
        <w:br/>
        <w:t>розмовляючи про що завгодно&lt;br /&gt;</w:t>
        <w:br/>
        <w:t>а можна просто довго мовчати —&lt;br /&gt;</w:t>
        <w:br/>
        <w:t>хоч і всю ніч</w:t>
      </w:r>
    </w:p>
    <w:p>
      <w:r>
        <w:br/>
        <w:t>і весь ранок&lt;br /&gt;</w:t>
        <w:br/>
        <w:t>і все життя</w:t>
      </w:r>
    </w:p>
    <w:p>
      <w:r>
        <w:br/>
        <w:t>якби ти була моїм голосом та очима&lt;br /&gt;</w:t>
        <w:br/>
        <w:t>якби ти була</w:t>
      </w:r>
    </w:p>
    <w:p>
      <w:r>
        <w:br/>
        <w:t>1979&lt;br /&gt;</w:t>
        <w:br/>
        <w:t>Побожний чай&lt;br /&gt;</w:t>
        <w:br/>
        <w:t>Крихта золота&lt;br /&gt;</w:t>
        <w:br/>
        <w:t>злагідна кинута</w:t>
      </w:r>
    </w:p>
    <w:p>
      <w:r>
        <w:br/>
        <w:t>до вишнево-летючої пащі</w:t>
      </w:r>
    </w:p>
    <w:p>
      <w:r>
        <w:br/>
        <w:t>розтає неслухняно&lt;br /&gt;</w:t>
        <w:br/>
        <w:t>і м'яко</w:t>
      </w:r>
    </w:p>
    <w:p>
      <w:r>
        <w:br/>
        <w:t>і зелена зоря витікає&lt;br /&gt;</w:t>
        <w:br/>
        <w:t>із рани беззвучної</w:t>
      </w:r>
    </w:p>
    <w:p>
      <w:r>
        <w:br/>
        <w:t>бракне струни&lt;br /&gt;</w:t>
        <w:br/>
        <w:t>і страшно труни</w:t>
      </w:r>
    </w:p>
    <w:p>
      <w:r>
        <w:br/>
        <w:t>1980&lt;br /&gt;</w:t>
        <w:br/>
        <w:t>* * *&lt;br /&gt;</w:t>
        <w:br/>
        <w:t>сонце поволі сідає за школою&lt;br /&gt;</w:t>
        <w:br/>
        <w:t>ти розгубив по дорозі слова&lt;br /&gt;</w:t>
        <w:br/>
        <w:t>хочеш мови вкраїнської нової&lt;br /&gt;</w:t>
        <w:br/>
        <w:t>а стара ще жива</w:t>
      </w:r>
    </w:p>
    <w:p>
      <w:r>
        <w:br/>
        <w:t>це так якби мама твоя виходила&lt;br /&gt;</w:t>
        <w:br/>
        <w:t>і на порозі зустріла ще одну&lt;br /&gt;</w:t>
        <w:br/>
        <w:t>молоду саму себе і як тоді&lt;br /&gt;</w:t>
        <w:br/>
        <w:t>ти пояснив би кожній з них</w:t>
      </w:r>
    </w:p>
    <w:p>
      <w:r>
        <w:br/>
        <w:t>кого тобі більше сьогодні треба&lt;br /&gt;</w:t>
        <w:br/>
        <w:t>чому ти кликав і вона прийшла&lt;br /&gt;</w:t>
        <w:br/>
        <w:t>оця друга легка й усміхнена&lt;br /&gt;</w:t>
        <w:br/>
        <w:t>і куди піде перша стара й сумна</w:t>
      </w:r>
    </w:p>
    <w:p>
      <w:r>
        <w:br/>
        <w:t>Боженьку вкрай мене чи розіпни коло себе&lt;br /&gt;</w:t>
        <w:br/>
        <w:t>твою наругу і гнів&lt;br /&gt;</w:t>
        <w:br/>
        <w:t>не заслужив я мерзенний порох&lt;br /&gt;</w:t>
        <w:br/>
        <w:t>зламана квітка просто гній</w:t>
      </w:r>
    </w:p>
    <w:p>
      <w:r>
        <w:br/>
        <w:t>1981&lt;br /&gt;</w:t>
        <w:br/>
        <w:t>Ренесанс (поема)&lt;br /&gt;</w:t>
        <w:br/>
        <w:t>"…треба лиш повернути те, що втрачено.&lt;br /&gt;</w:t>
        <w:br/>
        <w:t>І знайдено, і втрачено знову і знову…"&lt;br /&gt;</w:t>
        <w:br/>
        <w:t>Т. С. Еліот, "Іст Коукер"&lt;br /&gt;</w:t>
        <w:br/>
        <w:t>1</w:t>
      </w:r>
    </w:p>
    <w:p>
      <w:r>
        <w:br/>
        <w:t>І чим далі міцніє затятість,&lt;br /&gt;</w:t>
        <w:br/>
        <w:t>тим ти нижче вклоняєшся лікарю,&lt;br /&gt;</w:t>
        <w:br/>
        <w:t>єдиному, хто не може тебе втішити,&lt;br /&gt;</w:t>
        <w:br/>
        <w:t>єдиному, хто не потребує втішати.</w:t>
      </w:r>
    </w:p>
    <w:p>
      <w:r>
        <w:br/>
        <w:t>Все частіше виходиш на вулиці,&lt;br /&gt;</w:t>
        <w:br/>
        <w:t>безладно наклеєні на планету.&lt;br /&gt;</w:t>
        <w:br/>
        <w:t>Все частіше знаходиш монети,&lt;br /&gt;</w:t>
        <w:br/>
        <w:t>карбовані в п’ятому році, вночі.</w:t>
      </w:r>
    </w:p>
    <w:p>
      <w:r>
        <w:br/>
        <w:t>Люди вже не бояться тебе.&lt;br /&gt;</w:t>
        <w:br/>
        <w:t>І неврожаю вже не бояться.&lt;br /&gt;</w:t>
        <w:br/>
        <w:t>Все частіше разом із ними радієш&lt;br /&gt;</w:t>
        <w:br/>
        <w:t>грації танцюристів, усмішкам повій.</w:t>
      </w:r>
    </w:p>
    <w:p>
      <w:r>
        <w:br/>
        <w:t>Я їхній, лікарю. Хто мій позивач?&lt;br /&gt;</w:t>
        <w:br/>
        <w:t>Хто, як не цей перехожий,&lt;br /&gt;</w:t>
        <w:br/>
        <w:t>мій довільний заручник?&lt;br /&gt;</w:t>
        <w:br/>
        <w:t>І в чому не винен я?</w:t>
      </w:r>
    </w:p>
    <w:p>
      <w:r>
        <w:br/>
        <w:t>2</w:t>
      </w:r>
    </w:p>
    <w:p>
      <w:r>
        <w:br/>
        <w:t>Липи замислюють бджіл.&lt;br /&gt;</w:t>
        <w:br/>
        <w:t>Липи — мені повернуто,&lt;br /&gt;</w:t>
        <w:br/>
        <w:t>бджоли — мені.&lt;br /&gt;</w:t>
        <w:br/>
        <w:t>І дарма, що немає гостинців нашим —&lt;br /&gt;</w:t>
        <w:br/>
        <w:t>не те, що циганським — дітям,&lt;br /&gt;</w:t>
        <w:br/>
        <w:t>адже лиш Марія з пучечком безсмертників&lt;br /&gt;</w:t>
        <w:br/>
        <w:t>віншувала мене з народинами завше,&lt;br /&gt;</w:t>
        <w:br/>
        <w:t>замислено витираючи пилюку&lt;br /&gt;</w:t>
        <w:br/>
        <w:t>на старій радіолі.</w:t>
      </w:r>
    </w:p>
    <w:p>
      <w:r>
        <w:br/>
        <w:t>— Ти вигадав мене, — каже лікар. — Ти&lt;br /&gt;</w:t>
        <w:br/>
        <w:t>вигадав місто і липи, і бджіл.&lt;br /&gt;</w:t>
        <w:br/>
        <w:t>Ти вигадав Бога, мов нетлю,&lt;br /&gt;</w:t>
        <w:br/>
        <w:t>що рветься щоночі до хати,&lt;br /&gt;</w:t>
        <w:br/>
        <w:t>щодня — із неї.</w:t>
      </w:r>
    </w:p>
    <w:p>
      <w:r>
        <w:br/>
        <w:t>3</w:t>
      </w:r>
    </w:p>
    <w:p>
      <w:r>
        <w:br/>
        <w:t>— Ти вбив. Тепер ти мусиш бути, —&lt;br /&gt;</w:t>
        <w:br/>
        <w:t>каже лікар.&lt;br /&gt;</w:t>
        <w:br/>
        <w:t>Татарське зілля, здивлене й зажурене.&lt;br /&gt;</w:t>
        <w:br/>
        <w:t>Продовжуй потайки мережить собі пута&lt;br /&gt;</w:t>
        <w:br/>
        <w:t>під синім небом, між трьох стін.&lt;br /&gt;</w:t>
        <w:br/>
        <w:t>Тобі не буде лиха, бо ти хворий,&lt;br /&gt;</w:t>
        <w:br/>
        <w:t>ти хворий на недолю, — прости.&lt;br /&gt;</w:t>
        <w:br/>
        <w:t>Хіба це важко — поміняти в вазі воду,&lt;br /&gt;</w:t>
        <w:br/>
        <w:t>чи уночі в кімнату нетлі напустить?</w:t>
      </w:r>
    </w:p>
    <w:p>
      <w:r>
        <w:br/>
        <w:t>4</w:t>
      </w:r>
    </w:p>
    <w:p>
      <w:r>
        <w:br/>
        <w:t>Ти заламуєш руки і так боляче просишся,&lt;br /&gt;</w:t>
        <w:br/>
        <w:t>піднімаєш останні знамена плачу.&lt;br /&gt;</w:t>
        <w:br/>
        <w:t>Апельсини на брук — і поко… ой, покотяться&lt;br /&gt;</w:t>
        <w:br/>
        <w:t>серед білої вулиці — і дітей — і дощу.</w:t>
      </w:r>
    </w:p>
    <w:p>
      <w:r>
        <w:br/>
        <w:t>Де я? Мають натомлені птиці&lt;br /&gt;</w:t>
        <w:br/>
        <w:t>під високими зорями, над широкими площами.&lt;br /&gt;</w:t>
        <w:br/>
        <w:t>Усміхайся, заплющуй тихесенько очі, —&lt;br /&gt;</w:t>
        <w:br/>
        <w:t>ти непроханий тут і непрощений.</w:t>
      </w:r>
    </w:p>
    <w:p>
      <w:r>
        <w:br/>
        <w:t>5</w:t>
      </w:r>
    </w:p>
    <w:p>
      <w:r>
        <w:br/>
        <w:t>У театрі, Галинко,&lt;br /&gt;</w:t>
        <w:br/>
        <w:t>ми не зможем бути самотніми.&lt;br /&gt;</w:t>
        <w:br/>
        <w:t>Ти ж бо знала.&lt;br /&gt;</w:t>
        <w:br/>
        <w:t>Щебече в руці картонний квиток&lt;br /&gt;</w:t>
        <w:br/>
        <w:t>для проїзду в загальних вагонах&lt;br /&gt;</w:t>
        <w:br/>
        <w:t>поїздів пасажирських,&lt;br /&gt;</w:t>
        <w:br/>
        <w:t>що поїдуть сьогодні&lt;br /&gt;</w:t>
        <w:br/>
        <w:t>в моє місто.</w:t>
      </w:r>
    </w:p>
    <w:p>
      <w:r>
        <w:br/>
        <w:t>Слава Богу, що я не побачу тебе мертвою.&lt;br /&gt;</w:t>
        <w:br/>
        <w:t>Слава Богу, що я не побачу тебе.</w:t>
      </w:r>
    </w:p>
    <w:p>
      <w:r>
        <w:br/>
        <w:t>Лиш не сердься.&lt;br /&gt;</w:t>
        <w:br/>
        <w:t>У виставі, Галинко,&lt;br /&gt;</w:t>
        <w:br/>
        <w:t>глядачам заборонено участь брати,&lt;br /&gt;</w:t>
        <w:br/>
        <w:t>плювати на підлогу і лузати насіння.&lt;br /&gt;</w:t>
        <w:br/>
        <w:t>Та знаходяться певні ексцентрики,&lt;br /&gt;</w:t>
        <w:br/>
        <w:t>що собі дозволяють усе це,&lt;br /&gt;</w:t>
        <w:br/>
        <w:t>і, звісно, зазнають справедливої кари&lt;br /&gt;</w:t>
        <w:br/>
        <w:t>з боку адміністрації —&lt;br /&gt;</w:t>
        <w:br/>
        <w:t>штраф або смерть.</w:t>
      </w:r>
    </w:p>
    <w:p>
      <w:r>
        <w:br/>
        <w:t>6</w:t>
      </w:r>
    </w:p>
    <w:p>
      <w:r>
        <w:br/>
        <w:t>Як дивиться лікар в очі Марії! —&lt;br /&gt;</w:t>
        <w:br/>
        <w:t>голуби купаються в погляді,&lt;br /&gt;</w:t>
        <w:br/>
        <w:t>приливають пір’їни до скронь,&lt;br /&gt;</w:t>
        <w:br/>
        <w:t>змушують посміхатися ріллю і росу&lt;br /&gt;</w:t>
        <w:br/>
        <w:t>на покинутому звечора плузі.&lt;br /&gt;</w:t>
        <w:br/>
        <w:t>І довіра єднається сяйвом&lt;br /&gt;</w:t>
        <w:br/>
        <w:t>із сяйвом коралів на шиї.&lt;br /&gt;</w:t>
        <w:br/>
        <w:t>І рвучкість, з якою знімає вона сукню —&lt;br /&gt;</w:t>
        <w:br/>
        <w:t>то рвучкість кісток до біління свого.&lt;br /&gt;</w:t>
        <w:br/>
        <w:t>Як чужіша тобі пучок безсмертників —&lt;br /&gt;</w:t>
        <w:br/>
        <w:t>пропорційно своєму засиханню.&lt;br /&gt;</w:t>
        <w:br/>
        <w:t>Чим міцніше стискають вони руки,&lt;br /&gt;</w:t>
        <w:br/>
        <w:t>чим ближче —&lt;br /&gt;</w:t>
        <w:br/>
        <w:t>тим далі.</w:t>
      </w:r>
    </w:p>
    <w:p>
      <w:r>
        <w:br/>
        <w:t>7</w:t>
      </w:r>
    </w:p>
    <w:p>
      <w:r>
        <w:br/>
        <w:t>І чим далі міцніє затятість,&lt;br /&gt;</w:t>
        <w:br/>
        <w:t>тим ти нижче вклоняєшся мамі.&lt;br /&gt;</w:t>
        <w:br/>
        <w:t>Купуєш іграшки та гвоздики,&lt;br /&gt;</w:t>
        <w:br/>
        <w:t>приносиш і віддаєш наодинці.&lt;br /&gt;</w:t>
        <w:br/>
        <w:t>Не любові вже просиш —&lt;br /&gt;</w:t>
        <w:br/>
        <w:t>копійок на сиґарети,&lt;br /&gt;</w:t>
        <w:br/>
        <w:t>бо за ті, що знайшов на вулиці,&lt;br /&gt;</w:t>
        <w:br/>
        <w:t>вже не купиш&lt;br /&gt;</w:t>
        <w:br/>
        <w:t>ні сиґарет, ні іграшок, ні гвоздик.&lt;br /&gt;</w:t>
        <w:br/>
        <w:t>Викликають лиш посмішку&lt;br /&gt;</w:t>
        <w:br/>
        <w:t>в антиквара.</w:t>
      </w:r>
    </w:p>
    <w:p>
      <w:r>
        <w:br/>
        <w:t>Все частіше виходиш на вулиці,&lt;br /&gt;</w:t>
        <w:br/>
        <w:t>спокійно досліджуєш релігію спектру,&lt;br /&gt;</w:t>
        <w:br/>
        <w:t>вибухаючу в світлій липневій воді,&lt;br /&gt;</w:t>
        <w:br/>
        <w:t>в контрапункті хмар,&lt;br /&gt;</w:t>
        <w:br/>
        <w:t>щойно вирізьбленому вітром, дощем, далиною.</w:t>
      </w:r>
    </w:p>
    <w:p>
      <w:r>
        <w:br/>
        <w:t>Вже нікуди ти не поїдеш,&lt;br /&gt;</w:t>
        <w:br/>
        <w:t>Бог із ним, з тим святим Граалем,&lt;br /&gt;</w:t>
        <w:br/>
        <w:t>з нами Бог.</w:t>
      </w:r>
    </w:p>
    <w:p>
      <w:r>
        <w:br/>
        <w:t>Проходить час — і кров твоя — дим,&lt;br /&gt;</w:t>
        <w:br/>
        <w:t>і хата — срібне колібрі — вмира на долоні.&lt;br /&gt;</w:t>
        <w:br/>
        <w:t>Вже не мудрий — бо є зраджене Слово,&lt;br /&gt;</w:t>
        <w:br/>
        <w:t>і не той, хто питає — бо є сказане Слово,&lt;br /&gt;</w:t>
        <w:br/>
        <w:t>і не той, хто вчить — бо Словом не вчать.</w:t>
      </w:r>
    </w:p>
    <w:p>
      <w:r>
        <w:br/>
        <w:t>1983&lt;br /&gt;</w:t>
        <w:br/>
        <w:t>Частина четверта&lt;br /&gt;</w:t>
        <w:br/>
        <w:t>Для троянди (поема)&lt;br /&gt;</w:t>
        <w:br/>
        <w:t>Rose, oh reiner Widerspruch. Lust.&lt;br /&gt;</w:t>
        <w:br/>
        <w:t>Niemandes Schlaf zu sein Unter soviel&lt;br /&gt;</w:t>
        <w:br/>
        <w:t>Lieder.&lt;br /&gt;</w:t>
        <w:br/>
        <w:t>I</w:t>
      </w:r>
    </w:p>
    <w:p>
      <w:r>
        <w:br/>
        <w:t>Руйнуючи свою безмовну самотність,&lt;br /&gt;</w:t>
        <w:br/>
        <w:t>Я нищу свою свободу.</w:t>
      </w:r>
    </w:p>
    <w:p>
      <w:r>
        <w:br/>
        <w:t>Люди не ті, за кого їх вважають;&lt;br /&gt;</w:t>
        <w:br/>
        <w:t>Не ті, за кого видають себе;&lt;br /&gt;</w:t>
        <w:br/>
        <w:t>І не такі, якими видаються самим собі.</w:t>
      </w:r>
    </w:p>
    <w:p>
      <w:r>
        <w:br/>
        <w:t>Постійно стережися&lt;br /&gt;</w:t>
        <w:br/>
        <w:t>Великої зараженості і заразності&lt;br /&gt;</w:t>
        <w:br/>
        <w:t>Кожної людини без винятку.</w:t>
      </w:r>
    </w:p>
    <w:p>
      <w:r>
        <w:br/>
        <w:t>В боротьбі за викривлене&lt;br /&gt;</w:t>
        <w:br/>
        <w:t>І демонічне життя та відповідний світогляд&lt;br /&gt;</w:t>
        <w:br/>
        <w:t>Ця п’яна і задурманена істота&lt;br /&gt;</w:t>
        <w:br/>
        <w:t>Здатна винищувати як подібних собі,&lt;br /&gt;</w:t>
        <w:br/>
        <w:t>Так і неподібних.</w:t>
      </w:r>
    </w:p>
    <w:p>
      <w:r>
        <w:br/>
        <w:t>Через це будь невидимим,&lt;br /&gt;</w:t>
        <w:br/>
        <w:t>Неосягальним і недосяжним.</w:t>
      </w:r>
    </w:p>
    <w:p>
      <w:r>
        <w:br/>
        <w:t>Погляд на себе очима людей&lt;br /&gt;</w:t>
        <w:br/>
        <w:t>Робить тебе відкритим для них&lt;br /&gt;</w:t>
        <w:br/>
        <w:t>І незакінченим, бо закінчення твоє відтак&lt;br /&gt;</w:t>
        <w:br/>
        <w:t>У тих, хто довкола.</w:t>
      </w:r>
    </w:p>
    <w:p>
      <w:r>
        <w:br/>
        <w:t>Свідомо зроблена помилка&lt;br /&gt;</w:t>
        <w:br/>
        <w:t>Означає втрату чистоти&lt;br /&gt;</w:t>
        <w:br/>
        <w:t>нікомуненалежності,&lt;br /&gt;</w:t>
        <w:br/>
        <w:t>уподібнення людині&lt;br /&gt;</w:t>
        <w:br/>
        <w:t>і перехід в її стан, місцезнаходження&lt;br /&gt;</w:t>
        <w:br/>
        <w:t>в котрійсь із людських систем, зумовленість, залежність і бруд,&lt;br /&gt;</w:t>
        <w:br/>
        <w:t>які тільки людина і може витримати.</w:t>
      </w:r>
    </w:p>
    <w:p>
      <w:r>
        <w:br/>
        <w:t>Уникнути законів отари&lt;br /&gt;</w:t>
        <w:br/>
        <w:t>І загрози натовпу —&lt;br /&gt;</w:t>
        <w:br/>
        <w:t>Можливо.&lt;br /&gt;</w:t>
        <w:br/>
        <w:t>Для цього треба остаточно&lt;br /&gt;</w:t>
        <w:br/>
        <w:t>Усвідомити власну відмінність&lt;br /&gt;</w:t>
        <w:br/>
        <w:t>Від людини, недолюдка і надлюдини.</w:t>
      </w:r>
    </w:p>
    <w:p>
      <w:r>
        <w:br/>
        <w:t>Я відрізняюся від них так само,&lt;br /&gt;</w:t>
        <w:br/>
        <w:t>Як троянда від ворон.&lt;br /&gt;</w:t>
        <w:br/>
        <w:t>Будь непроникним і знай,&lt;br /&gt;</w:t>
        <w:br/>
        <w:t>Що зовні ти порожній.</w:t>
      </w:r>
    </w:p>
    <w:p>
      <w:r>
        <w:br/>
        <w:t>II</w:t>
      </w:r>
    </w:p>
    <w:p>
      <w:r>
        <w:br/>
        <w:t>Ти безіменний, ти неназваний,&lt;br /&gt;</w:t>
        <w:br/>
        <w:t>Адже кожне ім’я&lt;br /&gt;</w:t>
        <w:br/>
        <w:t>І сама необхідність називати&lt;br /&gt;</w:t>
        <w:br/>
        <w:t>Виникли з потреб людини.</w:t>
      </w:r>
    </w:p>
    <w:p>
      <w:r>
        <w:br/>
        <w:t>Те ім'я, яке тобі дали&lt;br /&gt;</w:t>
        <w:br/>
        <w:t>При народженні,&lt;br /&gt;</w:t>
        <w:br/>
        <w:t>Не означає нічого,&lt;br /&gt;</w:t>
        <w:br/>
        <w:t>Воно цілком випадкове.&lt;br /&gt;</w:t>
        <w:br/>
        <w:t>Замість нього могло бути зовсім інше.</w:t>
      </w:r>
    </w:p>
    <w:p>
      <w:r>
        <w:br/>
        <w:t>Троянда не знає того,&lt;br /&gt;</w:t>
        <w:br/>
        <w:t>Що вона "троянда".&lt;br /&gt;</w:t>
        <w:br/>
        <w:t>Вона не має власного імені.&lt;br /&gt;</w:t>
        <w:br/>
        <w:t>Ім’я троянди не існує;&lt;br /&gt;</w:t>
        <w:br/>
        <w:t>Ім’я троянди — ілюзія,&lt;br /&gt;</w:t>
        <w:br/>
        <w:t>Тоді як сама троянда —&lt;br /&gt;</w:t>
        <w:br/>
        <w:t>Дійсність,&lt;br /&gt;</w:t>
        <w:br/>
        <w:t>Чиста у своїй безіменності;&lt;br /&gt;</w:t>
        <w:br/>
        <w:t>Безіменність, неназваність, неозначуваність&lt;br /&gt;</w:t>
        <w:br/>
        <w:t>— це теж нікомуненалежність.</w:t>
      </w:r>
    </w:p>
    <w:p>
      <w:r>
        <w:br/>
        <w:t>Не шукай собі імена.&lt;br /&gt;</w:t>
        <w:br/>
        <w:t>Навіщо тобі це робити,&lt;br /&gt;</w:t>
        <w:br/>
        <w:t>Якщо тим самим займаються люди?&lt;br /&gt;</w:t>
        <w:br/>
        <w:t>Люди все на світі понабивали іменами&lt;br /&gt;</w:t>
        <w:br/>
        <w:t>І вважають, що їм належить усе;&lt;br /&gt;</w:t>
        <w:br/>
        <w:t>Але людям і іменам не належить&lt;br /&gt;</w:t>
        <w:br/>
        <w:t>Нічого.</w:t>
      </w:r>
    </w:p>
    <w:p>
      <w:r>
        <w:br/>
        <w:t>Як і троянда,&lt;br /&gt;</w:t>
        <w:br/>
        <w:t>Ти не можеш мати дійсного імені,&lt;br /&gt;</w:t>
        <w:br/>
        <w:t>Тому що кожне ім’я недійсне,&lt;br /&gt;</w:t>
        <w:br/>
        <w:t>І не має нічого спільного ні з трояндою,&lt;br /&gt;</w:t>
        <w:br/>
        <w:t>Ні з тобою.</w:t>
      </w:r>
    </w:p>
    <w:p>
      <w:r>
        <w:br/>
        <w:t>"Є" — це "є" троянди;&lt;br /&gt;</w:t>
        <w:br/>
        <w:t>Сказати більше про неї неможливо,&lt;br /&gt;</w:t>
        <w:br/>
        <w:t>Та й саме "є"&lt;br /&gt;</w:t>
        <w:br/>
        <w:t>Не треба проказувати вголос,&lt;br /&gt;</w:t>
        <w:br/>
        <w:t>Воно невіддільне від троянди.&lt;br /&gt;</w:t>
        <w:br/>
        <w:t>Воно не запізнюється,&lt;br /&gt;</w:t>
        <w:br/>
        <w:t>Бо кожне слово —&lt;br /&gt;</w:t>
        <w:br/>
        <w:t>Це запізнення, луна і криве дзеркало;&lt;br /&gt;</w:t>
        <w:br/>
        <w:t>Це розбивання цілісної&lt;br /&gt;</w:t>
        <w:br/>
        <w:t>Єдиної троянди&lt;br /&gt;</w:t>
        <w:br/>
        <w:t>На тисячі&lt;br /&gt;</w:t>
        <w:br/>
        <w:t>Нічим не об’єднаних між собою&lt;br /&gt;</w:t>
        <w:br/>
        <w:t>Скалок.</w:t>
      </w:r>
    </w:p>
    <w:p>
      <w:r>
        <w:br/>
        <w:t>Троянду можна тільки побачити сповна,&lt;br /&gt;</w:t>
        <w:br/>
        <w:t>Висловитися про неї неможливо.</w:t>
      </w:r>
    </w:p>
    <w:p>
      <w:r>
        <w:br/>
        <w:t>III</w:t>
      </w:r>
    </w:p>
    <w:p>
      <w:r>
        <w:br/>
        <w:t>Назвати — отже, зробити власністю;&lt;br /&gt;</w:t>
        <w:br/>
        <w:t>Але людям і назвам не належить&lt;br /&gt;</w:t>
        <w:br/>
        <w:t>Нічого.</w:t>
      </w:r>
    </w:p>
    <w:p>
      <w:r>
        <w:br/>
        <w:t>Мова — найбільша омана людини.&lt;br /&gt;</w:t>
        <w:br/>
        <w:t>Дійсність — не сон, вона дійсна;&lt;br /&gt;</w:t>
        <w:br/>
        <w:t>Сон — це мова і мова — це сон.</w:t>
      </w:r>
    </w:p>
    <w:p>
      <w:r>
        <w:br/>
        <w:t>Через першопричину —&lt;br /&gt;</w:t>
        <w:br/>
        <w:t>Нікомуненалежність усього —&lt;br /&gt;</w:t>
        <w:br/>
        <w:t>Висловитися неможливо ні про що;&lt;br /&gt;</w:t>
        <w:br/>
        <w:t>Але єдине бажання,&lt;br /&gt;</w:t>
        <w:br/>
        <w:t>Яке виникає в людей&lt;br /&gt;</w:t>
        <w:br/>
        <w:t>При зустрічі з дійсністю —&lt;br /&gt;</w:t>
        <w:br/>
        <w:t>Це бажання негайно назвати її,&lt;br /&gt;</w:t>
        <w:br/>
        <w:t>Перенести цілком дійсне явище&lt;br /&gt;</w:t>
        <w:br/>
        <w:t>В площину понять і свідомості&lt;br /&gt;</w:t>
        <w:br/>
        <w:t>З тим, щоб, знов-таки, мати його.&lt;br /&gt;</w:t>
        <w:br/>
        <w:t>Отак з нікомуненалежної дійсності&lt;br /&gt;</w:t>
        <w:br/>
        <w:t>Виникає м а й я, якій належать усі люди.&lt;br /&gt;</w:t>
        <w:br/>
        <w:t>Майя слова, майя назви,&lt;br /&gt;</w:t>
        <w:br/>
        <w:t>Ілюзія власності, залежність від ілюзії&lt;br /&gt;</w:t>
        <w:br/>
        <w:t>І зумовленість нею.&lt;br /&gt;</w:t>
        <w:br/>
        <w:t>Була одна дійсність,&lt;br /&gt;</w:t>
        <w:br/>
        <w:t>Потім друга, за нею третя —&lt;br /&gt;</w:t>
        <w:br/>
        <w:t>Неможливо перелічити і описати&lt;br /&gt;</w:t>
        <w:br/>
        <w:t>Кожну з хвиль єдиного океану,&lt;br /&gt;</w:t>
        <w:br/>
        <w:t>І ні в кого, крім людей,&lt;br /&gt;</w:t>
        <w:br/>
        <w:t>Такої потреби не виникає.&lt;br /&gt;</w:t>
        <w:br/>
        <w:t>Мова безпосередньо стосується подиху,&lt;br /&gt;</w:t>
        <w:br/>
        <w:t>Вона — коливання того ж повітря,&lt;br /&gt;</w:t>
        <w:br/>
        <w:t>Завдяки якому я живу.&lt;br /&gt;</w:t>
        <w:br/>
        <w:t>Але мова — це тріщина,&lt;br /&gt;</w:t>
        <w:br/>
        <w:t>Це розбивання одного плавного подиху&lt;br /&gt;</w:t>
        <w:br/>
        <w:t>На ряд фрагментів.&lt;br /&gt;</w:t>
        <w:br/>
        <w:t>Розбивання цілісної єдності скла&lt;br /&gt;</w:t>
        <w:br/>
        <w:t>На скельця до калейдоскопу.</w:t>
      </w:r>
    </w:p>
    <w:p>
      <w:r>
        <w:br/>
        <w:t>І чисте відчуття, і чистий настрій,&lt;br /&gt;</w:t>
        <w:br/>
        <w:t>І чиста думка оскверняються словом,&lt;br /&gt;</w:t>
        <w:br/>
        <w:t>Спотворюються і руйнуються ним.&lt;br /&gt;</w:t>
        <w:br/>
        <w:t>У слова є лише йому належна&lt;br /&gt;</w:t>
        <w:br/>
        <w:t>Дійсність ілюзії,&lt;br /&gt;</w:t>
        <w:br/>
        <w:t>І тільки в цьому ілюзійному середовищі&lt;br /&gt;</w:t>
        <w:br/>
        <w:t>Воно живе.</w:t>
      </w:r>
    </w:p>
    <w:p>
      <w:r>
        <w:br/>
        <w:t>Слово — рефлексія,&lt;br /&gt;</w:t>
        <w:br/>
        <w:t>Якій ніколи не буде кінця;&lt;br /&gt;</w:t>
        <w:br/>
        <w:t>Як неможливо знайти останнє число,&lt;br /&gt;</w:t>
        <w:br/>
        <w:t>Так неможливо знайти останнє слово&lt;br /&gt;</w:t>
        <w:br/>
        <w:t>І кінець рефлексії, яку воно створює,&lt;br /&gt;</w:t>
        <w:br/>
        <w:t>І кінець ілюзії, яка виникає через слово&lt;br /&gt;</w:t>
        <w:br/>
        <w:t>І щезає разом з ним.</w:t>
      </w:r>
    </w:p>
    <w:p>
      <w:r>
        <w:br/>
        <w:t>Мова існує завдяки подиху,&lt;br /&gt;</w:t>
        <w:br/>
        <w:t>Розбиваючи його, четвертуючи, обмежуючи;&lt;br /&gt;</w:t>
        <w:br/>
        <w:t>Мова існує також завдяки мисленню;&lt;br /&gt;</w:t>
        <w:br/>
        <w:t>Мова паразитує на одному й на іншому,&lt;br /&gt;</w:t>
        <w:br/>
        <w:t>Ніколи не в стані бути дійсним мисленням;&lt;br /&gt;</w:t>
        <w:br/>
        <w:t>Мова може бути&lt;br /&gt;</w:t>
        <w:br/>
        <w:t>Тільки ілюзією мислення.</w:t>
      </w:r>
    </w:p>
    <w:p>
      <w:r>
        <w:br/>
        <w:t>IV</w:t>
      </w:r>
    </w:p>
    <w:p>
      <w:r>
        <w:br/>
        <w:t>Мислення також існує завдяки подиху.&lt;br /&gt;</w:t>
        <w:br/>
        <w:t>Якщо ти прибереш цю ілюзорну стіну&lt;br /&gt;</w:t>
        <w:br/>
        <w:t>Поміж мисленням і подихом,&lt;br /&gt;</w:t>
        <w:br/>
        <w:t>Якщо ти знешкодиш мову,&lt;br /&gt;</w:t>
        <w:br/>
        <w:t>Тоді, коли чистий подих і чисте мислення&lt;br /&gt;</w:t>
        <w:br/>
        <w:t>Зіллються —&lt;br /&gt;</w:t>
        <w:br/>
        <w:t>Тоді щезнуть припущення,&lt;br /&gt;</w:t>
        <w:br/>
        <w:t>невпевненість і недовіра до себе,&lt;br /&gt;</w:t>
        <w:br/>
        <w:t>а буде дійсність, одночасна з тобою,&lt;br /&gt;</w:t>
        <w:br/>
        <w:t>і ти — одночасний з дійсністю,&lt;br /&gt;</w:t>
        <w:br/>
        <w:t>і ти будеш дійсністю.</w:t>
      </w:r>
    </w:p>
    <w:p>
      <w:r>
        <w:br/>
        <w:t>Тіло твоє бути повинно&lt;br /&gt;</w:t>
        <w:br/>
        <w:t>Сяйним безмірно, як тіло троянди,&lt;br /&gt;</w:t>
        <w:br/>
        <w:t>Чисте в доцільності.&lt;br /&gt;</w:t>
        <w:br/>
        <w:t>Воно цілком позбавлене зайвини.&lt;br /&gt;</w:t>
        <w:br/>
        <w:t>Воно сильне, пружне і струнке.&lt;br /&gt;</w:t>
        <w:br/>
        <w:t>Тіло троянди прекрасне&lt;br /&gt;</w:t>
        <w:br/>
        <w:t>І чарує своєю єдністю, — неможливо сказати,&lt;br /&gt;</w:t>
        <w:br/>
        <w:t>Де тіло троянди,&lt;br /&gt;</w:t>
        <w:br/>
        <w:t>А де вона сама.</w:t>
      </w:r>
    </w:p>
    <w:p>
      <w:r>
        <w:br/>
        <w:t>На кожне порушення нікомуненалежності&lt;br /&gt;</w:t>
        <w:br/>
        <w:t>Тіло відповідає болем.&lt;br /&gt;</w:t>
        <w:br/>
        <w:t>Люди дуже люблять завдавати біль;&lt;br /&gt;</w:t>
        <w:br/>
        <w:t>Муки подібних їм і неподібних&lt;br /&gt;</w:t>
        <w:br/>
        <w:t>Приносять людям насолоду;&lt;br /&gt;</w:t>
        <w:br/>
        <w:t>Що більші муки, то більша насолода;&lt;br /&gt;</w:t>
        <w:br/>
        <w:t>Що більша подібність жертви до людей,&lt;br /&gt;</w:t>
        <w:br/>
        <w:t>То більше вони радіють, —&lt;br /&gt;</w:t>
        <w:br/>
        <w:t>Це ще один спосіб їхнього задурманення.</w:t>
      </w:r>
    </w:p>
    <w:p>
      <w:r>
        <w:br/>
        <w:t>Тому ніколи не уподібнюйся людям.</w:t>
      </w:r>
    </w:p>
    <w:p>
      <w:r>
        <w:br/>
        <w:t>Їм дуже цікаво мучити смерть,&lt;br /&gt;</w:t>
        <w:br/>
        <w:t>Присутню в тілі;&lt;br /&gt;</w:t>
        <w:br/>
        <w:t>Ця цікавість і насолода&lt;br /&gt;</w:t>
        <w:br/>
        <w:t>Виникають з великої ненависті людей&lt;br /&gt;</w:t>
        <w:br/>
        <w:t>До нікомуненалежності іншої істоти&lt;br /&gt;</w:t>
        <w:br/>
        <w:t>І до її смерті.</w:t>
      </w:r>
    </w:p>
    <w:p>
      <w:r>
        <w:br/>
        <w:t>Тому мертва істота для них нецікава.&lt;br /&gt;</w:t>
        <w:br/>
        <w:t>Зів’ялу троянду вони викидають&lt;br /&gt;</w:t>
        <w:br/>
        <w:t>На смітник.&lt;br /&gt;</w:t>
        <w:br/>
        <w:t>Дехто з людей знаходить втіху&lt;br /&gt;</w:t>
        <w:br/>
        <w:t>В муках свідомості іншої істоти,&lt;br /&gt;</w:t>
        <w:br/>
        <w:t>І таких більше, ніж тих,&lt;br /&gt;</w:t>
        <w:br/>
        <w:t>Хто кохається в муках її тіла.</w:t>
      </w:r>
    </w:p>
    <w:p>
      <w:r>
        <w:br/>
        <w:t>Йдеться не про перемогу&lt;br /&gt;</w:t>
        <w:br/>
        <w:t>Над муками власного тіла,&lt;br /&gt;</w:t>
        <w:br/>
        <w:t>А про перемогу над свідомістю людей.&lt;br /&gt;</w:t>
        <w:br/>
        <w:t>Бо все це для них є грою, —&lt;br /&gt;</w:t>
        <w:br/>
        <w:t>І боротьба, якої вони прагнуть.&lt;br /&gt;</w:t>
        <w:br/>
        <w:t>І муки, і проникнення за межі&lt;br /&gt;</w:t>
        <w:br/>
        <w:t>Чиєїсь нікомуненалежності, —&lt;br /&gt;</w:t>
        <w:br/>
        <w:t>Все це для них тільки забава.</w:t>
      </w:r>
    </w:p>
    <w:p>
      <w:r>
        <w:br/>
        <w:t>А коли з-за тих меж&lt;br /&gt;</w:t>
        <w:br/>
        <w:t>Раптом дихне на них вогонь всеспалюючий;&lt;br /&gt;</w:t>
        <w:br/>
        <w:t>А коли збагнуть вони,&lt;br /&gt;</w:t>
        <w:br/>
        <w:t>Що це вже не гра, —&lt;br /&gt;</w:t>
        <w:br/>
        <w:t>Тоді вони втікають, не озираючись,&lt;br /&gt;</w:t>
        <w:br/>
        <w:t>Тоді вони плачуть і скаржаться іншим людям&lt;br /&gt;</w:t>
        <w:br/>
        <w:t>На той вогонь,&lt;br /&gt;</w:t>
        <w:br/>
        <w:t>І бояться повертатися туди,&lt;br /&gt;</w:t>
        <w:br/>
        <w:t>І мріють про одне, —&lt;br /&gt;</w:t>
        <w:br/>
        <w:t>Як вогонь знищити.</w:t>
      </w:r>
    </w:p>
    <w:p>
      <w:r>
        <w:br/>
        <w:t>Ось чому треба уникати людей,&lt;br /&gt;</w:t>
        <w:br/>
        <w:t>Як роблять це звірі, боги і птахи.</w:t>
      </w:r>
    </w:p>
    <w:p>
      <w:r>
        <w:br/>
        <w:t>V</w:t>
      </w:r>
    </w:p>
    <w:p>
      <w:r>
        <w:br/>
        <w:t>Довкола блукає безліч ловців твого розуму;&lt;br /&gt;</w:t>
        <w:br/>
        <w:t>Течуть брудні потоки брехні;&lt;br /&gt;</w:t>
        <w:br/>
        <w:t>Довкола сіті ілюзії, яка хоче належати всім&lt;br /&gt;</w:t>
        <w:br/>
        <w:t>І всіх хоче мати своїми.</w:t>
      </w:r>
    </w:p>
    <w:p>
      <w:r>
        <w:br/>
        <w:t>Варто один раз напитися з цих калюж, —&lt;br /&gt;</w:t>
        <w:br/>
        <w:t>І ти вже отруєний,&lt;br /&gt;</w:t>
        <w:br/>
        <w:t>І ти мислиш як людина,&lt;br /&gt;</w:t>
        <w:br/>
        <w:t>Так само безмежно гордий&lt;br /&gt;</w:t>
        <w:br/>
        <w:t>Зі своєї задурманеної свідомості,&lt;br /&gt;</w:t>
        <w:br/>
        <w:t>І відчуваєш рабську єдність&lt;br /&gt;</w:t>
        <w:br/>
        <w:t>З натовпом нечесних, недобросовісних&lt;br /&gt;</w:t>
        <w:br/>
        <w:t>Гравців,&lt;br /&gt;</w:t>
        <w:br/>
        <w:t>Спільний напрям думок,&lt;br /&gt;</w:t>
        <w:br/>
        <w:t>Одностайність висновків,&lt;br /&gt;</w:t>
        <w:br/>
        <w:t>Любов до всього людства без винятку,&lt;br /&gt;</w:t>
        <w:br/>
        <w:t>Не усвідомлюючи, що ти просто п'яний&lt;br /&gt;</w:t>
        <w:br/>
        <w:t>І впав дуже низько.</w:t>
      </w:r>
    </w:p>
    <w:p>
      <w:r>
        <w:br/>
        <w:t>Недобросовісність,&lt;br /&gt;</w:t>
        <w:br/>
        <w:t>Відсутність культури духу та мислення&lt;br /&gt;</w:t>
        <w:br/>
        <w:t>Витворили огидний світ,&lt;br /&gt;</w:t>
        <w:br/>
        <w:t>У якому існує людина.</w:t>
      </w:r>
    </w:p>
    <w:p>
      <w:r>
        <w:br/>
        <w:t>Все дійсне для неї є страшним і небажаним,&lt;br /&gt;</w:t>
        <w:br/>
        <w:t>А в першу чергу — смерть.&lt;br /&gt;</w:t>
        <w:br/>
        <w:t>Почуття страху перед людьми&lt;br /&gt;</w:t>
        <w:br/>
        <w:t>Або перед нічим,&lt;br /&gt;</w:t>
        <w:br/>
        <w:t>Почуття турботи ні про що,&lt;br /&gt;</w:t>
        <w:br/>
        <w:t>Або про все зразу,&lt;br /&gt;</w:t>
        <w:br/>
        <w:t>Або про те, що не є конче потрібним&lt;br /&gt;</w:t>
        <w:br/>
        <w:t>Для дійсного існування,&lt;br /&gt;</w:t>
        <w:br/>
        <w:t>Недостовірність ілюзії,&lt;br /&gt;</w:t>
        <w:br/>
        <w:t>Яка є життєвим середовищем людей,&lt;br /&gt;</w:t>
        <w:br/>
        <w:t>І подібне, —&lt;br /&gt;</w:t>
        <w:br/>
        <w:t>Все це перетворило&lt;br /&gt;</w:t>
        <w:br/>
        <w:t>Просту і прекрасну дійсність&lt;br /&gt;</w:t>
        <w:br/>
        <w:t>На кошмар божевільні,&lt;br /&gt;</w:t>
        <w:br/>
        <w:t>Де є найрізноманітніші вияви&lt;br /&gt;</w:t>
        <w:br/>
        <w:t>Одної-єдиної хвороби&lt;br /&gt;</w:t>
        <w:br/>
        <w:t>І немає жодних ліків,&lt;br /&gt;</w:t>
        <w:br/>
        <w:t>Крім тих, які заспокоюють&lt;br /&gt;</w:t>
        <w:br/>
        <w:t>Чи присипляють,&lt;br /&gt;</w:t>
        <w:br/>
        <w:t>Тим самим відбираючи&lt;br /&gt;</w:t>
        <w:br/>
        <w:t>Останню можливість порятунку, —&lt;br /&gt;</w:t>
        <w:br/>
        <w:t>Шлях до дійсності.</w:t>
      </w:r>
    </w:p>
    <w:p>
      <w:r>
        <w:br/>
        <w:t>В'язниця, божевільня, смертна кара, —&lt;br /&gt;</w:t>
        <w:br/>
        <w:t>Ось кілька винаходів людини,&lt;br /&gt;</w:t>
        <w:br/>
        <w:t>Які мають свідчити про чистоту її розуму&lt;br /&gt;</w:t>
        <w:br/>
        <w:t>Та любов до ближнього.</w:t>
      </w:r>
    </w:p>
    <w:p>
      <w:r>
        <w:br/>
        <w:t>Ти не граєш в людські ігри.&lt;br /&gt;</w:t>
        <w:br/>
        <w:t>Ти не знаєш їхніх правил.&lt;br /&gt;</w:t>
        <w:br/>
        <w:t>Вони тобі просто нецікаві.&lt;br /&gt;</w:t>
        <w:br/>
        <w:t>Ти зберігаєш нейтралітет&lt;br /&gt;</w:t>
        <w:br/>
        <w:t>І незайманість.&lt;br /&gt;</w:t>
        <w:br/>
        <w:t>Ти не можеш бути суддею в цих іграх,&lt;br /&gt;</w:t>
        <w:br/>
        <w:t>Не знаючи і не бажаючи знати їхні умови.&lt;br /&gt;</w:t>
        <w:br/>
        <w:t>Єдине, що виграють люди в своїх іграх, —&lt;br /&gt;</w:t>
        <w:br/>
        <w:t>Це твою огиду до них.&lt;br /&gt;</w:t>
        <w:br/>
        <w:t>У людей немає такої гри,&lt;br /&gt;</w:t>
        <w:br/>
        <w:t>В якій ти захотів би взяти участь.&lt;br /&gt;</w:t>
        <w:br/>
        <w:t>Троянда не грає.&lt;br /&gt;</w:t>
        <w:br/>
        <w:t>Троянда не має маски.&lt;br /&gt;</w:t>
        <w:br/>
        <w:t>Троянда не має ролі.&lt;br /&gt;</w:t>
        <w:br/>
        <w:t>Троянда не має —&lt;br /&gt;</w:t>
        <w:br/>
        <w:t>Вона є.&lt;br /&gt;</w:t>
        <w:br/>
        <w:t>Ти не троянда і троянда не ти,&lt;br /&gt;</w:t>
        <w:br/>
        <w:t>Але ви єдині, ви — дійсність,&lt;br /&gt;</w:t>
        <w:br/>
        <w:t>Яка не належить нікому.&lt;br /&gt;</w:t>
        <w:br/>
        <w:t>Встань і вийди з минущої ілюзії&lt;br /&gt;</w:t>
        <w:br/>
        <w:t>У вічну дійсність;&lt;br /&gt;</w:t>
        <w:br/>
        <w:t>Адже ти прагнеш тільки цього.</w:t>
      </w:r>
    </w:p>
    <w:p>
      <w:r>
        <w:br/>
        <w:t>VI</w:t>
      </w:r>
    </w:p>
    <w:p>
      <w:r>
        <w:br/>
        <w:t>Ти все життя поруч зі мною,&lt;br /&gt;</w:t>
        <w:br/>
        <w:t>Юна і безмовна,&lt;br /&gt;</w:t>
        <w:br/>
        <w:t>Невидима і реальна трояндо;&lt;br /&gt;</w:t>
        <w:br/>
        <w:t>Єдина, хто залишається вірною,&lt;br /&gt;</w:t>
        <w:br/>
        <w:t>Єдина, хто ні на мить не лишає мене,&lt;br /&gt;</w:t>
        <w:br/>
        <w:t>Єдина, завдяки кому це життя&lt;br /&gt;</w:t>
        <w:br/>
        <w:t>Набуло сенсу.</w:t>
      </w:r>
    </w:p>
    <w:p>
      <w:r>
        <w:br/>
        <w:t>Як можна жити без тебе,&lt;br /&gt;</w:t>
        <w:br/>
        <w:t>Боятися тебе і нехтувати тобою,&lt;br /&gt;</w:t>
        <w:br/>
        <w:t>Єдина моя трояндо,&lt;br /&gt;</w:t>
        <w:br/>
        <w:t>Спокою мій і радосте…&lt;br /&gt;</w:t>
        <w:br/>
        <w:t>Адже ти була моєю першою коханою,&lt;br /&gt;</w:t>
        <w:br/>
        <w:t>Довічною моєю любов’ю.</w:t>
      </w:r>
    </w:p>
    <w:p>
      <w:r>
        <w:br/>
        <w:t>Сліпі і задурманені люди,&lt;br /&gt;</w:t>
        <w:br/>
        <w:t>Цей натовп безумних, безмежних потвор,&lt;br /&gt;</w:t>
        <w:br/>
        <w:t>Ці мерзенні раби позаздрили нашій любові,&lt;br /&gt;</w:t>
        <w:br/>
        <w:t>Трояндо;&lt;br /&gt;</w:t>
        <w:br/>
        <w:t>Вони принесли всі свої книги і картини,&lt;br /&gt;</w:t>
        <w:br/>
        <w:t>Всі свої релігії і вчення,&lt;br /&gt;</w:t>
        <w:br/>
        <w:t>Створені страхом перед тобою,&lt;br /&gt;</w:t>
        <w:br/>
        <w:t>Кохана;&lt;br /&gt;</w:t>
        <w:br/>
        <w:t>Вони почали переконувати мене&lt;br /&gt;</w:t>
        <w:br/>
        <w:t>І лякати своєю маячнею про тебе,&lt;br /&gt;</w:t>
        <w:br/>
        <w:t>І це дало потрібні їм отруйні плоди, —&lt;br /&gt;</w:t>
        <w:br/>
        <w:t>Я теж почав боятися&lt;br /&gt;</w:t>
        <w:br/>
        <w:t>Похоронів і трун,&lt;br /&gt;</w:t>
        <w:br/>
        <w:t>Цвинтарів і жалобної музики;&lt;br /&gt;</w:t>
        <w:br/>
        <w:t>Нещасний, я думав,&lt;br /&gt;</w:t>
        <w:br/>
        <w:t>Що все це належить тобі, кохана, —&lt;br /&gt;</w:t>
        <w:br/>
        <w:t>А все це, справді моторошне,&lt;br /&gt;</w:t>
        <w:br/>
        <w:t>Належало їм, людям,&lt;br /&gt;</w:t>
        <w:br/>
        <w:t>Зайвий раз доводячи їхню небезпечність,&lt;br /&gt;</w:t>
        <w:br/>
        <w:t>Їхню огидність і тупість.</w:t>
      </w:r>
    </w:p>
    <w:p>
      <w:r>
        <w:br/>
        <w:t>Адже не про тебе говорили вони,&lt;br /&gt;</w:t>
        <w:br/>
        <w:t>Кохана трояндо,&lt;br /&gt;</w:t>
        <w:br/>
        <w:t>Світло моє найясніше,&lt;br /&gt;</w:t>
        <w:br/>
        <w:t>Найчистіша свободо;&lt;br /&gt;</w:t>
        <w:br/>
        <w:t>Вони белькотіли про себе,&lt;br /&gt;</w:t>
        <w:br/>
        <w:t>Про те, що вони відчувають,&lt;br /&gt;</w:t>
        <w:br/>
        <w:t>Коли бачать своїх покійників, —&lt;br /&gt;</w:t>
        <w:br/>
        <w:t>Те, що не належить життю,&lt;br /&gt;</w:t>
        <w:br/>
        <w:t>Те, що нестерпно брудне,&lt;br /&gt;</w:t>
        <w:br/>
        <w:t>По-людському слизьке,&lt;br /&gt;</w:t>
        <w:br/>
        <w:t>Могло б образити тебе,&lt;br /&gt;</w:t>
        <w:br/>
        <w:t>Якби воно могло до тебе торкнутися, —&lt;br /&gt;</w:t>
        <w:br/>
        <w:t>Невидимої, неосягальної, недосяжної;&lt;br /&gt;</w:t>
        <w:br/>
        <w:t>Те, перед чим вони тремтіли,&lt;br /&gt;</w:t>
        <w:br/>
        <w:t>Чого жахалися,&lt;br /&gt;</w:t>
        <w:br/>
        <w:t>Що приваблювало їх&lt;br /&gt;</w:t>
        <w:br/>
        <w:t>Нездоровою цікавістю,&lt;br /&gt;</w:t>
        <w:br/>
        <w:t>Не належало ні тобі, ні життю,&lt;br /&gt;</w:t>
        <w:br/>
        <w:t>Воно належало світові,&lt;br /&gt;</w:t>
        <w:br/>
        <w:t>Як обламані вітром гілки,&lt;br /&gt;</w:t>
        <w:br/>
        <w:t>Опале осіннє листя;</w:t>
      </w:r>
    </w:p>
    <w:p>
      <w:r>
        <w:br/>
        <w:t>Вони боялися опалого листя&lt;br /&gt;</w:t>
        <w:br/>
        <w:t>І загублених у польоті пір’їн;&lt;br /&gt;</w:t>
        <w:br/>
        <w:t>Вони казали, скрушно похитуючи&lt;br /&gt;</w:t>
        <w:br/>
        <w:t>Головами:&lt;br /&gt;</w:t>
        <w:br/>
        <w:t>"Це тіло покинуло життя", —&lt;br /&gt;</w:t>
        <w:br/>
        <w:t>В той час, коли це тіло покинула ти,&lt;br /&gt;</w:t>
        <w:br/>
        <w:t>Кохана.</w:t>
      </w:r>
    </w:p>
    <w:p>
      <w:r>
        <w:br/>
        <w:t>Це була остання нікомуненалежність,&lt;br /&gt;</w:t>
        <w:br/>
        <w:t>І тому вони так скаженіли над тліном,&lt;br /&gt;</w:t>
        <w:br/>
        <w:t>Над тим, що їм уже не належало,&lt;br /&gt;</w:t>
        <w:br/>
        <w:t>Над тим, чого вони&lt;br /&gt;</w:t>
        <w:br/>
        <w:t>Вже не могли назвати.</w:t>
      </w:r>
    </w:p>
    <w:p>
      <w:r>
        <w:br/>
        <w:t>Чиста, як вранішній сніг,&lt;br /&gt;</w:t>
        <w:br/>
        <w:t>Ти йдеш поруч зі мною все життя.&lt;br /&gt;</w:t>
        <w:br/>
        <w:t>Моє випадкове народження,&lt;br /&gt;</w:t>
        <w:br/>
        <w:t>Моє випадкове ім’я,&lt;br /&gt;</w:t>
        <w:br/>
        <w:t>Мої страждання і радощі&lt;br /&gt;</w:t>
        <w:br/>
        <w:t>Були б нестерпними,&lt;br /&gt;</w:t>
        <w:br/>
        <w:t>Якби не ти, темно-вишнева трояндо,&lt;br /&gt;</w:t>
        <w:br/>
        <w:t>Золотий Храме під спокійним повільним Снігом, —&lt;br /&gt;</w:t>
        <w:br/>
        <w:t>І ти цей сніг,&lt;br /&gt;</w:t>
        <w:br/>
        <w:t>І ти цей Храм,&lt;br /&gt;</w:t>
        <w:br/>
        <w:t>І троянда оця —&lt;br /&gt;</w:t>
        <w:br/>
        <w:t>Ти.</w:t>
      </w:r>
    </w:p>
    <w:p>
      <w:r>
        <w:br/>
        <w:t>А вони приходили&lt;br /&gt;</w:t>
        <w:br/>
        <w:t>І лякали мене передсмертними муками,&lt;br /&gt;</w:t>
        <w:br/>
        <w:t>Конвульсіями і агонією,&lt;br /&gt;</w:t>
        <w:br/>
        <w:t>Ще якоюсь бридотою,&lt;br /&gt;</w:t>
        <w:br/>
        <w:t>Вони плели і плели облудні словеса,&lt;br /&gt;</w:t>
        <w:br/>
        <w:t>І морочили голову, —&lt;br /&gt;</w:t>
        <w:br/>
        <w:t>Так, ніби ті муки справді належали тобі;</w:t>
      </w:r>
    </w:p>
    <w:p>
      <w:r>
        <w:br/>
        <w:t>А ті муки все ще належали життю,&lt;br /&gt;</w:t>
        <w:br/>
        <w:t>І це воно мучилося і страждало,&lt;br /&gt;</w:t>
        <w:br/>
        <w:t>Прагнучи того, чого воно хотіло завжди, —&lt;br /&gt;</w:t>
        <w:br/>
        <w:t>Набути сенсу і стати прекрасним,&lt;br /&gt;</w:t>
        <w:br/>
        <w:t>І стати єдиним з тобою&lt;br /&gt;</w:t>
        <w:br/>
        <w:t>У вічній дійсності.</w:t>
      </w:r>
    </w:p>
    <w:p>
      <w:r>
        <w:br/>
        <w:t>Дві найсокровенніші миті,&lt;br /&gt;</w:t>
        <w:br/>
        <w:t>Непередавана словами єдність,&lt;br /&gt;</w:t>
        <w:br/>
        <w:t>Така ж прекрасна, як єдність троянди,&lt;br /&gt;</w:t>
        <w:br/>
        <w:t>Початок і кінець, рух і нерухомість,&lt;br /&gt;</w:t>
        <w:br/>
        <w:t>Голос і безмовність, —&lt;br /&gt;</w:t>
        <w:br/>
        <w:t>Усе, що поза ними, ілюзійне, неіснуюче;&lt;br /&gt;</w:t>
        <w:br/>
        <w:t>Можливість померти щохвилини —&lt;br /&gt;</w:t>
        <w:br/>
        <w:t>Запорука найвільнішої волі,&lt;br /&gt;</w:t>
        <w:br/>
        <w:t>Постійно присутня любов,&lt;br /&gt;</w:t>
        <w:br/>
        <w:t>Яка розковує,&lt;br /&gt;</w:t>
        <w:br/>
        <w:t>Яка кожну отаку хвилину&lt;br /&gt;</w:t>
        <w:br/>
        <w:t>Життя-і-смерті&lt;br /&gt;</w:t>
        <w:br/>
        <w:t>Робить сяйною, безмовною і безлюдною.</w:t>
      </w:r>
    </w:p>
    <w:p>
      <w:r>
        <w:br/>
        <w:t>І сьогоднішній день&lt;br /&gt;</w:t>
        <w:br/>
        <w:t>Наближає мене до тебе, смертонько,&lt;br /&gt;</w:t>
        <w:br/>
        <w:t>Трояндо,&lt;br /&gt;</w:t>
        <w:br/>
        <w:t>Вічно вільна дійсносте.</w:t>
      </w:r>
    </w:p>
    <w:p>
      <w:r>
        <w:br/>
        <w:t>(1990–1991)&lt;br /&gt;</w:t>
        <w:br/>
        <w:t>Це навіть не вірш&lt;br /&gt;</w:t>
        <w:br/>
        <w:t>Я не помер, не треба цих плачів,&lt;br /&gt;</w:t>
        <w:br/>
        <w:t>не треба розтинів покинутого тіла.&lt;br /&gt;</w:t>
        <w:br/>
        <w:t>Я у свічаді за спиною, у свічі,&lt;br /&gt;</w:t>
        <w:br/>
        <w:t>я не помер і нетля не згоріла.</w:t>
      </w:r>
    </w:p>
    <w:p>
      <w:r>
        <w:br/>
        <w:t>Стою, сміюсь до тебе, — не журись!&lt;br /&gt;</w:t>
        <w:br/>
        <w:t>Ми ще побачимось і я вам заспіваю,&lt;br /&gt;</w:t>
        <w:br/>
        <w:t>бо скільки між світами не блукаєш,&lt;br /&gt;</w:t>
        <w:br/>
        <w:t>а все ж сюди повернешся колись.</w:t>
      </w:r>
    </w:p>
    <w:p>
      <w:r>
        <w:br/>
        <w:t>…А ти читай тим часом і молись,&lt;br /&gt;</w:t>
        <w:br/>
        <w:t>безкровні жертви квітнуть на світанні.&lt;br /&gt;</w:t>
        <w:br/>
        <w:t>Усі мої обіцянки збулись,&lt;br /&gt;</w:t>
        <w:br/>
        <w:t>тож збудеться і перша — чи остання.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Songe du vieil pelerin (Пісня старого пілігрима)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