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 подільської осені</w:t>
      </w:r>
    </w:p>
    <w:p>
      <w:r>
        <w:br/>
        <w:t xml:space="preserve"> СОНЕТИ ПОДІЛЬСЬКОЇ ОСЕНІ&lt;br /&gt;</w:t>
        <w:br/>
        <w:t>СКАРГА</w:t>
      </w:r>
    </w:p>
    <w:p>
      <w:r>
        <w:br/>
        <w:t>Ось на подільськім полі бурячник:&lt;br /&gt;</w:t>
        <w:br/>
        <w:t>Немов окопи, кіпці та кагати.&lt;br /&gt;</w:t>
        <w:br/>
        <w:t>Так, це війна! Кого ж перемагати&lt;br /&gt;</w:t>
        <w:br/>
        <w:t>Так тужно кличе журавлиний крик?</w:t>
      </w:r>
    </w:p>
    <w:p>
      <w:r>
        <w:br/>
        <w:t>А ось ідуть уславлені солдати —&lt;br /&gt;</w:t>
        <w:br/>
        <w:t>Одне жіноцтво, куфайчаний шик.&lt;br /&gt;</w:t>
        <w:br/>
        <w:t>Хоч би один — для запаху — мужик!&lt;br /&gt;</w:t>
        <w:br/>
        <w:t>Ні, є один! Команду ж треба дати!</w:t>
      </w:r>
    </w:p>
    <w:p>
      <w:r>
        <w:br/>
        <w:t>Ідуть жінки копати буряки,&lt;br /&gt;</w:t>
        <w:br/>
        <w:t>Над ними журавлі летять у вирій,&lt;br /&gt;</w:t>
        <w:br/>
        <w:t>Як чорні вітром зірвані хустки.</w:t>
      </w:r>
    </w:p>
    <w:p>
      <w:r>
        <w:br/>
        <w:t>І чорна скарга ллється в пісні щирій,&lt;br /&gt;</w:t>
        <w:br/>
        <w:t>І я боюся, щоб мої слова&lt;br /&gt;</w:t>
        <w:br/>
        <w:t>Не заглушив пирій — гірка трава!</w:t>
      </w:r>
    </w:p>
    <w:p>
      <w:r>
        <w:br/>
        <w:t>1969&lt;br /&gt;</w:t>
        <w:br/>
        <w:t>ХЛІБ</w:t>
      </w:r>
    </w:p>
    <w:p>
      <w:r>
        <w:br/>
        <w:t>Цей хліб, що світить на моїм столі,&lt;br /&gt;</w:t>
        <w:br/>
        <w:t>Поборює мою печаль і втому;&lt;br /&gt;</w:t>
        <w:br/>
        <w:t>Я сонця двигіт відчуваю в ньому,&lt;br /&gt;</w:t>
        <w:br/>
        <w:t>Неначе пульс на власному чолі.</w:t>
      </w:r>
    </w:p>
    <w:p>
      <w:r>
        <w:br/>
        <w:t>Безсмертний подих рідної землі&lt;br /&gt;</w:t>
        <w:br/>
        <w:t>Заходить з хлібом до мойого дому.&lt;br /&gt;</w:t>
        <w:br/>
        <w:t>І пахощами весняного грому&lt;br /&gt;</w:t>
        <w:br/>
        <w:t>Бентежить хлібодайні мозолі.</w:t>
      </w:r>
    </w:p>
    <w:p>
      <w:r>
        <w:br/>
        <w:t>Цей хліб на мене дивиться очима&lt;br /&gt;</w:t>
        <w:br/>
        <w:t>Благальними, а я беру чепіль&lt;br /&gt;</w:t>
        <w:br/>
        <w:t>Непощадимий, гострий, наче рима…</w:t>
      </w:r>
    </w:p>
    <w:p>
      <w:r>
        <w:br/>
        <w:t>Я розтинаю хліб, як власний біль,&lt;br /&gt;</w:t>
        <w:br/>
        <w:t>Як пісню скорбну із подільських піль,&lt;br /&gt;</w:t>
        <w:br/>
        <w:t>Як мисль, що сяє в неба за плечима.</w:t>
      </w:r>
    </w:p>
    <w:p>
      <w:r>
        <w:br/>
        <w:t>1972-2003&lt;br /&gt;</w:t>
        <w:br/>
        <w:t>БЕРЕЗА</w:t>
      </w:r>
    </w:p>
    <w:p>
      <w:r>
        <w:br/>
        <w:t>Береза, наче мати сивоброва,&lt;br /&gt;</w:t>
        <w:br/>
        <w:t>Над стежкою в полях озимини&lt;br /&gt;</w:t>
        <w:br/>
        <w:t>Стоїть чи йде поволі… Зупини,&lt;br /&gt;</w:t>
        <w:br/>
        <w:t>Спитай, а де ж твоя рідня й діброва?</w:t>
      </w:r>
    </w:p>
    <w:p>
      <w:r>
        <w:br/>
        <w:t>А може, й справді з-під Москви чи Пскова&lt;br /&gt;</w:t>
        <w:br/>
        <w:t>На українські пагорби й лани&lt;br /&gt;</w:t>
        <w:br/>
        <w:t>До сина, що поліг у дні війни,&lt;br /&gt;</w:t>
        <w:br/>
        <w:t>Вона прийшла, як пісня колискова.</w:t>
      </w:r>
    </w:p>
    <w:p>
      <w:r>
        <w:br/>
        <w:t>В блакиті, наче в світлі кришталю,&lt;br /&gt;</w:t>
        <w:br/>
        <w:t>Я бачу, як сльоза тремтить на вії,&lt;br /&gt;</w:t>
        <w:br/>
        <w:t>Як білі руки в'януть од жалю.</w:t>
      </w:r>
    </w:p>
    <w:p>
      <w:r>
        <w:br/>
        <w:t>Не плач, березо, в людській безнадії,&lt;br /&gt;</w:t>
        <w:br/>
        <w:t>Я, син калини, в сніговій завії&lt;br /&gt;</w:t>
        <w:br/>
        <w:t>Тобі, як рідній, небо прихилю.</w:t>
      </w:r>
    </w:p>
    <w:p>
      <w:r>
        <w:br/>
        <w:t>1972&lt;br /&gt;</w:t>
        <w:br/>
        <w:t>ЯБЛУНЯ</w:t>
      </w:r>
    </w:p>
    <w:p>
      <w:r>
        <w:br/>
        <w:t>Юрію Якутовичу&lt;br /&gt;</w:t>
        <w:br/>
        <w:t>Щаслива яблуня! Надовкруги&lt;br /&gt;</w:t>
        <w:br/>
        <w:t>Ті яблука, мов золоті собори, —&lt;br /&gt;</w:t>
        <w:br/>
        <w:t>Живло добра, яке ніхто не зборе,&lt;br /&gt;</w:t>
        <w:br/>
        <w:t>Шаленство материнської снаги.</w:t>
      </w:r>
    </w:p>
    <w:p>
      <w:r>
        <w:br/>
        <w:t>Але від непомірної ваги&lt;br /&gt;</w:t>
        <w:br/>
        <w:t>Галуззя рветься, падають підпори;&lt;br /&gt;</w:t>
        <w:br/>
        <w:t>І ламлеться вона, мов серце хворе,&lt;br /&gt;</w:t>
        <w:br/>
        <w:t>Скидаючи плоди, мов ланцюги.</w:t>
      </w:r>
    </w:p>
    <w:p>
      <w:r>
        <w:br/>
        <w:t>Вона, як мати, молода й тружденна,&lt;br /&gt;</w:t>
        <w:br/>
        <w:t>Кладе на землю зламані рамена,&lt;br /&gt;</w:t>
        <w:br/>
        <w:t>Вмирає, хоч вмирати не пора…</w:t>
      </w:r>
    </w:p>
    <w:p>
      <w:r>
        <w:br/>
        <w:t>Якби дерева й нас також навчили&lt;br /&gt;</w:t>
        <w:br/>
        <w:t>Ламатись лиш від безуму добра,&lt;br /&gt;</w:t>
        <w:br/>
        <w:t>Від щедрості, що понад людські сили!</w:t>
      </w:r>
    </w:p>
    <w:p>
      <w:r>
        <w:br/>
        <w:t>1972&lt;br /&gt;</w:t>
        <w:br/>
        <w:t>НИВА</w:t>
      </w:r>
    </w:p>
    <w:p>
      <w:r>
        <w:br/>
        <w:t>Блищать росою довгі пасма нив,&lt;br /&gt;</w:t>
        <w:br/>
        <w:t>Як скроні, побринілі сивиною.&lt;br /&gt;</w:t>
        <w:br/>
        <w:t>Той шлях, що ним я в молодості снив,&lt;br /&gt;</w:t>
        <w:br/>
        <w:t>Що звів мене з коханою маною,</w:t>
      </w:r>
    </w:p>
    <w:p>
      <w:r>
        <w:br/>
        <w:t>Заорано. Рілля переді мною.&lt;br /&gt;</w:t>
        <w:br/>
        <w:t>Розхристаний чубок стерні надгнив.&lt;br /&gt;</w:t>
        <w:br/>
        <w:t>Здається: то під скибою масною&lt;br /&gt;</w:t>
        <w:br/>
        <w:t>Похований русявий вітер жнив.</w:t>
      </w:r>
    </w:p>
    <w:p>
      <w:r>
        <w:br/>
        <w:t>Стоги соломи в сповитках туману,&lt;br /&gt;</w:t>
        <w:br/>
        <w:t>Мов айсберги, пливуть мені навстріть,&lt;br /&gt;</w:t>
        <w:br/>
        <w:t>І надять душу хвилі океану.</w:t>
      </w:r>
    </w:p>
    <w:p>
      <w:r>
        <w:br/>
        <w:t>Я йду та йду вже декілька століть,&lt;br /&gt;</w:t>
        <w:br/>
        <w:t>Втопаю й на рятунок зву кохану,&lt;br /&gt;</w:t>
        <w:br/>
        <w:t>Що деревом на обрії стоїть.</w:t>
      </w:r>
    </w:p>
    <w:p>
      <w:r>
        <w:br/>
        <w:t>1972&lt;br /&gt;</w:t>
        <w:br/>
        <w:t>ЗЕМЛЯ</w:t>
      </w:r>
    </w:p>
    <w:p>
      <w:r>
        <w:br/>
        <w:t>Машину мив я вчора: з-під крила&lt;br /&gt;</w:t>
        <w:br/>
        <w:t>Виборсував чорнозему букати —&lt;br /&gt;</w:t>
        <w:br/>
        <w:t>Шляхи, що ними довелось блукати&lt;br /&gt;</w:t>
        <w:br/>
        <w:t>Вночі коло подільського села.</w:t>
      </w:r>
    </w:p>
    <w:p>
      <w:r>
        <w:br/>
        <w:t>Липка земля із рук моїх текла&lt;br /&gt;</w:t>
        <w:br/>
        <w:t>І заливала рапуваті скати,&lt;br /&gt;</w:t>
        <w:br/>
        <w:t>Немовби я зап'ястя мав розтяте,&lt;br /&gt;</w:t>
        <w:br/>
        <w:t>І кров'ю захлиналася жила.</w:t>
      </w:r>
    </w:p>
    <w:p>
      <w:r>
        <w:br/>
        <w:t>Втім, на долоні засвітила рана&lt;br /&gt;</w:t>
        <w:br/>
        <w:t>Тим поблиском, що в полі спонадрана&lt;br /&gt;</w:t>
        <w:br/>
        <w:t>На скибі залишають лемеші.</w:t>
      </w:r>
    </w:p>
    <w:p>
      <w:r>
        <w:br/>
        <w:t>Так я відкрив, що полум'я любові,&lt;br /&gt;</w:t>
        <w:br/>
        <w:t>Плачі і радощі в моїй душі —&lt;br /&gt;</w:t>
        <w:br/>
        <w:t>Все з одності землі моєї й крові.</w:t>
      </w:r>
    </w:p>
    <w:p>
      <w:r>
        <w:br/>
        <w:t>1972&lt;br /&gt;</w:t>
        <w:br/>
        <w:t>НА ПОЛІ</w:t>
      </w:r>
    </w:p>
    <w:p>
      <w:r>
        <w:br/>
        <w:t>Дві колії у чорній болотнечі,&lt;br /&gt;</w:t>
        <w:br/>
        <w:t>Моторів монотонний вокаліз,&lt;br /&gt;</w:t>
        <w:br/>
        <w:t>Отруйний дим буксуючих коліс,&lt;br /&gt;</w:t>
        <w:br/>
        <w:t>Колгоспних водіїв похилі плечі,</w:t>
      </w:r>
    </w:p>
    <w:p>
      <w:r>
        <w:br/>
        <w:t>Зелених оболоків мокрий ліс,&lt;br /&gt;</w:t>
        <w:br/>
        <w:t>Вітрів студених пошуми смеречі,&lt;br /&gt;</w:t>
        <w:br/>
        <w:t>Коралове сузір'я гечі-печі[1]&lt;br /&gt;</w:t>
        <w:br/>
        <w:t>В сіянні сплаканих туманом сліз.</w:t>
      </w:r>
    </w:p>
    <w:p>
      <w:r>
        <w:br/>
        <w:t>Як глечики, там буряки цукрові&lt;br /&gt;</w:t>
        <w:br/>
        <w:t>На купищах. Там трудяться жінки,&lt;br /&gt;</w:t>
        <w:br/>
        <w:t>Хоч люта мжичка їх пече до крові.</w:t>
      </w:r>
    </w:p>
    <w:p>
      <w:r>
        <w:br/>
        <w:t>Там зашпори заходять у кістки,&lt;br /&gt;</w:t>
        <w:br/>
        <w:t>Там носять гичку заспаній корові&lt;br /&gt;</w:t>
        <w:br/>
        <w:t>І в мріях світ будують пастушки.</w:t>
      </w:r>
    </w:p>
    <w:p>
      <w:r>
        <w:br/>
        <w:t>1971&lt;br /&gt;</w:t>
        <w:br/>
        <w:t>ПРОЗОРІСТЬ</w:t>
      </w:r>
    </w:p>
    <w:p>
      <w:r>
        <w:br/>
        <w:t>Стоїть, як мати, лагідна і чиста&lt;br /&gt;</w:t>
        <w:br/>
        <w:t>Осіння днина в сяйві сивини.&lt;br /&gt;</w:t>
        <w:br/>
        <w:t>Медово пахнуть стиглі тютюни,&lt;br /&gt;</w:t>
        <w:br/>
        <w:t>Нанизані на шнури, як намиста.</w:t>
      </w:r>
    </w:p>
    <w:p>
      <w:r>
        <w:br/>
        <w:t>Бринять, як море, зорані лани,&lt;br /&gt;</w:t>
        <w:br/>
        <w:t>Над ними лине пісня тракториста.&lt;br /&gt;</w:t>
        <w:br/>
        <w:t>В землі дзвенить пшениця золотиста&lt;br /&gt;</w:t>
        <w:br/>
        <w:t>Під пальцями важкої борони.</w:t>
      </w:r>
    </w:p>
    <w:p>
      <w:r>
        <w:br/>
        <w:t>Біжить весела дітвора зі школи,&lt;br /&gt;</w:t>
        <w:br/>
        <w:t>Нестримна, як розгачена ріка,&lt;br /&gt;</w:t>
        <w:br/>
        <w:t>Вирують сміхом голубі околи.</w:t>
      </w:r>
    </w:p>
    <w:p>
      <w:r>
        <w:br/>
        <w:t>В повітрі потривоженість така&lt;br /&gt;</w:t>
        <w:br/>
        <w:t>Тонесенька, як голка літака,&lt;br /&gt;</w:t>
        <w:br/>
        <w:t>Що тягне білу нить за видноколи.</w:t>
      </w:r>
    </w:p>
    <w:p>
      <w:r>
        <w:br/>
        <w:t>1972&lt;br /&gt;</w:t>
        <w:br/>
        <w:t>ПІСНЯ</w:t>
      </w:r>
    </w:p>
    <w:p>
      <w:r>
        <w:br/>
        <w:t>На фоні побліднілого блакиту&lt;br /&gt;</w:t>
        <w:br/>
        <w:t>Конари чорні й ніби неживі.&lt;br /&gt;</w:t>
        <w:br/>
        <w:t>Брунатне листя в темному рові —&lt;br /&gt;</w:t>
        <w:br/>
        <w:t>Отіння мертвого деревориту.</w:t>
      </w:r>
    </w:p>
    <w:p>
      <w:r>
        <w:br/>
        <w:t>І раптом — пісня! Начебто до скиту&lt;br /&gt;</w:t>
        <w:br/>
        <w:t>Ввірвались блискавиці грозові.&lt;br /&gt;</w:t>
        <w:br/>
        <w:t>І злото покотилось по траві,&lt;br /&gt;</w:t>
        <w:br/>
        <w:t>Що ожила, як плахта оксамиту.</w:t>
      </w:r>
    </w:p>
    <w:p>
      <w:r>
        <w:br/>
        <w:t>Співали парубки біля млина,&lt;br /&gt;</w:t>
        <w:br/>
        <w:t>Дзвонила пісня, наче кришталева&lt;br /&gt;</w:t>
        <w:br/>
        <w:t>Сріберно вигнута озимина.</w:t>
      </w:r>
    </w:p>
    <w:p>
      <w:r>
        <w:br/>
        <w:t>Від пісні пригорталися дерева,&lt;br /&gt;</w:t>
        <w:br/>
        <w:t>І крізь далекі заосінні мрева&lt;br /&gt;</w:t>
        <w:br/>
        <w:t>Я бачив, як всміхається весна.</w:t>
      </w:r>
    </w:p>
    <w:p>
      <w:r>
        <w:br/>
        <w:t>1972-2003&lt;br /&gt;</w:t>
        <w:br/>
        <w:t>ВЕСІЛЛЯ</w:t>
      </w:r>
    </w:p>
    <w:p>
      <w:r>
        <w:br/>
        <w:t>Дуднить весілля. Круглі молодиці&lt;br /&gt;</w:t>
        <w:br/>
        <w:t>Тонких, неначе хміль, парубчаків&lt;br /&gt;</w:t>
        <w:br/>
        <w:t>Навколо себе в'ють, і блиск підків&lt;br /&gt;</w:t>
        <w:br/>
        <w:t>У притемках присвітлює музиці.</w:t>
      </w:r>
    </w:p>
    <w:p>
      <w:r>
        <w:br/>
        <w:t>Злітають із прадавніх рушників,&lt;br /&gt;</w:t>
        <w:br/>
        <w:t>На щастя звінчаних, червоні птиці.&lt;br /&gt;</w:t>
        <w:br/>
        <w:t>І рідна пісня, як бджола з косиці,&lt;br /&gt;</w:t>
        <w:br/>
        <w:t>Бере з душі напої для віків.</w:t>
      </w:r>
    </w:p>
    <w:p>
      <w:r>
        <w:br/>
        <w:t>Сп'янілі підлітки, хмільні дідуги&lt;br /&gt;</w:t>
        <w:br/>
        <w:t>Однаковісінької повні туги —&lt;br /&gt;</w:t>
        <w:br/>
        <w:t>За тим, що буде й що було давно.</w:t>
      </w:r>
    </w:p>
    <w:p>
      <w:r>
        <w:br/>
        <w:t>А молодята у новій коморі&lt;br /&gt;</w:t>
        <w:br/>
        <w:t>Невтомно розкорковують вино&lt;br /&gt;</w:t>
        <w:br/>
        <w:t>І мріють лиш про сон в щасливій зморі!</w:t>
      </w:r>
    </w:p>
    <w:p>
      <w:r>
        <w:br/>
        <w:t>1971&lt;br /&gt;</w:t>
        <w:br/>
        <w:t>ЗОРІ</w:t>
      </w:r>
    </w:p>
    <w:p>
      <w:r>
        <w:br/>
        <w:t>У плоть мою, не навчену літать,&lt;br /&gt;</w:t>
        <w:br/>
        <w:t>Впиваються, неначе кігті, зорі.&lt;br /&gt;</w:t>
        <w:br/>
        <w:t>То боронюсь від них у непокорі,&lt;br /&gt;</w:t>
        <w:br/>
        <w:t>То в темряву ховаюся, як тать.</w:t>
      </w:r>
    </w:p>
    <w:p>
      <w:r>
        <w:br/>
        <w:t>Неначе в звіра ніж — по рукоять —&lt;br /&gt;</w:t>
        <w:br/>
        <w:t>Вганяю зір у простори суворі.&lt;br /&gt;</w:t>
        <w:br/>
        <w:t>Та сліпить, наче рана в дикім створі,&lt;br /&gt;</w:t>
        <w:br/>
        <w:t>Безмежності сліпуча непроглядь.</w:t>
      </w:r>
    </w:p>
    <w:p>
      <w:r>
        <w:br/>
        <w:t>Нема зв'язку між космосом і мною!&lt;br /&gt;</w:t>
        <w:br/>
        <w:t>Нічого кров не розповість мечу,&lt;br /&gt;</w:t>
        <w:br/>
        <w:t>Сталь не пойметься мислю жизняною!</w:t>
      </w:r>
    </w:p>
    <w:p>
      <w:r>
        <w:br/>
        <w:t>Та як надходить вечір і в очу&lt;br /&gt;</w:t>
        <w:br/>
        <w:t>З'являються зірки за далиною,&lt;br /&gt;</w:t>
        <w:br/>
        <w:t>Я, небесами пійманий, тремчу.</w:t>
      </w:r>
    </w:p>
    <w:p>
      <w:r>
        <w:br/>
        <w:t>1971&lt;br /&gt;</w:t>
        <w:br/>
        <w:t>ЗЕРНО</w:t>
      </w:r>
    </w:p>
    <w:p>
      <w:r>
        <w:br/>
        <w:t>Мого життя не вистачить мені&lt;br /&gt;</w:t>
        <w:br/>
        <w:t>Для діл, що їх у задумах лелію.&lt;br /&gt;</w:t>
        <w:br/>
        <w:t>І не одну мою жагучу мрію&lt;br /&gt;</w:t>
        <w:br/>
        <w:t>Зі мною поховають у труні.</w:t>
      </w:r>
    </w:p>
    <w:p>
      <w:r>
        <w:br/>
        <w:t>Лежати з ними в пітьмі й тишині&lt;br /&gt;</w:t>
        <w:br/>
        <w:t>Під кам'яним надгробком не зумію.&lt;br /&gt;</w:t>
        <w:br/>
        <w:t>Рвучись у світ, у людську веремію,&lt;br /&gt;</w:t>
        <w:br/>
        <w:t>Відроджуся в пшеничному зерні.</w:t>
      </w:r>
    </w:p>
    <w:p>
      <w:r>
        <w:br/>
        <w:t>В його ядра вогненнім безконеччі&lt;br /&gt;</w:t>
        <w:br/>
        <w:t>Заграють, як у безмірі світи,&lt;br /&gt;</w:t>
        <w:br/>
        <w:t>Нездійснені жадання молодечі.</w:t>
      </w:r>
    </w:p>
    <w:p>
      <w:r>
        <w:br/>
        <w:t>Я рідним полем вічно буду йти,&lt;br /&gt;</w:t>
        <w:br/>
        <w:t>Не виймуть з мене сонця й доброти&lt;br /&gt;</w:t>
        <w:br/>
        <w:t>Сльотаві дні, зимові холоднечі.</w:t>
      </w:r>
    </w:p>
    <w:p>
      <w:r>
        <w:br/>
        <w:t>1972&lt;br /&gt;</w:t>
        <w:br/>
        <w:t>БАЖАННЯ</w:t>
      </w:r>
    </w:p>
    <w:p>
      <w:r>
        <w:br/>
        <w:t>Стою, мов явір, в огняній одежі,&lt;br /&gt;</w:t>
        <w:br/>
        <w:t>Снігам навстріч несе мене земля;&lt;br /&gt;</w:t>
        <w:br/>
        <w:t>В моїх думках згоряє мудра тля.&lt;br /&gt;</w:t>
        <w:br/>
        <w:t>Сивіють іскри в скронях — із пожежі.</w:t>
      </w:r>
    </w:p>
    <w:p>
      <w:r>
        <w:br/>
        <w:t>Такого зросту я дійшов, що межі&lt;br /&gt;</w:t>
        <w:br/>
        <w:t>Свого життя побачив звіддаля.&lt;br /&gt;</w:t>
        <w:br/>
        <w:t>Але не вище став за немовля,&lt;br /&gt;</w:t>
        <w:br/>
        <w:t>Що вперше бачить сонячні мережі!</w:t>
      </w:r>
    </w:p>
    <w:p>
      <w:r>
        <w:br/>
        <w:t>Живу, але скорботи печія,&lt;br /&gt;</w:t>
        <w:br/>
        <w:t>Хоч палить, не дає горіти… Я&lt;br /&gt;</w:t>
        <w:br/>
        <w:t>Не хочу вдруге жити в цій печалі.</w:t>
      </w:r>
    </w:p>
    <w:p>
      <w:r>
        <w:br/>
        <w:t>Я хочу жити раз, але в огні,&lt;br /&gt;</w:t>
        <w:br/>
        <w:t>Що палить душі плісняві й зів'ялі,&lt;br /&gt;</w:t>
        <w:br/>
        <w:t>Вистрілює крильми з плечей мені!</w:t>
      </w:r>
    </w:p>
    <w:p>
      <w:r>
        <w:br/>
        <w:t>1972&lt;br /&gt;</w:t>
        <w:br/>
        <w:t>ДАЛИНА</w:t>
      </w:r>
    </w:p>
    <w:p>
      <w:r>
        <w:br/>
        <w:t>Під хмарами згасає далина,&lt;br /&gt;</w:t>
        <w:br/>
        <w:t>Як сивий лірник, сніг іде і грає.&lt;br /&gt;</w:t>
        <w:br/>
        <w:t>Мене, як немовлятко, сповиває&lt;br /&gt;</w:t>
        <w:br/>
        <w:t>І тісно в'яже музика сумна.</w:t>
      </w:r>
    </w:p>
    <w:p>
      <w:r>
        <w:br/>
        <w:t>Втім, ясний звук до серця долина,&lt;br /&gt;</w:t>
        <w:br/>
        <w:t>Серпанок сірий долу опадає.&lt;br /&gt;</w:t>
        <w:br/>
        <w:t>Гей, розлетись, думок почварних зграє,&lt;br /&gt;</w:t>
        <w:br/>
        <w:t>Нам сяє далеч, що пітьми не зна.</w:t>
      </w:r>
    </w:p>
    <w:p>
      <w:r>
        <w:br/>
        <w:t>Хвилина смутку — це звичайне діло,&lt;br /&gt;</w:t>
        <w:br/>
        <w:t>Та не вдягнути льодових заков&lt;br /&gt;</w:t>
        <w:br/>
        <w:t>На викохане сонцем людське тіло!</w:t>
      </w:r>
    </w:p>
    <w:p>
      <w:r>
        <w:br/>
        <w:t>Я — вічного вогню надійний схов,&lt;br /&gt;</w:t>
        <w:br/>
        <w:t>А як помру, займеться в інших знов&lt;br /&gt;</w:t>
        <w:br/>
        <w:t>Те, що в моїй душі палахкотіло.</w:t>
      </w:r>
    </w:p>
    <w:p>
      <w:r>
        <w:br/>
        <w:t>1972&lt;br /&gt;</w:t>
        <w:br/>
        <w:t>ОСІНЬ</w:t>
      </w:r>
    </w:p>
    <w:p>
      <w:r>
        <w:br/>
        <w:t>На мене осінь хлинула, як павідь&lt;br /&gt;</w:t>
        <w:br/>
        <w:t>На луг низький… Тікати я не міг…&lt;br /&gt;</w:t>
        <w:br/>
        <w:t>Вона як жінка, що останній гріх&lt;br /&gt;</w:t>
        <w:br/>
        <w:t>Їй за саме життя дорожчий навіть.</w:t>
      </w:r>
    </w:p>
    <w:p>
      <w:r>
        <w:br/>
        <w:t>Не знає маски, в слові не лукавить&lt;br /&gt;</w:t>
        <w:br/>
        <w:t>І не соромиться жадань своїх.&lt;br /&gt;</w:t>
        <w:br/>
        <w:t>Як ті дерева — в неї голий сміх,&lt;br /&gt;</w:t>
        <w:br/>
        <w:t>І голий плач, і гола щастя звабідь.</w:t>
      </w:r>
    </w:p>
    <w:p>
      <w:r>
        <w:br/>
        <w:t>Я покорився їй — нехай вона&lt;br /&gt;</w:t>
        <w:br/>
        <w:t>У мене переллє свою натуру,&lt;br /&gt;</w:t>
        <w:br/>
        <w:t>До себе уподібнить, як жона.</w:t>
      </w:r>
    </w:p>
    <w:p>
      <w:r>
        <w:br/>
        <w:t>Я радісно прийняв її зажуру,&lt;br /&gt;</w:t>
        <w:br/>
        <w:t>Жахну відвертість, пристрасність похмуру, —&lt;br /&gt;</w:t>
        <w:br/>
        <w:t>Та сниться все-таки мені весна!</w:t>
      </w:r>
    </w:p>
    <w:p>
      <w:r>
        <w:br/>
        <w:t>1971&lt;br /&gt;</w:t>
        <w:br/>
        <w:t>СОНЦЕ</w:t>
      </w:r>
    </w:p>
    <w:p>
      <w:r>
        <w:br/>
        <w:t>Під вечір ти зникаєш, ніби в пущі,&lt;br /&gt;</w:t>
        <w:br/>
        <w:t>Де сіється, як мжичка, сірий змрок,&lt;br /&gt;</w:t>
        <w:br/>
        <w:t>І морок, наче пилюга морок,&lt;br /&gt;</w:t>
        <w:br/>
        <w:t>Туманить очі, ще ясні, видющі.</w:t>
      </w:r>
    </w:p>
    <w:p>
      <w:r>
        <w:br/>
        <w:t>У темряві, що ніби в'яже крок,&lt;br /&gt;</w:t>
        <w:br/>
        <w:t>Стоїш ти, мов курчатко в шкаралущі,&lt;br /&gt;</w:t>
        <w:br/>
        <w:t>Та головою небеса темнющі&lt;br /&gt;</w:t>
        <w:br/>
        <w:t>Розвалюєш у визначений строк.</w:t>
      </w:r>
    </w:p>
    <w:p>
      <w:r>
        <w:br/>
        <w:t>Тобі назустріч крізь вітри студені&lt;br /&gt;</w:t>
        <w:br/>
        <w:t>Виходжу на посніжені поля&lt;br /&gt;</w:t>
        <w:br/>
        <w:t>Стежками, що скриплять, немов ремені.</w:t>
      </w:r>
    </w:p>
    <w:p>
      <w:r>
        <w:br/>
        <w:t>Жовтоголове і пухке пискля,&lt;br /&gt;</w:t>
        <w:br/>
        <w:t>Дрімаєш ти в моїй широкій жмені,&lt;br /&gt;</w:t>
        <w:br/>
        <w:t>Та вже парує серце і земля.</w:t>
      </w:r>
    </w:p>
    <w:p>
      <w:r>
        <w:br/>
        <w:t>1971&lt;br /&gt;</w:t>
        <w:br/>
        <w:t>НА ДОСВІТКУ</w:t>
      </w:r>
    </w:p>
    <w:p>
      <w:r>
        <w:br/>
        <w:t>На досвітку гудуть мені сніги,&lt;br /&gt;</w:t>
        <w:br/>
        <w:t>Тікає ніч від мене, як ворона.&lt;br /&gt;</w:t>
        <w:br/>
        <w:t>Стоять дерева, ніби виногрона,&lt;br /&gt;</w:t>
        <w:br/>
        <w:t>Обгризені вітрами довкруги.</w:t>
      </w:r>
    </w:p>
    <w:p>
      <w:r>
        <w:br/>
        <w:t>А сонце йде на темні береги,&lt;br /&gt;</w:t>
        <w:br/>
        <w:t>Печальне, ніби пісня похоронна.&lt;br /&gt;</w:t>
        <w:br/>
        <w:t>І чорний човен сивого Харона&lt;br /&gt;</w:t>
        <w:br/>
        <w:t>Пливе на склі ранкової юги.</w:t>
      </w:r>
    </w:p>
    <w:p>
      <w:r>
        <w:br/>
        <w:t>Та, мов літак з тяжкого оболока,&lt;br /&gt;</w:t>
        <w:br/>
        <w:t>Я вилітаю знову на блакить —&lt;br /&gt;</w:t>
        <w:br/>
        <w:t>Геть видива осінні з-перед ока!</w:t>
      </w:r>
    </w:p>
    <w:p>
      <w:r>
        <w:br/>
        <w:t>Я смерть згадав лише на те, щоб жить,&lt;br /&gt;</w:t>
        <w:br/>
        <w:t>Щоб ця земля, зелена і широка,&lt;br /&gt;</w:t>
        <w:br/>
        <w:t>Тісною стала, ніби творча мить.</w:t>
      </w:r>
    </w:p>
    <w:p>
      <w:r>
        <w:br/>
        <w:t>1971&lt;br /&gt;</w:t>
        <w:br/>
        <w:t>ТИША</w:t>
      </w:r>
    </w:p>
    <w:p>
      <w:r>
        <w:br/>
        <w:t>Про тишу мріялось… Та ось вона&lt;br /&gt;</w:t>
        <w:br/>
        <w:t>Опівночі мене вгорнути хоче;&lt;br /&gt;</w:t>
        <w:br/>
        <w:t>В її тумані вірш мій шелескоче,&lt;br /&gt;</w:t>
        <w:br/>
        <w:t>Як миша у мішечку борошна.</w:t>
      </w:r>
    </w:p>
    <w:p>
      <w:r>
        <w:br/>
        <w:t>О тишино, ненависна й страшна,&lt;br /&gt;</w:t>
        <w:br/>
        <w:t>Набита хмарами груднева ноче,&lt;br /&gt;</w:t>
        <w:br/>
        <w:t>Не вродиш слово ти мені пророче,&lt;br /&gt;</w:t>
        <w:br/>
        <w:t>Що блискавками небо розтина!</w:t>
      </w:r>
    </w:p>
    <w:p>
      <w:r>
        <w:br/>
        <w:t>Я проклинаю ласку супокою,&lt;br /&gt;</w:t>
        <w:br/>
        <w:t>Блаженство дорогої самоти,&lt;br /&gt;</w:t>
        <w:br/>
        <w:t>Напоєне трутизною гіркою.</w:t>
      </w:r>
    </w:p>
    <w:p>
      <w:r>
        <w:br/>
        <w:t>Жду ранку, шуму, крику, суєти,&lt;br /&gt;</w:t>
        <w:br/>
        <w:t>Щоб, наче міст над прірвою гірською,&lt;br /&gt;</w:t>
        <w:br/>
        <w:t>Сонет у громі серця возвести!</w:t>
      </w:r>
    </w:p>
    <w:p>
      <w:r>
        <w:br/>
        <w:t>1972&lt;br /&gt;</w:t>
        <w:br/>
        <w:t>СВІТЛО</w:t>
      </w:r>
    </w:p>
    <w:p>
      <w:r>
        <w:br/>
        <w:t>Стікає світло, як вода зі скелі,&lt;br /&gt;</w:t>
        <w:br/>
        <w:t>З небесної крутої висоти.&lt;br /&gt;</w:t>
        <w:br/>
        <w:t>І сліпне той, хто хоче віднайти&lt;br /&gt;</w:t>
        <w:br/>
        <w:t>Пощербину на сонячнім тарелі.</w:t>
      </w:r>
    </w:p>
    <w:p>
      <w:r>
        <w:br/>
        <w:t>Коли тебе, немов струмки веселі,&lt;br /&gt;</w:t>
        <w:br/>
        <w:t>Вмивають промені любові, ти&lt;br /&gt;</w:t>
        <w:br/>
        <w:t>Сміливо їм відкрийсь до наготи&lt;br /&gt;</w:t>
        <w:br/>
        <w:t>І ясністю залий душі тунелі.</w:t>
      </w:r>
    </w:p>
    <w:p>
      <w:r>
        <w:br/>
        <w:t>Хай сонце в них шумить, немов обвал.&lt;br /&gt;</w:t>
        <w:br/>
        <w:t>Твоя любов — довір'я ідеал,&lt;br /&gt;</w:t>
        <w:br/>
        <w:t>Не обізвись до неї згірклим словом.</w:t>
      </w:r>
    </w:p>
    <w:p>
      <w:r>
        <w:br/>
        <w:t>Іди назустріч їй і так зроби,&lt;br /&gt;</w:t>
        <w:br/>
        <w:t>Щоб тайники ненависті й злоби&lt;br /&gt;</w:t>
        <w:br/>
        <w:t>Для святощів любові стали сховом.</w:t>
      </w:r>
    </w:p>
    <w:p>
      <w:r>
        <w:br/>
        <w:t>1972&lt;br /&gt;</w:t>
        <w:br/>
        <w:t>ІНІЙ</w:t>
      </w:r>
    </w:p>
    <w:p>
      <w:r>
        <w:br/>
        <w:t>Вночі з'явився іній на катранах,&lt;br /&gt;</w:t>
        <w:br/>
        <w:t>На стомленому цвіті диких рож,&lt;br /&gt;</w:t>
        <w:br/>
        <w:t>Повітря голубе прошив, як дрож,&lt;br /&gt;</w:t>
        <w:br/>
        <w:t>Зібрався в падолах, як сіль у чанах.</w:t>
      </w:r>
    </w:p>
    <w:p>
      <w:r>
        <w:br/>
        <w:t>Дуби в сріблом гаптованих каптанах&lt;br /&gt;</w:t>
        <w:br/>
        <w:t>Подібні стали до старих вельмож.&lt;br /&gt;</w:t>
        <w:br/>
        <w:t>А ти — на камінь мармуровий схож&lt;br /&gt;</w:t>
        <w:br/>
        <w:t>У діамантах нетривких і таних.</w:t>
      </w:r>
    </w:p>
    <w:p>
      <w:r>
        <w:br/>
        <w:t>Та день іде, і крем'яний покров&lt;br /&gt;</w:t>
        <w:br/>
        <w:t>Зникає з дерева, з куща, з болота,&lt;br /&gt;</w:t>
        <w:br/>
        <w:t>Неначе в них запульсувала кров.</w:t>
      </w:r>
    </w:p>
    <w:p>
      <w:r>
        <w:br/>
        <w:t>А там на обрії кипить робота:&lt;br /&gt;</w:t>
        <w:br/>
        <w:t>Немовби сонця золоті долота&lt;br /&gt;</w:t>
        <w:br/>
        <w:t>Вирізьблюють для тебе серце знов.</w:t>
      </w:r>
    </w:p>
    <w:p>
      <w:r>
        <w:br/>
        <w:t>1972&lt;br /&gt;</w:t>
        <w:br/>
        <w:t>"РАБИ" МІКЕЛАНДЖЕЛО</w:t>
      </w:r>
    </w:p>
    <w:p>
      <w:r>
        <w:br/>
        <w:t>Нема в Рабів облич, лишень тіла, —&lt;br /&gt;</w:t>
        <w:br/>
        <w:t>Страшні створіння ці безумислові.&lt;br /&gt;</w:t>
        <w:br/>
        <w:t>Чому ж творець покинув на півслові&lt;br /&gt;</w:t>
        <w:br/>
        <w:t>Свій труд — Рабам не вирізьбив чола?</w:t>
      </w:r>
    </w:p>
    <w:p>
      <w:r>
        <w:br/>
        <w:t>Невже забракло генію тепла,&lt;br /&gt;</w:t>
        <w:br/>
        <w:t>Щоб оживити очі мармурові,&lt;br /&gt;</w:t>
        <w:br/>
        <w:t>В камінні мозки влити світла й крові,&lt;br /&gt;</w:t>
        <w:br/>
        <w:t>Збудити мисль із темного живла?</w:t>
      </w:r>
    </w:p>
    <w:p>
      <w:r>
        <w:br/>
        <w:t>Ні, все в них є: слізьми промиті очі,&lt;br /&gt;</w:t>
        <w:br/>
        <w:t>Думками й потом спалені лоби —&lt;br /&gt;</w:t>
        <w:br/>
        <w:t>Про це говорять руки їх робочі.</w:t>
      </w:r>
    </w:p>
    <w:p>
      <w:r>
        <w:br/>
        <w:t>Я чую ваше дихання, Раби,&lt;br /&gt;</w:t>
        <w:br/>
        <w:t>Закуті в брилах крики боротьби,&lt;br /&gt;</w:t>
        <w:br/>
        <w:t>Як рокотання грому в надрах ночі!</w:t>
      </w:r>
    </w:p>
    <w:p>
      <w:r>
        <w:br/>
        <w:t>1976&lt;br /&gt;</w:t>
        <w:br/>
        <w:t>БАТЬКО</w:t>
      </w:r>
    </w:p>
    <w:p>
      <w:r>
        <w:br/>
        <w:t>Причулось наче цокання копит,&lt;br /&gt;</w:t>
        <w:br/>
        <w:t>Ланців бряжчання в батьковому возі.&lt;br /&gt;</w:t>
        <w:br/>
        <w:t>Я вибіг уночі надвір в тривозі,&lt;br /&gt;</w:t>
        <w:br/>
        <w:t>Неначе совість кликнула на спит.</w:t>
      </w:r>
    </w:p>
    <w:p>
      <w:r>
        <w:br/>
        <w:t>Грав на рокитах інею блакит,&lt;br /&gt;</w:t>
        <w:br/>
        <w:t>Та не було нікого на дорозі.&lt;br /&gt;</w:t>
        <w:br/>
        <w:t>О батьку мій, ти в кам'яній знемозі&lt;br /&gt;</w:t>
        <w:br/>
        <w:t>Лежиш, згорівши, як метеорит!</w:t>
      </w:r>
    </w:p>
    <w:p>
      <w:r>
        <w:br/>
        <w:t>Усе життя я доростати буду&lt;br /&gt;</w:t>
        <w:br/>
        <w:t>До мудрості твоєї й доброти,&lt;br /&gt;</w:t>
        <w:br/>
        <w:t>До висоти твого важкого труду.</w:t>
      </w:r>
    </w:p>
    <w:p>
      <w:r>
        <w:br/>
        <w:t>Дай до пісень мені слова знайти,&lt;br /&gt;</w:t>
        <w:br/>
        <w:t>Щоб не було в них плісняви ні бруду,&lt;br /&gt;</w:t>
        <w:br/>
        <w:t>Згоріти дай у полум'ї мети.</w:t>
      </w:r>
    </w:p>
    <w:p>
      <w:r>
        <w:br/>
        <w:t>1971&lt;br /&gt;</w:t>
        <w:br/>
        <w:t>ПЕЙЗАЖ</w:t>
      </w:r>
    </w:p>
    <w:p>
      <w:r>
        <w:br/>
        <w:t>Жінки співали на далекім полі,&lt;br /&gt;</w:t>
        <w:br/>
        <w:t>Пливли в блакитних небесах пісні.&lt;br /&gt;</w:t>
        <w:br/>
        <w:t>Стояв осінній вечір на стерні&lt;br /&gt;</w:t>
        <w:br/>
        <w:t>В молодику — неначе в ореолі.</w:t>
      </w:r>
    </w:p>
    <w:p>
      <w:r>
        <w:br/>
        <w:t>Як тихі промені в листках тополі,&lt;br /&gt;</w:t>
        <w:br/>
        <w:t>Ряхтіли мрійно голоси в мені,&lt;br /&gt;</w:t>
        <w:br/>
        <w:t>І проступали в неба глибині&lt;br /&gt;</w:t>
        <w:br/>
        <w:t>Зірками рідні радування й болі.</w:t>
      </w:r>
    </w:p>
    <w:p>
      <w:r>
        <w:br/>
        <w:t>Летіло, наче іскри з димаря,&lt;br /&gt;</w:t>
        <w:br/>
        <w:t>Пожовкле листя з темної обочі,&lt;br /&gt;</w:t>
        <w:br/>
        <w:t>І брався я вогнем, що не згоря;</w:t>
      </w:r>
    </w:p>
    <w:p>
      <w:r>
        <w:br/>
        <w:t>Вдихав, як вітер, співанки жіночі,&lt;br /&gt;</w:t>
        <w:br/>
        <w:t>Ширяв на золотих висотах ночі,&lt;br /&gt;</w:t>
        <w:br/>
        <w:t>І серце в грудях билось, як зоря.</w:t>
      </w:r>
    </w:p>
    <w:p>
      <w:r>
        <w:br/>
        <w:t>1971&lt;br /&gt;</w:t>
        <w:br/>
        <w:t>РОЗДУМ</w:t>
      </w:r>
    </w:p>
    <w:p>
      <w:r>
        <w:br/>
        <w:t>Ще не скінчилося празникування&lt;br /&gt;</w:t>
        <w:br/>
        <w:t>В гостинах юності, а сивина&lt;br /&gt;</w:t>
        <w:br/>
        <w:t>Бринить сама від себе, як струна,&lt;br /&gt;</w:t>
        <w:br/>
        <w:t>Яку напнула в полі осінь рання.</w:t>
      </w:r>
    </w:p>
    <w:p>
      <w:r>
        <w:br/>
        <w:t>Але в одвічнім дарі чудування&lt;br /&gt;</w:t>
        <w:br/>
        <w:t>Моя душа прозориться до дна;&lt;br /&gt;</w:t>
        <w:br/>
        <w:t>Любові сяйвом повниться вона,&lt;br /&gt;</w:t>
        <w:br/>
        <w:t>Як сонцем плід у пору дозрівання.</w:t>
      </w:r>
    </w:p>
    <w:p>
      <w:r>
        <w:br/>
        <w:t>Я не боюся, що на рінь тверду&lt;br /&gt;</w:t>
        <w:br/>
        <w:t>Чи на колючі гостряки покосу,&lt;br /&gt;</w:t>
        <w:br/>
        <w:t>Немов доспіле яблуко, впаду…</w:t>
      </w:r>
    </w:p>
    <w:p>
      <w:r>
        <w:br/>
        <w:t>Вітаю день осіннього приносу,&lt;br /&gt;</w:t>
        <w:br/>
        <w:t>Як оберну я в пісню стоголосу&lt;br /&gt;</w:t>
        <w:br/>
        <w:t>Свою — до краплі — силу молоду!</w:t>
      </w:r>
    </w:p>
    <w:p>
      <w:r>
        <w:br/>
        <w:t>1971&lt;br /&gt;</w:t>
        <w:br/>
        <w:t>СОНЕТ</w:t>
      </w:r>
    </w:p>
    <w:p>
      <w:r>
        <w:br/>
        <w:t>Стрункий сонет з'являється в уяві,&lt;br /&gt;</w:t>
        <w:br/>
        <w:t>Неначе в лісі олень-злоторіг,&lt;br /&gt;</w:t>
        <w:br/>
        <w:t>Чутливий і принадливий, як гріх,&lt;br /&gt;</w:t>
        <w:br/>
        <w:t>Далекий, мов зоря в небесній мряві.</w:t>
      </w:r>
    </w:p>
    <w:p>
      <w:r>
        <w:br/>
        <w:t>Як в намисли фальшиві і лукаві&lt;br /&gt;</w:t>
        <w:br/>
        <w:t>Напрямувать його нестримний біг…&lt;br /&gt;</w:t>
        <w:br/>
        <w:t>Він спиниться на схрещенні доріг,&lt;br /&gt;</w:t>
        <w:br/>
        <w:t>Закаменівши в дешевенькій славі.</w:t>
      </w:r>
    </w:p>
    <w:p>
      <w:r>
        <w:br/>
        <w:t>Відчується бетон в його статурі,&lt;br /&gt;</w:t>
        <w:br/>
        <w:t>На голові засохнуть штурпаки,&lt;br /&gt;</w:t>
        <w:br/>
        <w:t>Мов у спекотне літо кущ на мурі.</w:t>
      </w:r>
    </w:p>
    <w:p>
      <w:r>
        <w:br/>
        <w:t>Все вичарує правда навпаки —&lt;br /&gt;</w:t>
        <w:br/>
        <w:t>Він роги золоті, як блискавки&lt;br /&gt;</w:t>
        <w:br/>
        <w:t>Думок, нестиме крізь віки та бурі.</w:t>
      </w:r>
    </w:p>
    <w:p>
      <w:r>
        <w:br/>
        <w:t>1971&lt;br /&gt;</w:t>
        <w:br/>
        <w:t>ДВІЙНИК</w:t>
      </w:r>
    </w:p>
    <w:p>
      <w:r>
        <w:br/>
        <w:t>Той ліс, що я дитиною садив,&lt;br /&gt;</w:t>
        <w:br/>
        <w:t>Гуде й шумить на кам'янім узгір'ї.&lt;br /&gt;</w:t>
        <w:br/>
        <w:t>Там поселились невідомі звірі,&lt;br /&gt;</w:t>
        <w:br/>
        <w:t>По ночах стогне загадковий див.</w:t>
      </w:r>
    </w:p>
    <w:p>
      <w:r>
        <w:br/>
        <w:t>Там я гриби збирав і заблудив;&lt;br /&gt;</w:t>
        <w:br/>
        <w:t>Тріщало гілля, ніби звук в ефірі…&lt;br /&gt;</w:t>
        <w:br/>
        <w:t>За мною у моїй подобі й шкірі&lt;br /&gt;</w:t>
        <w:br/>
        <w:t>Мені на пострах мій двійник ходив.</w:t>
      </w:r>
    </w:p>
    <w:p>
      <w:r>
        <w:br/>
        <w:t>Він там живе, де темники оспалі,&lt;br /&gt;</w:t>
        <w:br/>
        <w:t>Та якось я оглянувся в юрбі —&lt;br /&gt;</w:t>
        <w:br/>
        <w:t>І стрілись наші погляди зухвалі.</w:t>
      </w:r>
    </w:p>
    <w:p>
      <w:r>
        <w:br/>
        <w:t>Ми з ним у потаємній боротьбі:&lt;br /&gt;</w:t>
        <w:br/>
        <w:t>Сміється він тоді, як я в журбі,&lt;br /&gt;</w:t>
        <w:br/>
        <w:t>Як я сміюся — він тоді в печалі.</w:t>
      </w:r>
    </w:p>
    <w:p>
      <w:r>
        <w:br/>
        <w:t>1972&lt;br /&gt;</w:t>
        <w:br/>
        <w:t>РАНОК</w:t>
      </w:r>
    </w:p>
    <w:p>
      <w:r>
        <w:br/>
        <w:t>Ще котить вітер листя по соші,&lt;br /&gt;</w:t>
        <w:br/>
        <w:t>Як обруча палаючого диво,&lt;br /&gt;</w:t>
        <w:br/>
        <w:t>А вже сльота з'їдає дні жадливо,&lt;br /&gt;</w:t>
        <w:br/>
        <w:t>Немов іржа забуті лемеші.</w:t>
      </w:r>
    </w:p>
    <w:p>
      <w:r>
        <w:br/>
        <w:t>Ще не змолола осінь, а в коші&lt;br /&gt;</w:t>
        <w:br/>
        <w:t>Засипала зима багате мливо.&lt;br /&gt;</w:t>
        <w:br/>
        <w:t>Спадає сніг повільно й терпеливо,&lt;br /&gt;</w:t>
        <w:br/>
        <w:t>Біліють крила ниви і душі.</w:t>
      </w:r>
    </w:p>
    <w:p>
      <w:r>
        <w:br/>
        <w:t>Я слухаю, як свищуть, ніби реї,&lt;br /&gt;</w:t>
        <w:br/>
        <w:t>Антени на дахах у ніч бліду,&lt;br /&gt;</w:t>
        <w:br/>
        <w:t>Як днина йде, подібна до лілеї.</w:t>
      </w:r>
    </w:p>
    <w:p>
      <w:r>
        <w:br/>
        <w:t>Сивіючу, але ще молоду,&lt;br /&gt;</w:t>
        <w:br/>
        <w:t>В долоні сонця голову кладу,&lt;br /&gt;</w:t>
        <w:br/>
        <w:t>Неначе в руки матері своєї.</w:t>
      </w:r>
    </w:p>
    <w:p>
      <w:r>
        <w:br/>
        <w:t>1972&lt;br /&gt;</w:t>
        <w:br/>
        <w:t>ЗРІЛІСТЬ</w:t>
      </w:r>
    </w:p>
    <w:p>
      <w:r>
        <w:br/>
        <w:t>Як бабиного літа срібні ниті,&lt;br /&gt;</w:t>
        <w:br/>
        <w:t>Думки пливуть і світять оддалік,&lt;br /&gt;</w:t>
        <w:br/>
        <w:t>Вливаюся в їх лагідний потік&lt;br /&gt;</w:t>
        <w:br/>
        <w:t>Душею, ніби поблиском блакиті.</w:t>
      </w:r>
    </w:p>
    <w:p>
      <w:r>
        <w:br/>
        <w:t>Де ж пристрасті мої несамовиті?&lt;br /&gt;</w:t>
        <w:br/>
        <w:t>Де молодий вогонь, що серце пік?&lt;br /&gt;</w:t>
        <w:br/>
        <w:t>Невже запорошився, наче тік,&lt;br /&gt;</w:t>
        <w:br/>
        <w:t>Майдан мого життя в лискучім плитті?</w:t>
      </w:r>
    </w:p>
    <w:p>
      <w:r>
        <w:br/>
        <w:t>Ні! Зрілість, наче сонце, надійшла.&lt;br /&gt;</w:t>
        <w:br/>
        <w:t>Вона мене понад вершини й хлані&lt;br /&gt;</w:t>
        <w:br/>
        <w:t>Несе в безмежнім світла океані.</w:t>
      </w:r>
    </w:p>
    <w:p>
      <w:r>
        <w:br/>
        <w:t>Але яка хмільна пора була,&lt;br /&gt;</w:t>
        <w:br/>
        <w:t>Коли згоряв я сто разів дотла&lt;br /&gt;</w:t>
        <w:br/>
        <w:t>І воскресав, неначе бог, в коханні!</w:t>
      </w:r>
    </w:p>
    <w:p>
      <w:r>
        <w:br/>
        <w:t>1972&lt;br /&gt;</w:t>
        <w:br/>
        <w:t>ДЕДАЛ ТА ІКАР</w:t>
      </w:r>
    </w:p>
    <w:p>
      <w:r>
        <w:br/>
        <w:t>— Моя дитино, синку мій Ікаре,&lt;br /&gt;</w:t>
        <w:br/>
        <w:t>Хіба я не казав летіти в млі,&lt;br /&gt;</w:t>
        <w:br/>
        <w:t>Триматися туману і землі,&lt;br /&gt;</w:t>
        <w:br/>
        <w:t>Не рватися до сонця понад хмари?</w:t>
      </w:r>
    </w:p>
    <w:p>
      <w:r>
        <w:br/>
        <w:t>— Ти все казав, та нездоланні чари&lt;br /&gt;</w:t>
        <w:br/>
        <w:t>Польоту й висоти. Покинь жалі,&lt;br /&gt;</w:t>
        <w:br/>
        <w:t>Бо ж я летів на справжньому крилі&lt;br /&gt;</w:t>
        <w:br/>
        <w:t>І щастя знав, а не його примари.</w:t>
      </w:r>
    </w:p>
    <w:p>
      <w:r>
        <w:br/>
        <w:t>— Дитя моє, ти за щасливу мить&lt;br /&gt;</w:t>
        <w:br/>
        <w:t>Віддав життя, розбився на граніті,&lt;br /&gt;</w:t>
        <w:br/>
        <w:t>А ми ж тікали від царя, щоб жить!</w:t>
      </w:r>
    </w:p>
    <w:p>
      <w:r>
        <w:br/>
        <w:t>— О батьку, смерть — це не найгірше в світі;&lt;br /&gt;</w:t>
        <w:br/>
        <w:t>На скелі краще падати, ніж гнить&lt;br /&gt;</w:t>
        <w:br/>
        <w:t>В ярмі, при царськім золотім кориті!</w:t>
      </w:r>
    </w:p>
    <w:p>
      <w:r>
        <w:br/>
        <w:t>1972&lt;br /&gt;</w:t>
        <w:br/>
        <w:t>ЩАСТЯ</w:t>
      </w:r>
    </w:p>
    <w:p>
      <w:r>
        <w:br/>
        <w:t>На пагорбі зеленім хата.&lt;br /&gt;</w:t>
        <w:br/>
        <w:t>Криниця. Ясени. Автомобіль.&lt;br /&gt;</w:t>
        <w:br/>
        <w:t>Стіл на подвір'ї. Пісня — предків біль.&lt;br /&gt;</w:t>
        <w:br/>
        <w:t>Вишневоокі мальви — як дівчата.</w:t>
      </w:r>
    </w:p>
    <w:p>
      <w:r>
        <w:br/>
        <w:t>На серці — спомин маминого свята,&lt;br /&gt;</w:t>
        <w:br/>
        <w:t>А на устах — солодкий вітер піль.&lt;br /&gt;</w:t>
        <w:br/>
        <w:t>Калач і сонце, місяць і чепіль,&lt;br /&gt;</w:t>
        <w:br/>
        <w:t>Блакиті чарка — сподом синювата.</w:t>
      </w:r>
    </w:p>
    <w:p>
      <w:r>
        <w:br/>
        <w:t>В усьому — щастя. Хміль буття. Роса&lt;br /&gt;</w:t>
        <w:br/>
        <w:t>Привітно посміхається, аж диво.&lt;br /&gt;</w:t>
        <w:br/>
        <w:t>День, як багаття, тихо погаса.</w:t>
      </w:r>
    </w:p>
    <w:p>
      <w:r>
        <w:br/>
        <w:t>Грудь матері ссе немовля жадливо&lt;br /&gt;</w:t>
        <w:br/>
        <w:t>І дивиться поважно в небеса,&lt;br /&gt;</w:t>
        <w:br/>
        <w:t>Де мерехтять зірки, як вічне жниво.</w:t>
      </w:r>
    </w:p>
    <w:p>
      <w:r>
        <w:br/>
        <w:t>1972&lt;br /&gt;</w:t>
        <w:br/>
        <w:t>ЛЮБОВ</w:t>
      </w:r>
    </w:p>
    <w:p>
      <w:r>
        <w:br/>
        <w:t>Час на байдужість обертає муку,&lt;br /&gt;</w:t>
        <w:br/>
        <w:t>А тіло й кров — на камінь чи на мідь;&lt;br /&gt;</w:t>
        <w:br/>
        <w:t>Ненависна ж мені одноманіть,&lt;br /&gt;</w:t>
        <w:br/>
        <w:t>Де не буває світла ані звуку.</w:t>
      </w:r>
    </w:p>
    <w:p>
      <w:r>
        <w:br/>
        <w:t>Не простягну ніколи доброхіть&lt;br /&gt;</w:t>
        <w:br/>
        <w:t>Безжальній костомасі дружби руку.&lt;br /&gt;</w:t>
        <w:br/>
        <w:t>Люблю життя, де повно сонця й грюку,&lt;br /&gt;</w:t>
        <w:br/>
        <w:t>І ця любов моя на сто століть!</w:t>
      </w:r>
    </w:p>
    <w:p>
      <w:r>
        <w:br/>
        <w:t>Я син землі, що родить хліб і мрію.&lt;br /&gt;</w:t>
        <w:br/>
        <w:t>Вона безсмертя кожному дала,&lt;br /&gt;</w:t>
        <w:br/>
        <w:t>Як рідну мову й правіків надію.</w:t>
      </w:r>
    </w:p>
    <w:p>
      <w:r>
        <w:br/>
        <w:t>Збагну безмежжя неба і числа,&lt;br /&gt;</w:t>
        <w:br/>
        <w:t>Добра відвертість і дволиччя зла,&lt;br /&gt;</w:t>
        <w:br/>
        <w:t>Лиш смерті я повік не зрозумію!</w:t>
      </w:r>
    </w:p>
    <w:p>
      <w:r>
        <w:br/>
        <w:t>1972&lt;br /&gt;</w:t>
        <w:br/>
        <w:t>ГУСИ</w:t>
      </w:r>
    </w:p>
    <w:p>
      <w:r>
        <w:br/>
        <w:t>Навсплячки гуси чапають додому,&lt;br /&gt;</w:t>
        <w:br/>
        <w:t>Вдоволені та сповнені надій.&lt;br /&gt;</w:t>
        <w:br/>
        <w:t>Вони напаслись на траві блідій,&lt;br /&gt;</w:t>
        <w:br/>
        <w:t>Погрубшали в лінивстві молодому.</w:t>
      </w:r>
    </w:p>
    <w:p>
      <w:r>
        <w:br/>
        <w:t>Десь журавлі летять крізь власну втому&lt;br /&gt;</w:t>
        <w:br/>
        <w:t>І кличуть їх на шлях спасенний свій.&lt;br /&gt;</w:t>
        <w:br/>
        <w:t>Дарма! Кого скував блаженний лій,&lt;br /&gt;</w:t>
        <w:br/>
        <w:t>Той хоче спати в курнику глухому.</w:t>
      </w:r>
    </w:p>
    <w:p>
      <w:r>
        <w:br/>
        <w:t>Не збудяться — хоч ти з гармати влущ!&lt;br /&gt;</w:t>
        <w:br/>
        <w:t>Ідуть вони спокійно, по ранжиру,&lt;br /&gt;</w:t>
        <w:br/>
        <w:t>За гусаком — у хлів плекати тлущ…</w:t>
      </w:r>
    </w:p>
    <w:p>
      <w:r>
        <w:br/>
        <w:t>О брате мій, оспалий, повен жиру,&lt;br /&gt;</w:t>
        <w:br/>
        <w:t>Чи бачиш ти з міщанських шкаралущ&lt;br /&gt;</w:t>
        <w:br/>
        <w:t>Біля хліва наточену сокиру?</w:t>
      </w:r>
    </w:p>
    <w:p>
      <w:r>
        <w:br/>
        <w:t>1972-2003&lt;br /&gt;</w:t>
        <w:br/>
        <w:t>ДЗВІН</w:t>
      </w:r>
    </w:p>
    <w:p>
      <w:r>
        <w:br/>
        <w:t>Якщо ти дзвін, то серце віддаєш&lt;br /&gt;</w:t>
        <w:br/>
        <w:t>Шнурку на прив'язь, хоч воно залізне…&lt;br /&gt;</w:t>
        <w:br/>
        <w:t>Не тільки титар, а й створіння злісне&lt;br /&gt;</w:t>
        <w:br/>
        <w:t>За мотуз може сіпати. Авжеж!</w:t>
      </w:r>
    </w:p>
    <w:p>
      <w:r>
        <w:br/>
        <w:t>Як ти поет, то в руки сам береш&lt;br /&gt;</w:t>
        <w:br/>
        <w:t>Своє велике серце правдовісне,&lt;br /&gt;</w:t>
        <w:br/>
        <w:t>Б'єш ним об зорі — хай од болю трісне,&lt;br /&gt;</w:t>
        <w:br/>
        <w:t>Але хай скаже все, чим ти живеш!</w:t>
      </w:r>
    </w:p>
    <w:p>
      <w:r>
        <w:br/>
        <w:t>І заздрості не май до того дзвона,&lt;br /&gt;</w:t>
        <w:br/>
        <w:t>Що звук йому дається легкома,&lt;br /&gt;</w:t>
        <w:br/>
        <w:t>Що збуджує його чужа припона.</w:t>
      </w:r>
    </w:p>
    <w:p>
      <w:r>
        <w:br/>
        <w:t>Для твого серця в світі пут нема!&lt;br /&gt;</w:t>
        <w:br/>
        <w:t>Воно само собою — світло й тьма,&lt;br /&gt;</w:t>
        <w:br/>
        <w:t>Твої кайдани і твоя корона.</w:t>
      </w:r>
    </w:p>
    <w:p>
      <w:r>
        <w:br/>
        <w:t>1972-2003&lt;br /&gt;</w:t>
        <w:br/>
        <w:t>ЗАКІНЧУЮЧИ</w:t>
      </w:r>
    </w:p>
    <w:p>
      <w:r>
        <w:br/>
        <w:t>Писав я ці сонети восени&lt;br /&gt;</w:t>
        <w:br/>
        <w:t>В подільському селі на Тернопіллі.&lt;br /&gt;</w:t>
        <w:br/>
        <w:t>Мов яблука чи груші пізньоспілі,&lt;br /&gt;</w:t>
        <w:br/>
        <w:t>До снігу наливалися вони.</w:t>
      </w:r>
    </w:p>
    <w:p>
      <w:r>
        <w:br/>
        <w:t>В них — зернятка душі, туманів сни,&lt;br /&gt;</w:t>
        <w:br/>
        <w:t>Терпкого сонця соки стужавілі,&lt;br /&gt;</w:t>
        <w:br/>
        <w:t>Але в плодах, що до зими на гіллі, —&lt;br /&gt;</w:t>
        <w:br/>
        <w:t>Немає хробів ані гнилизни.</w:t>
      </w:r>
    </w:p>
    <w:p>
      <w:r>
        <w:br/>
        <w:t>Благословенний будь, мій рідний краю!&lt;br /&gt;</w:t>
        <w:br/>
        <w:t>Як дерево мале в гучнім саду,&lt;br /&gt;</w:t>
        <w:br/>
        <w:t>Політок зимовий тобі складаю.</w:t>
      </w:r>
    </w:p>
    <w:p>
      <w:r>
        <w:br/>
        <w:t>Нічого не жадаю, тільки жду,&lt;br /&gt;</w:t>
        <w:br/>
        <w:t>Щоб знов підняти крону молоду&lt;br /&gt;</w:t>
        <w:br/>
        <w:t>І розцвісти в зеленому розмаю.</w:t>
      </w:r>
    </w:p>
    <w:p>
      <w:r>
        <w:br/>
        <w:t>1972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 подільської осені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