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до Орфея</w:t>
      </w:r>
    </w:p>
    <w:p>
      <w:r>
        <w:br/>
        <w:t xml:space="preserve"> Райнер Марія Рільке&lt;br /&gt;</w:t>
        <w:br/>
        <w:t>Сонети до Орфея&lt;br /&gt;</w:t>
        <w:br/>
        <w:t>(переклав Микола Бажан)</w:t>
      </w:r>
    </w:p>
    <w:p>
      <w:r>
        <w:br/>
        <w:t>Частина перша&lt;br /&gt;</w:t>
        <w:br/>
        <w:t>I</w:t>
      </w:r>
    </w:p>
    <w:p>
      <w:r>
        <w:br/>
        <w:t>Ось дерево звелось. О виростання!&lt;br /&gt;</w:t>
        <w:br/>
        <w:t>О спів Орфея! Співу повен слух&lt;br /&gt;</w:t>
        <w:br/>
        <w:t>І змовкло все, та плине крізь мовчання&lt;br /&gt;</w:t>
        <w:br/>
        <w:t>новий початок, знак новий і рух.</w:t>
      </w:r>
    </w:p>
    <w:p>
      <w:r>
        <w:br/>
        <w:t>Виходять звірі з лісової тиші,&lt;br /&gt;</w:t>
        <w:br/>
        <w:t>покинувши кубельця чи барліг;&lt;br /&gt;</w:t>
        <w:br/>
        <w:t>вони, либонь, зробилися тихіші&lt;br /&gt;</w:t>
        <w:br/>
        <w:t>не з остраху, не з хитрощів своїх,</w:t>
      </w:r>
    </w:p>
    <w:p>
      <w:r>
        <w:br/>
        <w:t>а з прислухання. Рев, скавчання, гам&lt;br /&gt;</w:t>
        <w:br/>
        <w:t>змаліли в їх серцях. Їм за пристанок&lt;br /&gt;</w:t>
        <w:br/>
        <w:t>недавно ще була маленька хижа,</w:t>
      </w:r>
    </w:p>
    <w:p>
      <w:r>
        <w:br/>
        <w:t>де крилася жадливість їхня хижа&lt;br /&gt;</w:t>
        <w:br/>
        <w:t>і де при вході аж хитався ґанок, —&lt;br /&gt;</w:t>
        <w:br/>
        <w:t>там ти воздвиг їх прислухання храм.</w:t>
      </w:r>
    </w:p>
    <w:p>
      <w:r>
        <w:br/>
        <w:t>II</w:t>
      </w:r>
    </w:p>
    <w:p>
      <w:r>
        <w:br/>
        <w:t>В мені немов жило дівчатко гоже&lt;br /&gt;</w:t>
        <w:br/>
        <w:t>і вибігло, зачувши ліри спів,&lt;br /&gt;</w:t>
        <w:br/>
        <w:t>сяйнувши крізь вуаль весільних днів,&lt;br /&gt;</w:t>
        <w:br/>
        <w:t>у вухах в мене примостило ложе</w:t>
      </w:r>
    </w:p>
    <w:p>
      <w:r>
        <w:br/>
        <w:t>й заснуло там. Все стало сном її, —&lt;br /&gt;</w:t>
        <w:br/>
        <w:t>все, що мене вражало, наче диво.&lt;br /&gt;</w:t>
        <w:br/>
        <w:t>побачені дерева, луки, ниви,&lt;br /&gt;</w:t>
        <w:br/>
        <w:t>всі ці далекі і близькі краї.</w:t>
      </w:r>
    </w:p>
    <w:p>
      <w:r>
        <w:br/>
        <w:t>Вона снить світом. Як, співучий боже,&lt;br /&gt;</w:t>
        <w:br/>
        <w:t>ти, всупереч самій, її створив?&lt;br /&gt;</w:t>
        <w:br/>
        <w:t>Поглянь: вона звелася, хоч вві сні.</w:t>
      </w:r>
    </w:p>
    <w:p>
      <w:r>
        <w:br/>
        <w:t>Де смерть її? Чи знайдеш ти мотив,&lt;br /&gt;</w:t>
        <w:br/>
        <w:t>докіль не вб'ють її твої пісні?&lt;br /&gt;</w:t>
        <w:br/>
        <w:t>Де зникло з мене?.. те дівчатко гоже...</w:t>
      </w:r>
    </w:p>
    <w:p>
      <w:r>
        <w:br/>
        <w:t>III</w:t>
      </w:r>
    </w:p>
    <w:p>
      <w:r>
        <w:br/>
        <w:t>Бог це зумів, та чи пройти людині&lt;br /&gt;</w:t>
        <w:br/>
        <w:t>крізь вузькість ліри так, як бог-співець?&lt;br /&gt;</w:t>
        <w:br/>
        <w:t>Двоїться мисль. На схрещенні сердець&lt;br /&gt;</w:t>
        <w:br/>
        <w:t>не зводять Аполлонові святині.</w:t>
      </w:r>
    </w:p>
    <w:p>
      <w:r>
        <w:br/>
        <w:t>Той спів, якого вчиш, не пожадання,&lt;br /&gt;</w:t>
        <w:br/>
        <w:t>не клич сягти досяжних ще вершин.&lt;br /&gt;</w:t>
        <w:br/>
        <w:t>Спів — здобич бога. Спів — це існування.&lt;br /&gt;</w:t>
        <w:br/>
        <w:t>А як же нам, коли оберне він</w:t>
      </w:r>
    </w:p>
    <w:p>
      <w:r>
        <w:br/>
        <w:t>І землю, й зорі вбік на нашу путь?&lt;br /&gt;</w:t>
        <w:br/>
        <w:t>Не буде, хлопче, добре задля тебе,&lt;br /&gt;</w:t>
        <w:br/>
        <w:t>як спів тобі розірве рот, — забудь,</w:t>
      </w:r>
    </w:p>
    <w:p>
      <w:r>
        <w:br/>
        <w:t>що ти співав. Час одзвуки всі витер.&lt;br /&gt;</w:t>
        <w:br/>
        <w:t>По-іншому співать насправді треба.&lt;br /&gt;</w:t>
        <w:br/>
        <w:t>Не подих в пустку. Віддих в бога. Вітер.</w:t>
      </w:r>
    </w:p>
    <w:p>
      <w:r>
        <w:br/>
        <w:t>VII</w:t>
      </w:r>
    </w:p>
    <w:p>
      <w:r>
        <w:br/>
        <w:t>Славити! Слави обранець спливе&lt;br /&gt;</w:t>
        <w:br/>
        <w:t>вгору із надр, як руда — з брил мовчання.&lt;br /&gt;</w:t>
        <w:br/>
        <w:t>Серце його — о давильні стискання —&lt;br /&gt;</w:t>
        <w:br/>
        <w:t>людям вино витискає живе.</w:t>
      </w:r>
    </w:p>
    <w:p>
      <w:r>
        <w:br/>
        <w:t>Звуку пісень його порох не вкриє,&lt;br /&gt;</w:t>
        <w:br/>
        <w:t>якщо на божий співатиме лад.&lt;br /&gt;</w:t>
        <w:br/>
        <w:t>Скрізь — виноградник і скрізь — виноград,&lt;br /&gt;</w:t>
        <w:br/>
        <w:t>що на осонні південному зріє.</w:t>
      </w:r>
    </w:p>
    <w:p>
      <w:r>
        <w:br/>
        <w:t>Ні королі, перетлілі в труні,&lt;br /&gt;</w:t>
        <w:br/>
        <w:t>слави його не принизять, ані&lt;br /&gt;</w:t>
        <w:br/>
        <w:t>тіні богів не дадуть на образу.</w:t>
      </w:r>
    </w:p>
    <w:p>
      <w:r>
        <w:br/>
        <w:t>Він є одним з вічносущих гінців,&lt;br /&gt;</w:t>
        <w:br/>
        <w:t>котрий приходить до Брами Мерців,&lt;br /&gt;</w:t>
        <w:br/>
        <w:t>овочів славних тримаючи вазу.</w:t>
      </w:r>
    </w:p>
    <w:p>
      <w:r>
        <w:br/>
        <w:t>XVII</w:t>
      </w:r>
    </w:p>
    <w:p>
      <w:r>
        <w:br/>
        <w:t>Старче, отам, в глибині&lt;br /&gt;</w:t>
        <w:br/>
        <w:t>світобудови,&lt;br /&gt;</w:t>
        <w:br/>
        <w:t>б'ють джерела потайні,&lt;br /&gt;</w:t>
        <w:br/>
        <w:t>коренів схови.</w:t>
      </w:r>
    </w:p>
    <w:p>
      <w:r>
        <w:br/>
        <w:t>Сурми, шоломи, щити,&lt;br /&gt;</w:t>
        <w:br/>
        <w:t>чвари могутні,&lt;br /&gt;</w:t>
        <w:br/>
        <w:t>люди — як люті брати,&lt;br /&gt;</w:t>
        <w:br/>
        <w:t>діви — як лютні...</w:t>
      </w:r>
    </w:p>
    <w:p>
      <w:r>
        <w:br/>
        <w:t>З віттю сплелася віть,&lt;br /&gt;</w:t>
        <w:br/>
        <w:t>тьма — по всім ширу.&lt;br /&gt;</w:t>
        <w:br/>
        <w:t>Хто там? О йдіть... ідіть...</w:t>
      </w:r>
    </w:p>
    <w:p>
      <w:r>
        <w:br/>
        <w:t>Хай ще бредуть по лісах. —&lt;br /&gt;</w:t>
        <w:br/>
        <w:t>Той же, що верху досяг,&lt;br /&gt;</w:t>
        <w:br/>
        <w:t>вже зводить ліру.</w:t>
      </w:r>
    </w:p>
    <w:p>
      <w:r>
        <w:br/>
        <w:t>XVIII</w:t>
      </w:r>
    </w:p>
    <w:p>
      <w:r>
        <w:br/>
        <w:t>Двигіт нового — його&lt;br /&gt;</w:t>
        <w:br/>
        <w:t>чуєш ти, Пане?&lt;br /&gt;</w:t>
        <w:br/>
        <w:t>Це — передвістя того,&lt;br /&gt;</w:t>
        <w:br/>
        <w:t>що в світі стане.</w:t>
      </w:r>
    </w:p>
    <w:p>
      <w:r>
        <w:br/>
        <w:t>В дужій цій гуркотні&lt;br /&gt;</w:t>
        <w:br/>
        <w:t>звуки зникають,&lt;br /&gt;</w:t>
        <w:br/>
        <w:t>тільки машини одні&lt;br /&gt;</w:t>
        <w:br/>
        <w:t>вславлень чекають.</w:t>
      </w:r>
    </w:p>
    <w:p>
      <w:r>
        <w:br/>
        <w:t>Глянь,— двигуни&lt;br /&gt;</w:t>
        <w:br/>
        <w:t>крутяться мстиво і люто,&lt;br /&gt;</w:t>
        <w:br/>
        <w:t>щоб нас здолати й знебути.</w:t>
      </w:r>
    </w:p>
    <w:p>
      <w:r>
        <w:br/>
        <w:t>З нас набираючись сили,&lt;br /&gt;</w:t>
        <w:br/>
        <w:t>нам же тоді збайдужіло&lt;br /&gt;</w:t>
        <w:br/>
        <w:t>служать вони.</w:t>
      </w:r>
    </w:p>
    <w:p>
      <w:r>
        <w:br/>
        <w:t>XIX</w:t>
      </w:r>
    </w:p>
    <w:p>
      <w:r>
        <w:br/>
        <w:t>Всесвіт є змінний, немов&lt;br /&gt;</w:t>
        <w:br/>
        <w:t>хмари несталі:&lt;br /&gt;</w:t>
        <w:br/>
        <w:t>гине довершене знов&lt;br /&gt;</w:t>
        <w:br/>
        <w:t>в часу проваллі.</w:t>
      </w:r>
    </w:p>
    <w:p>
      <w:r>
        <w:br/>
        <w:t>Попри всю змінність тривог,&lt;br /&gt;</w:t>
        <w:br/>
        <w:t>троп у безкрає,&lt;br /&gt;</w:t>
        <w:br/>
        <w:t>пісня почнеться,— вже бог&lt;br /&gt;</w:t>
        <w:br/>
        <w:t>ліру тримає.</w:t>
      </w:r>
    </w:p>
    <w:p>
      <w:r>
        <w:br/>
        <w:t>Є непізнанні жалі,&lt;br /&gt;</w:t>
        <w:br/>
        <w:t>смерті незнана є суть,&lt;br /&gt;</w:t>
        <w:br/>
        <w:t>марне бажання — збагнуть&lt;br /&gt;</w:t>
        <w:br/>
        <w:t>тайни любові.&lt;br /&gt;</w:t>
        <w:br/>
        <w:t>Тільки пісні на землі&lt;br /&gt;</w:t>
        <w:br/>
        <w:t>сяють, святкові.</w:t>
      </w:r>
    </w:p>
    <w:p>
      <w:r>
        <w:br/>
        <w:t>XX</w:t>
      </w:r>
    </w:p>
    <w:p>
      <w:r>
        <w:br/>
        <w:t>Пане, що можу — скажи ти мені —&lt;br /&gt;</w:t>
        <w:br/>
        <w:t>скласти тобі на посвяту і я?&lt;br /&gt;</w:t>
        <w:br/>
        <w:t>Спогад мій давній про день навесні,&lt;br /&gt;</w:t>
        <w:br/>
        <w:t>вечір в Росії, і луг, і коня...</w:t>
      </w:r>
    </w:p>
    <w:p>
      <w:r>
        <w:br/>
        <w:t>Десь із села приблукав він, сиваш,&lt;br /&gt;</w:t>
        <w:br/>
        <w:t>сплутаний путами по ногах,&lt;br /&gt;</w:t>
        <w:br/>
        <w:t>щоб на лугах ночувать пустон?аш;&lt;br /&gt;</w:t>
        <w:br/>
        <w:t>хльоскає гриви розхристаний змах</w:t>
      </w:r>
    </w:p>
    <w:p>
      <w:r>
        <w:br/>
        <w:t>шию його в такт буянню снаги,&lt;br /&gt;</w:t>
        <w:br/>
        <w:t>грубо вгамованій в прагненні мчать.&lt;br /&gt;</w:t>
        <w:br/>
        <w:t>Як його крові ключі клекотять!</w:t>
      </w:r>
    </w:p>
    <w:p>
      <w:r>
        <w:br/>
        <w:t>Як він вслухається в шир навкруги!&lt;br /&gt;</w:t>
        <w:br/>
        <w:t>Чує й співає,— ввімкни в круг билин&lt;br /&gt;</w:t>
        <w:br/>
        <w:t>образ цей.&lt;br /&gt;</w:t>
        <w:br/>
        <w:t>Є посвятою він.</w:t>
      </w:r>
    </w:p>
    <w:p>
      <w:r>
        <w:br/>
        <w:t>Частина друга&lt;br /&gt;</w:t>
        <w:br/>
        <w:t>II</w:t>
      </w:r>
    </w:p>
    <w:p>
      <w:r>
        <w:br/>
        <w:t>Майстер, на аркуш поглянувши радо,&lt;br /&gt;</w:t>
        <w:br/>
        <w:t>в ньому вже бачить твір&lt;br /&gt;</w:t>
        <w:br/>
        <w:t>здiйсненний свій,&lt;br /&gt;</w:t>
        <w:br/>
        <w:t>так от в собі відбиває й свічадо&lt;br /&gt;</w:t>
        <w:br/>
        <w:t>посміх дівочий, єдиний, святий;</w:t>
      </w:r>
    </w:p>
    <w:p>
      <w:r>
        <w:br/>
        <w:t>так воно мірить ранкове проміння&lt;br /&gt;</w:t>
        <w:br/>
        <w:t>й сяйво смеркове послужливих свіч.&lt;br /&gt;</w:t>
        <w:br/>
        <w:t>Згодом у подих реальних облич&lt;br /&gt;</w:t>
        <w:br/>
        <w:t>падають тільки відбитки світіння.</w:t>
      </w:r>
    </w:p>
    <w:p>
      <w:r>
        <w:br/>
        <w:t>Що наші очі змогли розпізнати&lt;br /&gt;</w:t>
        <w:br/>
        <w:t>в прискові огнища довго жаркому?&lt;br /&gt;</w:t>
        <w:br/>
        <w:t>Образ життя, що минуло навік.</w:t>
      </w:r>
    </w:p>
    <w:p>
      <w:r>
        <w:br/>
        <w:t>Земле, чи змірив хто-будь твої втрати? —&lt;br /&gt;</w:t>
        <w:br/>
        <w:t>Тільки отой, чия пісня, мов крик,&lt;br /&gt;</w:t>
        <w:br/>
        <w:t>вславила серце, рожденне в усьому.</w:t>
      </w:r>
    </w:p>
    <w:p>
      <w:r>
        <w:br/>
        <w:t>VI</w:t>
      </w:r>
    </w:p>
    <w:p>
      <w:r>
        <w:br/>
        <w:t>Ти царюєш, трояндо,— для людства за давніх сторіч&lt;br /&gt;</w:t>
        <w:br/>
        <w:t>просто келихом тонкогранчастим була ти,&lt;br /&gt;</w:t>
        <w:br/>
        <w:t>а для нас ти — це цвіт незліченно багатий,&lt;br /&gt;</w:t>
        <w:br/>
        <w:t>до кінця невичерпна річ.</w:t>
      </w:r>
    </w:p>
    <w:p>
      <w:r>
        <w:br/>
        <w:t>Ти зі свого багатства на вбра?нні пишаєшся вбранням,&lt;br /&gt;</w:t>
        <w:br/>
        <w:t>тільки з сяйва складається тіло твоє;&lt;br /&gt;</w:t>
        <w:br/>
        <w:t>в тебе кожна пелюстка є всяких прикрас відкиданням,&lt;br /&gt;</w:t>
        <w:br/>
        <w:t>запереченням всякого одягу є.</w:t>
      </w:r>
    </w:p>
    <w:p>
      <w:r>
        <w:br/>
        <w:t>Нам твій запах упродовж століть&lt;br /&gt;</w:t>
        <w:br/>
        <w:t>був твоїм найсолодшим найменням,—&lt;br /&gt;</w:t>
        <w:br/>
        <w:t>він в повітрі, як слава, і зараз бринить.</w:t>
      </w:r>
    </w:p>
    <w:p>
      <w:r>
        <w:br/>
        <w:t>Ми не знаємо й досі, як зветься по-справжньому він,&lt;br /&gt;</w:t>
        <w:br/>
        <w:t>І вертаємо в згадках до нього, й з натхненням&lt;br /&gt;</w:t>
        <w:br/>
        <w:t>в нього молим собі довгожданих годин.</w:t>
      </w:r>
    </w:p>
    <w:p>
      <w:r>
        <w:br/>
        <w:t>XII</w:t>
      </w:r>
    </w:p>
    <w:p>
      <w:r>
        <w:br/>
        <w:t>Зажадай переміни. Хай пломінь тебе надихне,&lt;br /&gt;</w:t>
        <w:br/>
        <w:t>якщо річ, загордівши од зміни, тебе уникає;&lt;br /&gt;</w:t>
        <w:br/>
        <w:t>творчий дух, що накреслює й ревно майструє Земне,&lt;br /&gt;</w:t>
        <w:br/>
        <w:t>у накресленні явищ одні лиш пунктири вбачає.</w:t>
      </w:r>
    </w:p>
    <w:p>
      <w:r>
        <w:br/>
        <w:t>Ціпеніє усе, що себе замикає в бутті,—&lt;br /&gt;</w:t>
        <w:br/>
        <w:t>де воно заховається, вкрите наплинулим жахом?&lt;br /&gt;</w:t>
        <w:br/>
        <w:t>Зачекай,— все тверде зачапіє ще більш в майбутті.&lt;br /&gt;</w:t>
        <w:br/>
        <w:t>Леле! Молот незримий підноситься змахом!</w:t>
      </w:r>
    </w:p>
    <w:p>
      <w:r>
        <w:br/>
        <w:t>Хто спроможен, мов ключ, розливатись,— того&lt;br /&gt;</w:t>
        <w:br/>
        <w:t>і здобуте пізнання осяйно крізь простори творчі веде,&lt;br /&gt;</w:t>
        <w:br/>
        <w:t>де кінець може стати початком, початок — кінцем.&lt;br /&gt;</w:t>
        <w:br/>
        <w:t>Всякий про?стір щасливий — він син або внук розставання.&lt;br /&gt;</w:t>
        <w:br/>
        <w:t>Навіть Дафна, зміняючись в лавра гілля молоде,&lt;br /&gt;</w:t>
        <w:br/>
        <w:t>вже як лавр, тоді прагне, щоб зробився ти вітерцем.</w:t>
      </w:r>
    </w:p>
    <w:p>
      <w:r>
        <w:br/>
        <w:t>XXVIII</w:t>
      </w:r>
    </w:p>
    <w:p>
      <w:r>
        <w:br/>
        <w:t>Прийди і відійди. Сливе дитя,&lt;br /&gt;</w:t>
        <w:br/>
        <w:t>враз дотанцюй фігуру того танцю&lt;br /&gt;</w:t>
        <w:br/>
        <w:t>небесних зір, в якому наостанці&lt;br /&gt;</w:t>
        <w:br/>
        <w:t>перемагаєм хоч на мить буття,</w:t>
      </w:r>
    </w:p>
    <w:p>
      <w:r>
        <w:br/>
        <w:t>що нами владно править. Ти звелась,&lt;br /&gt;</w:t>
        <w:br/>
        <w:t>заслухавшись в далекий спів Орфея.&lt;br /&gt;</w:t>
        <w:br/>
        <w:t>Ти з тих часів стривожена якась&lt;br /&gt;</w:t>
        <w:br/>
        <w:t>і мало не чужа для нас душею,</w:t>
      </w:r>
    </w:p>
    <w:p>
      <w:r>
        <w:br/>
        <w:t>коли вагалось дерево, — чи йти&lt;br /&gt;</w:t>
        <w:br/>
        <w:t>вслід за тобою там, де він співа,&lt;br /&gt;</w:t>
        <w:br/>
        <w:t>де, наче сховок, звуки ліри чути.</w:t>
      </w:r>
    </w:p>
    <w:p>
      <w:r>
        <w:br/>
        <w:t>Туди знайшла путі прекрасні ти,&lt;br /&gt;</w:t>
        <w:br/>
        <w:t>бо прагнула до світел торжества&lt;br /&gt;</w:t>
        <w:br/>
        <w:t>лице і кроки друга обернути.</w:t>
      </w:r>
    </w:p>
    <w:p>
      <w:r>
        <w:br/>
        <w:t>XXIX</w:t>
      </w:r>
    </w:p>
    <w:p>
      <w:r>
        <w:br/>
        <w:t>Чуєш, друже незлічених далів,&lt;br /&gt;</w:t>
        <w:br/>
        <w:t>як твій подих ширить дальшу даль?&lt;br /&gt;</w:t>
        <w:br/>
        <w:t>З-під дзвіниці похмурих порталів&lt;br /&gt;</w:t>
        <w:br/>
        <w:t>продзвени. Твоє терзання й жаль —</w:t>
      </w:r>
    </w:p>
    <w:p>
      <w:r>
        <w:br/>
        <w:t>дужче за тутешній почастунок.&lt;br /&gt;</w:t>
        <w:br/>
        <w:t>Будь же завше в зміні днів і дій.&lt;br /&gt;</w:t>
        <w:br/>
        <w:t>Що таке болючий досвід твій?&lt;br /&gt;</w:t>
        <w:br/>
        <w:t>Стань вином, якщо згірчавів трунок.</w:t>
      </w:r>
    </w:p>
    <w:p>
      <w:r>
        <w:br/>
        <w:t>Вийди в ніч, в надмірних чарів час,&lt;br /&gt;</w:t>
        <w:br/>
        <w:t>зупинись на почувань межі,&lt;br /&gt;</w:t>
        <w:br/>
        <w:t>жди на дивних зустрічей пришестя.</w:t>
      </w:r>
    </w:p>
    <w:p>
      <w:r>
        <w:br/>
        <w:t>Хай земне тебе зречеться враз,—&lt;br /&gt;</w:t>
        <w:br/>
        <w:t>— я течу,— землі тоді скажи,&lt;br /&gt;</w:t>
        <w:br/>
        <w:t>вимови воді струмливій: — Єсть я.</w:t>
      </w:r>
    </w:p>
    <w:p>
      <w:r>
        <w:br/>
        <w:t>Додаток&lt;br /&gt;</w:t>
        <w:br/>
        <w:t>I&lt;br /&gt;</w:t>
        <w:br/>
        <w:t>(Переклав Микола Лукаш)</w:t>
      </w:r>
    </w:p>
    <w:p>
      <w:r>
        <w:br/>
        <w:t>Устало древо. О гінке зростання!&lt;br /&gt;</w:t>
        <w:br/>
        <w:t>Орфей співа. О вгору вольний гон!&lt;br /&gt;</w:t>
        <w:br/>
        <w:t>I вмовкло все. I з того от мовчання&lt;br /&gt;</w:t>
        <w:br/>
        <w:t>Постав новий зачин, новий закон.</w:t>
      </w:r>
    </w:p>
    <w:p>
      <w:r>
        <w:br/>
        <w:t>Із лісу, що у лагоді світлішав,&lt;br /&gt;</w:t>
        <w:br/>
        <w:t>Ринули звірі з леж своїх і гнізд;&lt;br /&gt;</w:t>
        <w:br/>
        <w:t>Не лють їх гнала і не хижий хист,&lt;br /&gt;</w:t>
        <w:br/>
        <w:t>Не ляк їх упокорив і утишив,</w:t>
      </w:r>
    </w:p>
    <w:p>
      <w:r>
        <w:br/>
        <w:t>А слухання, вчування. Рев і рик&lt;br /&gt;</w:t>
        <w:br/>
        <w:t>Змалів їм у серцях. I де допіру&lt;br /&gt;</w:t>
        <w:br/>
        <w:t>Хіба яка хибарочка у хащах</w:t>
      </w:r>
    </w:p>
    <w:p>
      <w:r>
        <w:br/>
        <w:t>Хилялася до первісних слухащих,&lt;br /&gt;</w:t>
        <w:br/>
        <w:t>Де темна хіть чаїлась потай миру,—&lt;br /&gt;</w:t>
        <w:br/>
        <w:t>Їм храм воздвиг співливий чарівник.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до Орфея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