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Сонет, написаний у котеджі, де народився Бернс</w:t>
      </w:r>
    </w:p>
    <w:p>
      <w:r>
        <w:br/>
        <w:t xml:space="preserve"> Недовгочасний світу мандрівець,&lt;br /&gt;</w:t>
        <w:br/>
        <w:t>Ступив я, Бернсе, на поріг кімнати,&lt;br /&gt;</w:t>
        <w:br/>
        <w:t>Де мріяв ти, без думки про кінець,&lt;br /&gt;</w:t>
        <w:br/>
        <w:t>Чоло щасливе лавром увінчати.&lt;br /&gt;</w:t>
        <w:br/>
        <w:t>У скронях шум: шотландським трунком я&lt;br /&gt;</w:t>
        <w:br/>
        <w:t>На честь твою, великий дух, упився;&lt;br /&gt;</w:t>
        <w:br/>
        <w:t>Мій зір померк, фантазія моя,&lt;br /&gt;</w:t>
        <w:br/>
        <w:t>Сп'янівши, спить, бо шлях її скінчився.</w:t>
      </w:r>
    </w:p>
    <w:p>
      <w:r>
        <w:br/>
        <w:t>Та можу я пройтися вздовж кімнати,&lt;br /&gt;</w:t>
        <w:br/>
        <w:t>Та можу я з відкритого вікна&lt;br /&gt;</w:t>
        <w:br/>
        <w:t>Твій луг побачить, думати-гадати&lt;br /&gt;</w:t>
        <w:br/>
        <w:t>I потім чарку взяти, щоб хмільна&lt;br /&gt;</w:t>
        <w:br/>
        <w:t>Знов оживила образ твій уява,—&lt;br /&gt;</w:t>
        <w:br/>
        <w:t>О, усміхнися ж, тінь, бо це є слава!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Сонет, написаний у котеджі, де народився Бернс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