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до дівчини, що надіслала мені лавровий вінок</w:t>
      </w:r>
    </w:p>
    <w:p>
      <w:r>
        <w:br/>
        <w:t xml:space="preserve"> Ранковий вітер одсвіжив мені&lt;br /&gt;</w:t>
        <w:br/>
        <w:t>Страшливу душу. Я живий, здоровий —&lt;br /&gt;</w:t>
        <w:br/>
        <w:t>I хочу тільки, щоб вінок лавровий&lt;br /&gt;</w:t>
        <w:br/>
        <w:t>Будь-що пишався на моїй труні.&lt;br /&gt;</w:t>
        <w:br/>
        <w:t>Клянуся сонцем! Недаремно, ні,&lt;br /&gt;</w:t>
        <w:br/>
        <w:t>До скронь притиснув я твій дар чудовий,&lt;br /&gt;</w:t>
        <w:br/>
        <w:t>Знак Аполлона, цей вінець, готовий&lt;br /&gt;</w:t>
        <w:br/>
        <w:t>Мене вщасливити на довгі дні.</w:t>
      </w:r>
    </w:p>
    <w:p>
      <w:r>
        <w:br/>
        <w:t>Хто вкаже: "Ось твій шлях"? Накаже: "Стій",&lt;br /&gt;</w:t>
        <w:br/>
        <w:t>Або ж: "Іди"? Чию б тепер принуку&lt;br /&gt;</w:t>
        <w:br/>
        <w:t>Прийняти згодивсь дух прегордий мій?&lt;br /&gt;</w:t>
        <w:br/>
        <w:t>Царів зневажу, не злякаюсь гуку&lt;br /&gt;</w:t>
        <w:br/>
        <w:t>Напасників — і лиш тобі одній&lt;br /&gt;</w:t>
        <w:br/>
        <w:t>Скорюся й добру поцілую руку.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до дівчини, що надіслала мені лавровий вінок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