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Соната a-moll</w:t>
      </w:r>
    </w:p>
    <w:p>
      <w:r>
        <w:br/>
        <w:t xml:space="preserve"> Грай мені, грай… Ти знаєш, як настане&lt;br /&gt;</w:t>
        <w:br/>
        <w:t>Смерк і в кімнаті розснуються тіні,&lt;br /&gt;</w:t>
        <w:br/>
        <w:t>Коли бліда звізда у вікна гляне&lt;br /&gt;</w:t>
        <w:br/>
        <w:t>І хорим світлом стелиться на стіни,—</w:t>
      </w:r>
    </w:p>
    <w:p>
      <w:r>
        <w:br/>
        <w:t>Якась мара скрадається з-за печі,&lt;br /&gt;</w:t>
        <w:br/>
        <w:t>Блідий опир скриваєсь за фіранку,&lt;br /&gt;</w:t>
        <w:br/>
        <w:t>А ніч в вікно такі шепоче речі&lt;br /&gt;</w:t>
        <w:br/>
        <w:t>Сумні, як спомин про давню коханку…</w:t>
      </w:r>
    </w:p>
    <w:p>
      <w:r>
        <w:br/>
        <w:t>Грай мені, грай… Я знаю: за водами,&lt;br /&gt;</w:t>
        <w:br/>
        <w:t>Там є остров, сповитий в мрійну глушу,&lt;br /&gt;</w:t>
        <w:br/>
        <w:t>Де лиш тополі сонно мріють мрію.</w:t>
      </w:r>
    </w:p>
    <w:p>
      <w:r>
        <w:br/>
        <w:t>В осінню ніч з тремтячими звіздами&lt;br /&gt;</w:t>
        <w:br/>
        <w:t>Везе човно зболілу бідну душу.&lt;br /&gt;</w:t>
        <w:br/>
        <w:t>Грай мені, грай — я, може, ошалію…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Соната a-moll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