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у великдень</w:t>
      </w:r>
    </w:p>
    <w:p>
      <w:r>
        <w:br/>
        <w:t xml:space="preserve"> Сниться — тихо мама кличуть:&lt;br /&gt;</w:t>
        <w:br/>
        <w:t>"Сину, сину, я прийшла.&lt;br /&gt;</w:t>
        <w:br/>
        <w:t>Запроси мене на стрічу&lt;br /&gt;</w:t>
        <w:br/>
        <w:t>До святкового стола".</w:t>
      </w:r>
    </w:p>
    <w:p>
      <w:r>
        <w:br/>
        <w:t>"Мамо, мамо, Вам у ноги&lt;br /&gt;</w:t>
        <w:br/>
        <w:t>Простелю життя своє.&lt;br /&gt;</w:t>
        <w:br/>
        <w:t>Вас з далекої дороги&lt;br /&gt;</w:t>
        <w:br/>
        <w:t>Пригощу усім, що є.&lt;br /&gt;</w:t>
        <w:br/>
        <w:t>Нині ж бо Великий Празник,&lt;br /&gt;</w:t>
        <w:br/>
        <w:t>Паска томиться теплом,&lt;br /&gt;</w:t>
        <w:br/>
        <w:t>То ж поснідаєм разом&lt;br /&gt;</w:t>
        <w:br/>
        <w:t>За святешним, за столом.&lt;br /&gt;</w:t>
        <w:br/>
        <w:t>Он, розвиднілося зовсім...&lt;br /&gt;</w:t>
        <w:br/>
        <w:t>Мамо, сядьте на чолі!&lt;br /&gt;</w:t>
        <w:br/>
        <w:t>Скоро ми гостей запросим,&lt;br /&gt;</w:t>
        <w:br/>
        <w:t>Як у нашому селі".</w:t>
      </w:r>
    </w:p>
    <w:p>
      <w:r>
        <w:br/>
        <w:t>Мама всілися щасливі,&lt;br /&gt;</w:t>
        <w:br/>
        <w:t>Світлоокі, як зоря.&lt;br /&gt;</w:t>
        <w:br/>
        <w:t>"Мамо, Ви такі вродливі!" —&lt;br /&gt;</w:t>
        <w:br/>
        <w:t>Знов почав розмову я.</w:t>
      </w:r>
    </w:p>
    <w:p>
      <w:r>
        <w:br/>
        <w:t>"Сину, сину, ці кольори —&lt;br /&gt;</w:t>
        <w:br/>
        <w:t>Мертві барви на мені.&lt;br /&gt;</w:t>
        <w:br/>
        <w:t>Я не мама. Я покора&lt;br /&gt;</w:t>
        <w:br/>
        <w:t>У далекій стороні".</w:t>
      </w:r>
    </w:p>
    <w:p>
      <w:r>
        <w:br/>
        <w:t>"Мамо, мамо, Ваше слово,&lt;br /&gt;</w:t>
        <w:br/>
        <w:t>Як лиха зими пора!"&lt;br /&gt;</w:t>
        <w:br/>
        <w:t>"Сину, сину, я діброва,&lt;br /&gt;</w:t>
        <w:br/>
        <w:t>Мальва нашого двора".</w:t>
      </w:r>
    </w:p>
    <w:p>
      <w:r>
        <w:br/>
        <w:t>"Мамо, мамо, не тривожте&lt;br /&gt;</w:t>
        <w:br/>
        <w:t>Душу стомлену мою".&lt;br /&gt;</w:t>
        <w:br/>
        <w:t>"Сину, сину, я ворожка,&lt;br /&gt;</w:t>
        <w:br/>
        <w:t>Долю стереж твою".</w:t>
      </w:r>
    </w:p>
    <w:p>
      <w:r>
        <w:br/>
        <w:t>"Мамо, мамо, а волосся&lt;br /&gt;</w:t>
        <w:br/>
        <w:t>Чом у смутку і журбі?"&lt;br /&gt;</w:t>
        <w:br/>
        <w:t>"Сину, сину, то здалося&lt;br /&gt;</w:t>
        <w:br/>
        <w:t>В сні тривожному тобі".</w:t>
      </w:r>
    </w:p>
    <w:p>
      <w:r>
        <w:br/>
        <w:t>"Мамо, — згодом. — Як наш тато?&lt;br /&gt;</w:t>
        <w:br/>
        <w:t>Сіє, жне небесний лан?"&lt;br /&gt;</w:t>
        <w:br/>
        <w:t>"Сину, сину, як не знати —&lt;br /&gt;</w:t>
        <w:br/>
        <w:t>Сіє, але жне туман".</w:t>
      </w:r>
    </w:p>
    <w:p>
      <w:r>
        <w:br/>
        <w:t>"Мамо, мамо, сонце встало&lt;br /&gt;</w:t>
        <w:br/>
        <w:t>Над вершинами дерев.&lt;br /&gt;</w:t>
        <w:br/>
        <w:t>Ще побутьте, як бувало,&lt;br /&gt;</w:t>
        <w:br/>
        <w:t>Не відходьте в пітьму мрев".</w:t>
      </w:r>
    </w:p>
    <w:p>
      <w:r>
        <w:br/>
        <w:t>"Сину, сину, тінь не може&lt;br /&gt;</w:t>
        <w:br/>
        <w:t>Побороти світла дня.&lt;br /&gt;</w:t>
        <w:br/>
        <w:t>Я піду. А ти, небоже,&lt;br /&gt;</w:t>
        <w:br/>
        <w:t>Долі осідлай коня.&lt;br /&gt;</w:t>
        <w:br/>
        <w:t>Затягни міцніш попруги,&lt;br /&gt;</w:t>
        <w:br/>
        <w:t>Віжки затисни в руках —&lt;br /&gt;</w:t>
        <w:br/>
        <w:t>За дзвінким, осяйним пругом&lt;br /&gt;</w:t>
        <w:br/>
        <w:t>Жде тебе удачі птах.&lt;br /&gt;</w:t>
        <w:br/>
        <w:t>Стрінься з ним. Візьми за крила,&lt;br /&gt;</w:t>
        <w:br/>
        <w:t>Наче вперше у житті,&lt;br /&gt;</w:t>
        <w:br/>
        <w:t>І пропише доля мила&lt;br /&gt;</w:t>
        <w:br/>
        <w:t>Знову барви золоті.&lt;br /&gt;</w:t>
        <w:br/>
        <w:t>Я ж стоятиму на чатах&lt;br /&gt;</w:t>
        <w:br/>
        <w:t>Днів моїх, рясних добром".</w:t>
      </w:r>
    </w:p>
    <w:p>
      <w:r>
        <w:br/>
        <w:t>І, всміхнувшись винувато,&lt;br /&gt;</w:t>
        <w:br/>
        <w:t>Мама зникла за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у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