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 на користь</w:t>
      </w:r>
    </w:p>
    <w:p>
      <w:r>
        <w:br/>
        <w:t xml:space="preserve"> &lt;p&gt;Так от жив собі та був собі чорнявий хлопчик, у селі Ясному, Чудесного району, Чудової області, на Радянській Україні.</w:t>
      </w:r>
    </w:p>
    <w:p>
      <w:r>
        <w:br/>
        <w:t>Було йому вже років, мабуть, з одинадцять, а то й ще менше,— чи аж не десять років йому було.</w:t>
      </w:r>
    </w:p>
    <w:p>
      <w:r>
        <w:br/>
        <w:t>І здорово він стріляв з рогатки.</w:t>
      </w:r>
    </w:p>
    <w:p>
      <w:r>
        <w:br/>
        <w:t>І в собак стріляв, і в котів стріляв, і в горобців стріляв.</w:t>
      </w:r>
    </w:p>
    <w:p>
      <w:r>
        <w:br/>
        <w:t>Як стрельне, бувало, він у собачку — собачка скавучить, як у кота — кіт нявчить, а як у горобця стрельне — а шибка у сусідньому вікні тільки — дзень! — розбилась шибка, а горобець тільки — цвірінь-цвірінь! — весело так цвірінькає горобець, з того хлопчика ніби насміхаючись:</w:t>
      </w:r>
    </w:p>
    <w:p>
      <w:r>
        <w:br/>
        <w:t>— Ага! Хотів мене влучити, а влучив у шибку! Ага! Цвірінь-звірінь у шибку!</w:t>
      </w:r>
    </w:p>
    <w:p>
      <w:r>
        <w:br/>
        <w:t>І курив той хлопчик, і негарно лаявся, і в орлянку грав, і з учителями своїми, як зустрічався на вулиці, не вітався.</w:t>
      </w:r>
    </w:p>
    <w:p>
      <w:r>
        <w:br/>
        <w:t>Неслухняний хлопчик був.</w:t>
      </w:r>
    </w:p>
    <w:p>
      <w:r>
        <w:br/>
        <w:t>І так дожив аж до Нового року.</w:t>
      </w:r>
    </w:p>
    <w:p>
      <w:r>
        <w:br/>
        <w:t>А на Новий рік у школі ялинка мала бути, де кращим учням подарунки даватимуть, а неслухняним учням нічого не даватимуть.</w:t>
      </w:r>
    </w:p>
    <w:p>
      <w:r>
        <w:br/>
        <w:t>Чекав на ту ялинку й наш хлопчик, але надії на подарунок у його не було, бо не слухався він нікого, кепсько вчився, тільки й того, що з рогатки стріляв здорово.</w:t>
      </w:r>
    </w:p>
    <w:p>
      <w:r>
        <w:br/>
        <w:t>Сердитий ліг він під Новий рік спати.</w:t>
      </w:r>
    </w:p>
    <w:p>
      <w:r>
        <w:br/>
        <w:t>Тільки-но заснув, аж ось йому сон сниться!</w:t>
      </w:r>
    </w:p>
    <w:p>
      <w:r>
        <w:br/>
        <w:t>Та який сон!</w:t>
      </w:r>
    </w:p>
    <w:p>
      <w:r>
        <w:br/>
        <w:t>Ніби держить чорненький собачка в лапках рогатку й на його націлюється. Він злякався й просить того собачечку:</w:t>
      </w:r>
    </w:p>
    <w:p>
      <w:r>
        <w:br/>
        <w:t>— Жучок! Не стріляй у мене, мені буде боляче!</w:t>
      </w:r>
    </w:p>
    <w:p>
      <w:r>
        <w:br/>
        <w:t>— А ти,— каже Жучок,— у мене стріляв! І мені було боляче, а ти ж стріляв!</w:t>
      </w:r>
    </w:p>
    <w:p>
      <w:r>
        <w:br/>
        <w:t>— Не стріляй,— плаче хлопчик,— я більше не буду!</w:t>
      </w:r>
    </w:p>
    <w:p>
      <w:r>
        <w:br/>
        <w:t>— Ну, добре,— Жучок каже,— не буду. Я кращий од тебе! Не буду!</w:t>
      </w:r>
    </w:p>
    <w:p>
      <w:r>
        <w:br/>
        <w:t>Побіг Жучок, аж тут Кіт. І теж із рогаткою і на хлопчика націляється.</w:t>
      </w:r>
    </w:p>
    <w:p>
      <w:r>
        <w:br/>
        <w:t>— Ой, котику, ой, братику, не стріляй! Я більше не стрілятиму!</w:t>
      </w:r>
    </w:p>
    <w:p>
      <w:r>
        <w:br/>
        <w:t>— Ага,— замуркотів Кіт.— Ага!</w:t>
      </w:r>
    </w:p>
    <w:p>
      <w:r>
        <w:br/>
        <w:t>І побіг, весело нявкаючи.</w:t>
      </w:r>
    </w:p>
    <w:p>
      <w:r>
        <w:br/>
        <w:t>А потім ніби налетіли на нашого хлопчика горобці, а потім почали на його летіти розбиті шибки.</w:t>
      </w:r>
    </w:p>
    <w:p>
      <w:r>
        <w:br/>
        <w:t>Він як закричить:</w:t>
      </w:r>
    </w:p>
    <w:p>
      <w:r>
        <w:br/>
        <w:t>— Мамо!</w:t>
      </w:r>
    </w:p>
    <w:p>
      <w:r>
        <w:br/>
        <w:t>І прокинувся.</w:t>
      </w:r>
    </w:p>
    <w:p>
      <w:r>
        <w:br/>
        <w:t>Підійшла до його мама, заспокоїла, а він мамі й каже:</w:t>
      </w:r>
    </w:p>
    <w:p>
      <w:r>
        <w:br/>
        <w:t>— Мамо! Не стрілятиму з рогатки, слухатимусь, добре вчитимусь, і буду ввічливим, і нікого не ображатиму.</w:t>
      </w:r>
    </w:p>
    <w:p>
      <w:r>
        <w:br/>
        <w:t>— Оті добре,— сказала мама.— 3 Новим тебе роком, мій хлопчику! — І поцілувала його.</w:t>
      </w:r>
    </w:p>
    <w:p>
      <w:r>
        <w:br/>
        <w:t>А подарунки новорічні наш хлопчик аж через рік на ялинці одержав! Як найкращий учень.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 на користь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