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Соломонові ночі. Апокрифи</w:t>
      </w:r>
    </w:p>
    <w:p>
      <w:r>
        <w:br/>
        <w:t xml:space="preserve"> Соломонові ночі. Апокрифи</w:t>
      </w:r>
    </w:p>
    <w:p>
      <w:r>
        <w:br/>
        <w:t>&lt;blockquote&gt;Три речі оці дивовижні для мене,&lt;br /&gt;</w:t>
        <w:br/>
        <w:t>і чотири, яких я не знаю:&lt;br /&gt;</w:t>
        <w:br/>
        <w:t>дорога орлина в повітрі,&lt;br /&gt;</w:t>
        <w:br/>
        <w:t>дорога зміїна на скелі,&lt;br /&gt;</w:t>
        <w:br/>
        <w:t>корабельна дорога в середині моря&lt;br /&gt;</w:t>
        <w:br/>
        <w:t>і дорога мужчини при дівчині!</w:t>
      </w:r>
    </w:p>
    <w:p>
      <w:r>
        <w:br/>
        <w:t>Книга приповістей Соломонових&lt;/blockquote&gt;&lt;br /&gt;</w:t>
        <w:br/>
        <w:t>&lt;blockquote&gt;&lt;br /&gt;</w:t>
        <w:br/>
        <w:t>Як сулія, наповнений ущерть...&lt;br /&gt;</w:t>
        <w:br/>
        <w:t>І. Малкович&lt;br /&gt;</w:t>
        <w:br/>
        <w:t>&lt;/blockquote&gt;&lt;br /&gt;</w:t>
        <w:br/>
        <w:t>0.</w:t>
      </w:r>
    </w:p>
    <w:p>
      <w:r>
        <w:br/>
        <w:t>А стежка щоранку в пушкові ягнят і в росі...&lt;br /&gt;</w:t>
        <w:br/>
        <w:t>Возносяться в небо твої голуби і отари,&lt;br /&gt;</w:t>
        <w:br/>
        <w:t>І запах лози, і рожево куйовдяться хмари,&lt;br /&gt;</w:t>
        <w:br/>
        <w:t>Приречені спати у мокрій від поту косі.</w:t>
      </w:r>
    </w:p>
    <w:p>
      <w:r>
        <w:br/>
        <w:t>Безумство моє – і гірке, і солодке, бо всі&lt;br /&gt;</w:t>
        <w:br/>
        <w:t>Його розпізнали по блиску очей і утомі –&lt;br /&gt;</w:t>
        <w:br/>
        <w:t>На кедровім ложі я довго збирав невагомі&lt;br /&gt;</w:t>
        <w:br/>
        <w:t>Розгублені перса, що пахли, мов персика сік...</w:t>
      </w:r>
    </w:p>
    <w:p>
      <w:r>
        <w:br/>
        <w:t>Гладінь живота, непостійна і ніжна, як ласка,&lt;br /&gt;</w:t>
        <w:br/>
        <w:t>Мовчанка, мов сіті, – моя безголоса поразка,&lt;br /&gt;</w:t>
        <w:br/>
        <w:t>Дарунок і злочин, учинені мною тобі...</w:t>
      </w:r>
    </w:p>
    <w:p>
      <w:r>
        <w:br/>
        <w:t>Я браму розчахнув, рамена цілунком збатожу...&lt;br /&gt;</w:t>
        <w:br/>
        <w:t>Я п’ю з тебе вина – щоразу і млію, і можу! –&lt;br /&gt;</w:t>
        <w:br/>
        <w:t>Коханням заплющую очі твої голубі.</w:t>
      </w:r>
    </w:p>
    <w:p>
      <w:r>
        <w:br/>
        <w:t>1.</w:t>
      </w:r>
    </w:p>
    <w:p>
      <w:r>
        <w:br/>
        <w:t>Коханням заплющую очі твої голубі,&lt;br /&gt;</w:t>
        <w:br/>
        <w:t>Смаглявко брунатна, солодкі зриваючи грона,&lt;br /&gt;</w:t>
        <w:br/>
        <w:t>Вологі і теплі. Ти сарна моя безборонна,&lt;br /&gt;</w:t>
        <w:br/>
        <w:t>Впольована тихо на схилах піщаних горбів.</w:t>
      </w:r>
    </w:p>
    <w:p>
      <w:r>
        <w:br/>
        <w:t>Цілую тебе – аж кровинка блищить на губі –&lt;br /&gt;</w:t>
        <w:br/>
        <w:t>У нашому домі, де сонце, і крони, і трави,&lt;br /&gt;</w:t>
        <w:br/>
        <w:t>І квітів червоних пекучо-тремтячі заграви&lt;br /&gt;</w:t>
        <w:br/>
        <w:t>Опалюють плоть, наче купіль. Збираю собі,</w:t>
      </w:r>
    </w:p>
    <w:p>
      <w:r>
        <w:br/>
        <w:t>Спиваючи з тебе, бурштин, і гранати, і перла –&lt;br /&gt;</w:t>
        <w:br/>
        <w:t>І з шиї, і з лона; лежиш, знемагаєш, мов вмерла,&lt;br /&gt;</w:t>
        <w:br/>
        <w:t>А я, твій оратай, кладу переліг і посів...</w:t>
      </w:r>
    </w:p>
    <w:p>
      <w:r>
        <w:br/>
        <w:t>Ти мій виноградник, а я – виноградар при ньому,&lt;br /&gt;</w:t>
        <w:br/>
        <w:t>Торкаюсь до тебе, незрячий, у пошуках дому.&lt;br /&gt;</w:t>
        <w:br/>
        <w:t>А стежка щоранку в пушкові ягнят і в росі...</w:t>
      </w:r>
    </w:p>
    <w:p>
      <w:r>
        <w:br/>
        <w:t>2.</w:t>
      </w:r>
    </w:p>
    <w:p>
      <w:r>
        <w:br/>
        <w:t>А стежка щоранку в пушкові ягнят і в росі,&lt;br /&gt;</w:t>
        <w:br/>
        <w:t>Хоч в сутінках стежка мережана резами листя...&lt;br /&gt;</w:t>
        <w:br/>
        <w:t>КЛАДУ ТЕБЕ В СЕРЦЕ ПЕЧАТТЮ – і ношу. Колись я&lt;br /&gt;</w:t>
        <w:br/>
        <w:t>Захочу забути – й не зможу, покірний красі.</w:t>
      </w:r>
    </w:p>
    <w:p>
      <w:r>
        <w:br/>
        <w:t>Прокинеться вітер, розбудить сторожу і псів.&lt;br /&gt;</w:t>
        <w:br/>
        <w:t>Сторожа розбудить людей, панахаючи тишу.&lt;br /&gt;</w:t>
        <w:br/>
        <w:t>Ховаючи в серці, ніколи тебе не залишу –&lt;br /&gt;</w:t>
        <w:br/>
        <w:t>Ні тут, ні деінде. Узявши тебе, я посів</w:t>
      </w:r>
    </w:p>
    <w:p>
      <w:r>
        <w:br/>
        <w:t>Обітницю щастя, тремти, моя сарно химерна...&lt;br /&gt;</w:t>
        <w:br/>
        <w:t>Пшенице, хвилюйся: я дбало збиратиму зерна.&lt;br /&gt;</w:t>
        <w:br/>
        <w:t>Ми матимем втіху, що більша від всякої кари.</w:t>
      </w:r>
    </w:p>
    <w:p>
      <w:r>
        <w:br/>
        <w:t>Співай, моя пташко, безпечно в маслиновім гіллі,&lt;br /&gt;</w:t>
        <w:br/>
        <w:t>Я буду на чатах, допоки малі і несмілі&lt;br /&gt;</w:t>
        <w:br/>
        <w:t>Возносяться в небо твої голуби і отари.</w:t>
      </w:r>
    </w:p>
    <w:p>
      <w:r>
        <w:br/>
        <w:t>3.</w:t>
      </w:r>
    </w:p>
    <w:p>
      <w:r>
        <w:br/>
        <w:t>Возносяться в небо твої голуби і отари,&lt;br /&gt;</w:t>
        <w:br/>
        <w:t>А дощ не вщухає, і ми не вщухаємо теж...&lt;br /&gt;</w:t>
        <w:br/>
        <w:t>Моя сокровенна, куди ж ти від мене підеш? –&lt;br /&gt;</w:t>
        <w:br/>
        <w:t>Це ложе – усесвіт, і грому тривожні удари</w:t>
      </w:r>
    </w:p>
    <w:p>
      <w:r>
        <w:br/>
        <w:t>Тебе не зачеплять: ягнички втікають в кошари,&lt;br /&gt;</w:t>
        <w:br/>
        <w:t>Ховаючи спини від зимних потоків води.&lt;br /&gt;</w:t>
        <w:br/>
        <w:t>А ти притулися до мене... Щільніше... Сюди...&lt;br /&gt;</w:t>
        <w:br/>
        <w:t>Та ти – чарівниця! Як гарно збуваються чари!</w:t>
      </w:r>
    </w:p>
    <w:p>
      <w:r>
        <w:br/>
        <w:t>Терплячо і ніжно, оголено, лячно і грішно&lt;br /&gt;</w:t>
        <w:br/>
        <w:t>Здригаються ніздрі, а зубки цвітуть білосніжно –&lt;br /&gt;</w:t>
        <w:br/>
        <w:t>"Люблю тебе, милий, тобі ж тільки сонце до пари!.."</w:t>
      </w:r>
    </w:p>
    <w:p>
      <w:r>
        <w:br/>
        <w:t>Прийнявши у лоно мого раювання офіру,&lt;br /&gt;</w:t>
        <w:br/>
        <w:t>Ти раптом жадаєш вина і овечого сиру...&lt;br /&gt;</w:t>
        <w:br/>
        <w:t>І запах лози, і рожево куйовдяться хмари...</w:t>
      </w:r>
    </w:p>
    <w:p>
      <w:r>
        <w:br/>
        <w:t>4.</w:t>
      </w:r>
    </w:p>
    <w:p>
      <w:r>
        <w:br/>
        <w:t>І запах лози, і рожево куйовдяться хмари,&lt;br /&gt;</w:t>
        <w:br/>
        <w:t>Слина ж твоя – мед, і солодкий, і дивно п’янкий.&lt;br /&gt;</w:t>
        <w:br/>
        <w:t>Тебе упіймавши, тебе не відпущу з руки,&lt;br /&gt;</w:t>
        <w:br/>
        <w:t>Як дика бджола, ти збиратимеш дивні нектари.</w:t>
      </w:r>
    </w:p>
    <w:p>
      <w:r>
        <w:br/>
        <w:t>Бо діви із дів проти тебе – убогі почвари...&lt;br /&gt;</w:t>
        <w:br/>
        <w:t>Ти ЛІПША ЛОШИЦЬ ФАРАОНІВ В УПРЯЖАХ ВОЗІВ,&lt;br /&gt;</w:t>
        <w:br/>
        <w:t>І навіть в царів не знайдеться достойних скабів...&lt;br /&gt;</w:t>
        <w:br/>
        <w:t>Цілую – і знаю про тебе усе... Ти навіюєш чвари –</w:t>
      </w:r>
    </w:p>
    <w:p>
      <w:r>
        <w:br/>
        <w:t>Й звитяжиш над мужем, його подолавши у герці;&lt;br /&gt;</w:t>
        <w:br/>
        <w:t>Мов знаки на глині, навіки запікшись у серці,&lt;br /&gt;</w:t>
        <w:br/>
        <w:t>Лишаєш на мені тавро своє вічне – оці</w:t>
      </w:r>
    </w:p>
    <w:p>
      <w:r>
        <w:br/>
        <w:t>Твої лабіринти, і стегна, тяжкі та високі;&lt;br /&gt;</w:t>
        <w:br/>
        <w:t>Я маю тебе, і щоразу неголені щоки&lt;br /&gt;</w:t>
        <w:br/>
        <w:t>Приречені спати у мокрій від поту косі.</w:t>
      </w:r>
    </w:p>
    <w:p>
      <w:r>
        <w:br/>
        <w:t>5.</w:t>
      </w:r>
    </w:p>
    <w:p>
      <w:r>
        <w:br/>
        <w:t>Приречені спати у мокрій від поту косі&lt;br /&gt;</w:t>
        <w:br/>
        <w:t>Красуня і бик, чи цариця і лев, чи голубка&lt;br /&gt;</w:t>
        <w:br/>
        <w:t>І лагідний голуб. Жагою утомлена любка&lt;br /&gt;</w:t>
        <w:br/>
        <w:t>Торкається пальчиком звіра... Нема голосів, –</w:t>
      </w:r>
    </w:p>
    <w:p>
      <w:r>
        <w:br/>
        <w:t>Ти тільки очима благаєш: полий і засій, –&lt;br /&gt;</w:t>
        <w:br/>
        <w:t>Є стогін і рик, що зривається часом у крик,&lt;br /&gt;</w:t>
        <w:br/>
        <w:t>І є поєдинок, і раптом пошерхлий язик,&lt;br /&gt;</w:t>
        <w:br/>
        <w:t>І море, що виступить з тіла, – волога і сіль.</w:t>
      </w:r>
    </w:p>
    <w:p>
      <w:r>
        <w:br/>
        <w:t>Ми будем тонути – тяжка хитавиця морська&lt;br /&gt;</w:t>
        <w:br/>
        <w:t>І та глибина, що до смерті тебе не пуска, –&lt;br /&gt;</w:t>
        <w:br/>
        <w:t>Бракує повітря, немає опори нозі...</w:t>
      </w:r>
    </w:p>
    <w:p>
      <w:r>
        <w:br/>
        <w:t>Й зійдуться в мені і володар, і муж, і хижак,&lt;br /&gt;</w:t>
        <w:br/>
        <w:t>Покірний слуга, майже раб, і бувалий моряк:&lt;br /&gt;</w:t>
        <w:br/>
        <w:t>Безумство моє – і гірке, і солодке, бо всі...</w:t>
      </w:r>
    </w:p>
    <w:p>
      <w:r>
        <w:br/>
        <w:t>6.</w:t>
      </w:r>
    </w:p>
    <w:p>
      <w:r>
        <w:br/>
        <w:t>Безумство моє – і гірке, і солодке, бо ВСІ&lt;br /&gt;</w:t>
        <w:br/>
        <w:t>СІОНСЬКІ ДОЧКИ мені ложе любов’ю стелили.&lt;br /&gt;</w:t>
        <w:br/>
        <w:t>Й лише Суламіт отаке наді мною вчинила –&lt;br /&gt;</w:t>
        <w:br/>
        <w:t>Здолала любов’ю (у грудях – вино в молоці).</w:t>
      </w:r>
    </w:p>
    <w:p>
      <w:r>
        <w:br/>
        <w:t>По воду ішла, я ж за нею блукав назирці,&lt;br /&gt;</w:t>
        <w:br/>
        <w:t>Вдягнувши пастуше, у спеку, по ночі, по зливі...&lt;br /&gt;</w:t>
        <w:br/>
        <w:t>Тепер я цілую долоньки – дрібні і сміливі&lt;br /&gt;</w:t>
        <w:br/>
        <w:t>Ведуть мене в безвість, на щастя мого манівці.</w:t>
      </w:r>
    </w:p>
    <w:p>
      <w:r>
        <w:br/>
        <w:t>Руїни садів – і пророслі дерева з зернят,&lt;br /&gt;</w:t>
        <w:br/>
        <w:t>Цар всім, окрім себе, й не можна вернутись назад...&lt;br /&gt;</w:t>
        <w:br/>
        <w:t>Цілую кохану – і зціплюю губи в судомі.</w:t>
      </w:r>
    </w:p>
    <w:p>
      <w:r>
        <w:br/>
        <w:t>Рабам і лакизам, і гірше – лакизам лакиз&lt;br /&gt;</w:t>
        <w:br/>
        <w:t>Кохання моє – у коморі підпалений хмиз&lt;br /&gt;</w:t>
        <w:br/>
        <w:t>(Його розпізнали по блиску очей і утомі).</w:t>
      </w:r>
    </w:p>
    <w:p>
      <w:r>
        <w:br/>
        <w:t>7.</w:t>
      </w:r>
    </w:p>
    <w:p>
      <w:r>
        <w:br/>
        <w:t>Його розпізнали по блиску очей і утомі,&lt;br /&gt;</w:t>
        <w:br/>
        <w:t>А ти – моя пташка, і ти, моя пташко, співай.&lt;br /&gt;</w:t>
        <w:br/>
        <w:t>Тріпочеш в обіймах, і це називається рай,&lt;br /&gt;</w:t>
        <w:br/>
        <w:t>Байдуже, в саду ачи в полі, у лісі чи в домі.</w:t>
      </w:r>
    </w:p>
    <w:p>
      <w:r>
        <w:br/>
        <w:t>ДІВЧАТАМ НЕМАЄ ЧИСЛА в світовому огромі,&lt;br /&gt;</w:t>
        <w:br/>
        <w:t>Та що мені світ, адже хто мені більша, ніж ти?&lt;br /&gt;</w:t>
        <w:br/>
        <w:t>Світи мені, зірко, до самої смерті світи,&lt;br /&gt;</w:t>
        <w:br/>
        <w:t>Аж поки не станемо вічністю в часу проломі.</w:t>
      </w:r>
    </w:p>
    <w:p>
      <w:r>
        <w:br/>
        <w:t>...Кордони й обителі грішних, блідих, півживих,&lt;br /&gt;</w:t>
        <w:br/>
        <w:t>Окремі – притихлі, а декого здушує сміх,&lt;br /&gt;</w:t>
        <w:br/>
        <w:t>Немов погорільці на майже зітлілій соломі...</w:t>
      </w:r>
    </w:p>
    <w:p>
      <w:r>
        <w:br/>
        <w:t>Та що мені з того? Ми тіла позбулися пут,&lt;br /&gt;</w:t>
        <w:br/>
        <w:t>Й солодкі цілунки, сухі й небезпечні, мов трут,&lt;br /&gt;</w:t>
        <w:br/>
        <w:t>На кедровім ложі я довго збирав невагомі.</w:t>
      </w:r>
    </w:p>
    <w:p>
      <w:r>
        <w:br/>
        <w:t>8.</w:t>
      </w:r>
    </w:p>
    <w:p>
      <w:r>
        <w:br/>
        <w:t>На кедровім ложі я довго збирав невагомі&lt;br /&gt;</w:t>
        <w:br/>
        <w:t>Твої золоті і блакитні замріяні сни...&lt;br /&gt;</w:t>
        <w:br/>
        <w:t>Повз наш виноградник полки повертали з війни.&lt;br /&gt;</w:t>
        <w:br/>
        <w:t>Лишалися перса і грона у персів в полоні.</w:t>
      </w:r>
    </w:p>
    <w:p>
      <w:r>
        <w:br/>
        <w:t>Ми ж знову кохалися – п’яно сідлалися коні.&lt;br /&gt;</w:t>
        <w:br/>
        <w:t>Я мав тебе рідна – очима, я запах вдихав&lt;br /&gt;</w:t>
        <w:br/>
        <w:t>Твоїх неминучостей, втеч, я тебе цілував,&lt;br /&gt;</w:t>
        <w:br/>
        <w:t>Я знищував грані останніх між нами кордонів...</w:t>
      </w:r>
    </w:p>
    <w:p>
      <w:r>
        <w:br/>
        <w:t>Комахи лякалися полум’я, гасла свіча...&lt;br /&gt;</w:t>
        <w:br/>
        <w:t>Цілуючи очі, я жінку кохану повчав,&lt;br /&gt;</w:t>
        <w:br/>
        <w:t>ПРЕКРАСНУ, ЯК МІСЯЦЬ, мене дочекатися – рік.</w:t>
      </w:r>
    </w:p>
    <w:p>
      <w:r>
        <w:br/>
        <w:t>Її неприкритість мене обпікала вогнем...&lt;br /&gt;</w:t>
        <w:br/>
        <w:t>А потім – світало, і вершник об’їхав конем&lt;br /&gt;</w:t>
        <w:br/>
        <w:t>Розгублені перса, що пахли, мов персика сік...</w:t>
      </w:r>
    </w:p>
    <w:p>
      <w:r>
        <w:br/>
        <w:t>9.</w:t>
      </w:r>
    </w:p>
    <w:p>
      <w:r>
        <w:br/>
        <w:t>Розгублені перса, що пахли, мов персика сік&lt;br /&gt;</w:t>
        <w:br/>
        <w:t>І поту краплини, блискучі і майже овальні.&lt;br /&gt;</w:t>
        <w:br/>
        <w:t>Ув оці твоєму – мої існування дзеркальні:&lt;br /&gt;</w:t>
        <w:br/>
        <w:t>Ти мій очерет, я твій вітер...Якийсь чоловік</w:t>
      </w:r>
    </w:p>
    <w:p>
      <w:r>
        <w:br/>
        <w:t>Казав, що умре від кохання: не знайдений лік.&lt;br /&gt;</w:t>
        <w:br/>
        <w:t>І пошепки – місяць, і жодної зірки не стало...&lt;br /&gt;</w:t>
        <w:br/>
        <w:t>Загорнута жінка в шовкове своє покривало&lt;br /&gt;</w:t>
        <w:br/>
        <w:t>Усю свою юність – короткий пелюстковий вік.</w:t>
      </w:r>
    </w:p>
    <w:p>
      <w:r>
        <w:br/>
        <w:t>Лиш дивиться ніжно, і часом у пристрасті зве&lt;br /&gt;</w:t>
        <w:br/>
        <w:t>Когось на рятунок, а місяць у хмарах пливе...&lt;br /&gt;</w:t>
        <w:br/>
        <w:t>Доспівана пісня, до краю розказана казка...</w:t>
      </w:r>
    </w:p>
    <w:p>
      <w:r>
        <w:br/>
        <w:t>Тебе вполоню я – і буде солодким полон:&lt;br /&gt;</w:t>
        <w:br/>
        <w:t>Гортатиму тіло, тремке й полохливе, як сон;&lt;br /&gt;</w:t>
        <w:br/>
        <w:t>Гладінь живота – непостійна і ніжна, як ласка.</w:t>
      </w:r>
    </w:p>
    <w:p>
      <w:r>
        <w:br/>
        <w:t>10.</w:t>
      </w:r>
    </w:p>
    <w:p>
      <w:r>
        <w:br/>
        <w:t>Гладінь живота – непостійна і ніжна, як ласка...&lt;br /&gt;</w:t>
        <w:br/>
        <w:t>Я буду пірнати – щоразу углиб і углиб...&lt;br /&gt;</w:t>
        <w:br/>
        <w:t>І пальці потонуть в волоссі, подібні на риб...&lt;br /&gt;</w:t>
        <w:br/>
        <w:t>Я твій переможець, цілуй мене, мила, будь ласка...</w:t>
      </w:r>
    </w:p>
    <w:p>
      <w:r>
        <w:br/>
        <w:t>Цілуй мене, рідна... Із кучерів спала пов’язка,&lt;br /&gt;</w:t>
        <w:br/>
        <w:t>Допоки ти спала... Цілуючи, важу життям...&lt;br /&gt;</w:t>
        <w:br/>
        <w:t>Межа межи світом і світла твого забуттям,&lt;br /&gt;</w:t>
        <w:br/>
        <w:t>В якому і п’яно, і тихо, і лунко, і жаско...</w:t>
      </w:r>
    </w:p>
    <w:p>
      <w:r>
        <w:br/>
        <w:t>І вся моя пристрасть подібна на ПІСНЮ ПІСЕНЬ...&lt;br /&gt;</w:t>
        <w:br/>
        <w:t>У чорному небі поволі займається день...&lt;br /&gt;</w:t>
        <w:br/>
        <w:t>Долоні – як квітка, в пелюстках – духмяно і в’язко...</w:t>
      </w:r>
    </w:p>
    <w:p>
      <w:r>
        <w:br/>
        <w:t>Занурившись в тебе, спізнав я у серці пожар...&lt;br /&gt;</w:t>
        <w:br/>
        <w:t>І я вже не владар, а тільки покорений цар...&lt;br /&gt;</w:t>
        <w:br/>
        <w:t>Мовчанка, мов сіті, – моя безголоса поразка.</w:t>
      </w:r>
    </w:p>
    <w:p>
      <w:r>
        <w:br/>
        <w:t>11.</w:t>
      </w:r>
    </w:p>
    <w:p>
      <w:r>
        <w:br/>
        <w:t>Мовчанка, мов сіті, – моя безголоса поразка,&lt;br /&gt;</w:t>
        <w:br/>
        <w:t>Страшна хитавиця морська, що мене не пуска&lt;br /&gt;</w:t>
        <w:br/>
        <w:t>Блищать попід місяцем риб’яча срібна луска&lt;br /&gt;</w:t>
        <w:br/>
        <w:t>І лезо ножа, як тривожна й пекельна підказка...</w:t>
      </w:r>
    </w:p>
    <w:p>
      <w:r>
        <w:br/>
        <w:t>Бо ти мені – жінка, а треба, щоб тільки любаска;&lt;br /&gt;</w:t>
        <w:br/>
        <w:t>Одна із наложниць, одна із невільниць моїх&lt;br /&gt;</w:t>
        <w:br/>
        <w:t>Супроти неволі своєї вчиню тобі гріх –&lt;br /&gt;</w:t>
        <w:br/>
        <w:t>Медовіший меду із пишних базарів Дамаска...</w:t>
      </w:r>
    </w:p>
    <w:p>
      <w:r>
        <w:br/>
        <w:t>Зневаживши цноту, красу, – їх іще оспівають,&lt;br /&gt;</w:t>
        <w:br/>
        <w:t>Здобуду рабиню – їй рівних у царствах не мають...&lt;br /&gt;</w:t>
        <w:br/>
        <w:t>Дивися, он сонце роздерло плече об горби...</w:t>
      </w:r>
    </w:p>
    <w:p>
      <w:r>
        <w:br/>
        <w:t>Маленька сльоза розбиває нездійсненість мрії,&lt;br /&gt;</w:t>
        <w:br/>
        <w:t>І ген з-поза світу від сорому никне й німіє&lt;br /&gt;</w:t>
        <w:br/>
        <w:t>Дарунок і злочин, учинений мною тобі...</w:t>
      </w:r>
    </w:p>
    <w:p>
      <w:r>
        <w:br/>
        <w:t>12.</w:t>
      </w:r>
    </w:p>
    <w:p>
      <w:r>
        <w:br/>
        <w:t>Дарунок і злочин, учинений мною тобі, –&lt;br /&gt;</w:t>
        <w:br/>
        <w:t>То пам’ять про ночі, які я з тобою провів,&lt;br /&gt;</w:t>
        <w:br/>
        <w:t>То думка про сотні без тебе залишених днів,&lt;br /&gt;</w:t>
        <w:br/>
        <w:t>То гадка про старість, змарновану мною в журбі...</w:t>
      </w:r>
    </w:p>
    <w:p>
      <w:r>
        <w:br/>
        <w:t>Є відтинки щастя – хоч люди невдячні й слабі –&lt;br /&gt;</w:t>
        <w:br/>
        <w:t>Даровані Богом. Та ми їх зневажуєм тяжко.&lt;br /&gt;</w:t>
        <w:br/>
        <w:t>Бо що нам святиня, як в серці розтоптано пташку?&lt;br /&gt;</w:t>
        <w:br/>
        <w:t>І скарб – то не скарб вже, як віддано перли юрбі...</w:t>
      </w:r>
    </w:p>
    <w:p>
      <w:r>
        <w:br/>
        <w:t>ПРЕКРАСНА, ЯК МІСЯЦЬ, ти навіть не знаєш, що я&lt;br /&gt;</w:t>
        <w:br/>
        <w:t>Як хтиву блудницю принизив тебе, осміяв,&lt;br /&gt;</w:t>
        <w:br/>
        <w:t>Втоптав у багнюку удосвіта зірвану рожу...</w:t>
      </w:r>
    </w:p>
    <w:p>
      <w:r>
        <w:br/>
        <w:t>Та знову смеркає, і знов я до тебе іду,&lt;br /&gt;</w:t>
        <w:br/>
        <w:t>Розшарпую шати, зустрівши тебе у саду, –&lt;br /&gt;</w:t>
        <w:br/>
        <w:t>Я браму розчахнув, рамена цілунком збатожу...</w:t>
      </w:r>
    </w:p>
    <w:p>
      <w:r>
        <w:br/>
        <w:t>13.</w:t>
      </w:r>
    </w:p>
    <w:p>
      <w:r>
        <w:br/>
        <w:t>Я браму розчахнув, рамена цілунком збатожу...&lt;br /&gt;</w:t>
        <w:br/>
        <w:t>Я взяв собі в серце холодний, як камінь, тягар...&lt;br /&gt;</w:t>
        <w:br/>
        <w:t>Пробач мені, рідна, прийми мене, мила, у дар...&lt;br /&gt;</w:t>
        <w:br/>
        <w:t>Удар мене, люба... Я серце коханням тривожу,</w:t>
      </w:r>
    </w:p>
    <w:p>
      <w:r>
        <w:br/>
        <w:t>Я прагну здобути тебе, як фортецю ворожу,&lt;br /&gt;</w:t>
        <w:br/>
        <w:t>Бо ОЧІ ТВОЇ НЕПОКОЯТЬ і ваблять МЕНЕ...&lt;br /&gt;</w:t>
        <w:br/>
        <w:t>Я любку покривдив, і любка мене прожене...&lt;br /&gt;</w:t>
        <w:br/>
        <w:t>А як прожене – отоді я її переможу...</w:t>
      </w:r>
    </w:p>
    <w:p>
      <w:r>
        <w:br/>
        <w:t>ПАСУ МІЖ ЛІЛЕЯМИ Я; і ламаю їх цвіт,&lt;br /&gt;</w:t>
        <w:br/>
        <w:t>Хоч того не хочу, єдина моя Суламіт...&lt;br /&gt;</w:t>
        <w:br/>
        <w:t>Ходімо на ложе...Ти чуєш?.. Ходімо на ложе!</w:t>
      </w:r>
    </w:p>
    <w:p>
      <w:r>
        <w:br/>
        <w:t>У серці – лиш ти, тож цвіти мені квітко, цвіти!&lt;br /&gt;</w:t>
        <w:br/>
        <w:t>Ми зводимо знову любовного шалу мости...&lt;br /&gt;</w:t>
        <w:br/>
        <w:t>Я п’ю з тебе вина – щоразу і млію, і можу!</w:t>
      </w:r>
    </w:p>
    <w:p>
      <w:r>
        <w:br/>
        <w:t>14.</w:t>
      </w:r>
    </w:p>
    <w:p>
      <w:r>
        <w:br/>
        <w:t>Я п’ю з тебе вина – щоразу і млію, і можу! –&lt;br /&gt;</w:t>
        <w:br/>
        <w:t>Я, месник розлуки, візьму тебе, рідна, на руки,&lt;br /&gt;</w:t>
        <w:br/>
        <w:t>Спалю твою цноту, віддам твоє лоно на муки,&lt;br /&gt;</w:t>
        <w:br/>
        <w:t>Поставлю при тобі своєї любові сторожу...</w:t>
      </w:r>
    </w:p>
    <w:p>
      <w:r>
        <w:br/>
        <w:t>ТИ ГАРНА, ТИ ГРІЗНА, красу поєднала ти божу&lt;br /&gt;</w:t>
        <w:br/>
        <w:t>Й велике натхнення звитяги з вином мовчазним,&lt;br /&gt;</w:t>
        <w:br/>
        <w:t>І я, твій володар, щоразу впиваюся ним,&lt;br /&gt;</w:t>
        <w:br/>
        <w:t>Зітхаю, вдихаючи запах, – і з розуму сходжу...</w:t>
      </w:r>
    </w:p>
    <w:p>
      <w:r>
        <w:br/>
        <w:t>І лоно твоє, і обличчя – то вічність моя:&lt;br /&gt;</w:t>
        <w:br/>
        <w:t>Спізнавши покору, до тебе пригорнуся я...&lt;br /&gt;</w:t>
        <w:br/>
        <w:t>Лежатимем тихо – знеможені, ніжні, слабі...</w:t>
      </w:r>
    </w:p>
    <w:p>
      <w:r>
        <w:br/>
        <w:t>У ніздрях – трояндові хвилі, і зірка в імлі,&lt;br /&gt;</w:t>
        <w:br/>
        <w:t>Піднявшись з тобою над хмари, шукаю землі...&lt;br /&gt;</w:t>
        <w:br/>
        <w:t>Коханням заплющую очі твої голубі...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Соломонові ночі. Апокрифи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