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час вимірюється в крилах...</w:t>
      </w:r>
    </w:p>
    <w:p>
      <w:r>
        <w:br/>
        <w:t xml:space="preserve"> сьогодні час вимірюється в крилах</w:t>
      </w:r>
    </w:p>
    <w:p>
      <w:r>
        <w:br/>
        <w:t>кого накриє тому й україна</w:t>
      </w:r>
    </w:p>
    <w:p>
      <w:r>
        <w:br/>
        <w:t>не говори нікому моя мила</w:t>
      </w:r>
    </w:p>
    <w:p>
      <w:r>
        <w:br/>
        <w:t>що нині тут не буде більше кіна</w:t>
      </w:r>
    </w:p>
    <w:p>
      <w:r>
        <w:br/>
        <w:t>&lt;br /&gt;</w:t>
        <w:br/>
        <w:t>що на коні неначе на припоні</w:t>
      </w:r>
    </w:p>
    <w:p>
      <w:r>
        <w:br/>
        <w:t>мовчать повз нас великі як бандери</w:t>
      </w:r>
    </w:p>
    <w:p>
      <w:r>
        <w:br/>
        <w:t>ми наплодили дуже мало коней</w:t>
      </w:r>
    </w:p>
    <w:p>
      <w:r>
        <w:br/>
        <w:t>тому по нас приходять батеери</w:t>
      </w:r>
    </w:p>
    <w:p>
      <w:r>
        <w:br/>
        <w:t>&lt;br /&gt;</w:t>
        <w:br/>
        <w:t>ми мали час для страху і для сорому</w:t>
      </w:r>
    </w:p>
    <w:p>
      <w:r>
        <w:br/>
        <w:t>крізь павутину вийти на простір</w:t>
      </w:r>
    </w:p>
    <w:p>
      <w:r>
        <w:br/>
        <w:t>стару одежу в чорній бочці солимо</w:t>
      </w:r>
    </w:p>
    <w:p>
      <w:r>
        <w:br/>
        <w:t>й з'ясовуємо хто з нас більший звір</w:t>
      </w:r>
    </w:p>
    <w:p>
      <w:r>
        <w:br/>
        <w:t>&lt;br /&gt;</w:t>
        <w:br/>
        <w:t>без перекуру маримо під інеєм</w:t>
      </w:r>
    </w:p>
    <w:p>
      <w:r>
        <w:br/>
        <w:t>про кругли глеки синього вина</w:t>
      </w:r>
    </w:p>
    <w:p>
      <w:r>
        <w:br/>
        <w:t>а сонний час іде до нас колінами</w:t>
      </w:r>
    </w:p>
    <w:p>
      <w:r>
        <w:br/>
        <w:t>і тихо нас застиглих промина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час вимірюється в крилах...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