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Собі на день народження</w:t>
      </w:r>
    </w:p>
    <w:p>
      <w:r>
        <w:br/>
        <w:t xml:space="preserve"> Мені сьогодні тридцять два —&lt;br /&gt;</w:t>
        <w:br/>
        <w:t>тож сам собі ради Різдва,&lt;br /&gt;</w:t>
        <w:br/>
        <w:t>шу-шу,&lt;br /&gt;</w:t>
        <w:br/>
        <w:t>пишу</w:t>
      </w:r>
    </w:p>
    <w:p>
      <w:r>
        <w:br/>
        <w:t>ці вірші, сидячи в кафе,&lt;br /&gt;</w:t>
        <w:br/>
        <w:t>звичайно, трохи під шофе,&lt;br /&gt;</w:t>
        <w:br/>
        <w:t>бом-бом,&lt;br /&gt;</w:t>
        <w:br/>
        <w:t>в альбом.</w:t>
      </w:r>
    </w:p>
    <w:p>
      <w:r>
        <w:br/>
        <w:t>Вже тридцять два, та будь-що-будь,&lt;br /&gt;</w:t>
        <w:br/>
        <w:t>а двісті в місяць не дадуть.&lt;br /&gt;</w:t>
        <w:br/>
        <w:t>Гай-гай,&lt;br /&gt;</w:t>
        <w:br/>
        <w:t>мій край!</w:t>
      </w:r>
    </w:p>
    <w:p>
      <w:r>
        <w:br/>
        <w:t>Я міг би буть викладачем,&lt;br /&gt;</w:t>
        <w:br/>
        <w:t>а не нещасним рифмачем&lt;br /&gt;</w:t>
        <w:br/>
        <w:t>(хи-хи,&lt;br /&gt;</w:t>
        <w:br/>
        <w:t>стихи)...</w:t>
      </w:r>
    </w:p>
    <w:p>
      <w:r>
        <w:br/>
        <w:t>Та в славнім місті Сегеді&lt;br /&gt;</w:t>
        <w:br/>
        <w:t>мене позбавив всіх надій&lt;br /&gt;</w:t>
        <w:br/>
        <w:t>сам пан&lt;br /&gt;</w:t>
        <w:br/>
        <w:t>декан.</w:t>
      </w:r>
    </w:p>
    <w:p>
      <w:r>
        <w:br/>
        <w:t>"Хто "Ані роду" написав? —&lt;br /&gt;</w:t>
        <w:br/>
        <w:t>мечем він грізно потрясав.-&lt;br /&gt;</w:t>
        <w:br/>
        <w:t>Це ж бунт!&lt;br /&gt;</w:t>
        <w:br/>
        <w:t>Во фрунт!"</w:t>
      </w:r>
    </w:p>
    <w:p>
      <w:r>
        <w:br/>
        <w:t>Вітчизну, Господа і власть&lt;br /&gt;</w:t>
        <w:br/>
        <w:t>мені образить він не дасть,&lt;br /&gt;</w:t>
        <w:br/>
        <w:t>оплот&lt;br /&gt;</w:t>
        <w:br/>
        <w:t>всіх цнот.</w:t>
      </w:r>
    </w:p>
    <w:p>
      <w:r>
        <w:br/>
        <w:t>"Що? Вам — диплом? Даремний труд,&lt;br /&gt;</w:t>
        <w:br/>
        <w:t>сказав цей зав,— через мій труп!"&lt;br /&gt;</w:t>
        <w:br/>
        <w:t>Як зав'-&lt;br /&gt;</w:t>
        <w:br/>
        <w:t>язав.</w:t>
      </w:r>
    </w:p>
    <w:p>
      <w:r>
        <w:br/>
        <w:t>Радіє в гордощах царьок,&lt;br /&gt;</w:t>
        <w:br/>
        <w:t>що дав поетові урок.&lt;br /&gt;</w:t>
        <w:br/>
        <w:t>О'кей,&lt;br /&gt;</w:t>
        <w:br/>
        <w:t>лакей!</w:t>
      </w:r>
    </w:p>
    <w:p>
      <w:r>
        <w:br/>
        <w:t>Без ваших віз, без ваших згод&lt;br /&gt;</w:t>
        <w:br/>
        <w:t>я буду вчити мій народ —&lt;br /&gt;</w:t>
        <w:br/>
        <w:t>і край!&lt;br /&gt;</w:t>
        <w:br/>
        <w:t>I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Собі на день народження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