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</w:t>
      </w:r>
    </w:p>
    <w:p>
      <w:r>
        <w:br/>
        <w:t xml:space="preserve"> &lt;p&gt;Ранком несподівано засіявся густий, дрібненький дощик. Місто одразу поменшало, мов будинок присунувся до будинку, вулиці поскручувались, ніби були паперові, а люди забігали попід стінами. Тільки дерева підскочили одразу і зробились помітні серед сірого моря каменю. Вони розправляли галуззя, придушене раніш шарами липкого пилу та роз’їдене отруйним повітрям міста.</w:t>
      </w:r>
    </w:p>
    <w:p>
      <w:r>
        <w:br/>
        <w:t>Тимергей не зважав на дерева й зневажливо дивився, як люди раптом заклопотались і почали швидко ходити, піднявши комірці пальт та насолопивши капелюхи на поважні обличчя. Смішно було бачити, як вони позгинали стан, мовби несли на спині велику ношу.</w:t>
      </w:r>
    </w:p>
    <w:p>
      <w:r>
        <w:br/>
        <w:t>Коли ж Тимергей побачив, що на ганках з дашками починають скупчуватись пані в легеньких сукнях і сердито чекають, поки пройде цей дурний дощ, що може попсувати шовкові спідниці, його всього пересмикнуло з огиди.</w:t>
      </w:r>
    </w:p>
    <w:p>
      <w:r>
        <w:br/>
        <w:t>Він хотів подумати про тих жінок щось нахабне й цинічне, але урядовець з довгою бородою, що біг йому назустріч, притиснувши до грудей акуратненького портфеля, здивовано-злякано подивився на нього, бо Тимергей спокійно йшов у розхристаній тужурці.</w:t>
      </w:r>
    </w:p>
    <w:p>
      <w:r>
        <w:br/>
        <w:t>— Чого ви дивитесь? — спитав Тимергей.</w:t>
      </w:r>
    </w:p>
    <w:p>
      <w:r>
        <w:br/>
        <w:t>Урядовець ще раз злякано зиркнув на нього та швидше проскочив далі. Але Тимергей наздогнав його й сказав:</w:t>
      </w:r>
    </w:p>
    <w:p>
      <w:r>
        <w:br/>
        <w:t>— Слухайте, нагодуйте мене сніданком. Кавою й хлібом з маслом.</w:t>
      </w:r>
    </w:p>
    <w:p>
      <w:r>
        <w:br/>
        <w:t>Урядовець спинився і, піднявши догори свій портфель, закричав:</w:t>
      </w:r>
    </w:p>
    <w:p>
      <w:r>
        <w:br/>
        <w:t>— Чого ви до мене причепились! Я зараз покличу...</w:t>
      </w:r>
    </w:p>
    <w:p>
      <w:r>
        <w:br/>
        <w:t>Тимергей побачив, як сіпались його губи й тряслась борода.</w:t>
      </w:r>
    </w:p>
    <w:p>
      <w:r>
        <w:br/>
        <w:t>— Йолоп ви,— переконано промовив він і пішов далі.</w:t>
      </w:r>
    </w:p>
    <w:p>
      <w:r>
        <w:br/>
        <w:t>Урядовець зробив кілька кроків за ним, але дощик закапав йому за комірець, і він, зігнувшись, як раніше, зашкутильгав своїм шляхом.</w:t>
      </w:r>
    </w:p>
    <w:p>
      <w:r>
        <w:br/>
        <w:t>Тимергей пройшов два квартали й почув, як у нього вже мокріє натільна сорочка. Тоді він теж зійшов на ґанок, добув з кишені хустку і почав обтирати обличчя й руки.</w:t>
      </w:r>
    </w:p>
    <w:p>
      <w:r>
        <w:br/>
        <w:t>— Мокре, того й витираю,— ввічливо пояснив він свої заходи поважній пані, що була пильно подивилась на нього.</w:t>
      </w:r>
    </w:p>
    <w:p>
      <w:r>
        <w:br/>
        <w:t>Пані зміряла його величним поглядом, зморщила губи й відвернулася. Тимергей добре штовхнув її ліктем, засуваючи хустку в кишеню, поправив на голові кашкетку і знову вийшов під дощ.</w:t>
      </w:r>
    </w:p>
    <w:p>
      <w:r>
        <w:br/>
        <w:t>Тепер він мав певний намір: зайти до Кнайбенка. Того, певно, не було вдома.</w:t>
      </w:r>
    </w:p>
    <w:p>
      <w:r>
        <w:br/>
        <w:t>Кнайбенко дійсно був в університеті. Цей факт одразу підніс настрій Тимергея до радісного, і він зайшов у кімнату, мовби залишити цидулку. А там замкнув за собою дверину і, хвилюючись, почав перекидати на столі книжки, шукаючи хліба. На столі не було. У шухлядках теж. Щось подібне до остраху почало ворушитись у Тимергеєвій душі; лишалось подивитись тільки в скриньці, а як і там не знайде хліба, тоді каюк. Буде голодний.</w:t>
      </w:r>
    </w:p>
    <w:p>
      <w:r>
        <w:br/>
        <w:t>Розкрив скриньку, викидав усю білизну. Немає.</w:t>
      </w:r>
    </w:p>
    <w:p>
      <w:r>
        <w:br/>
        <w:t>Тоді сів на стілець і взяв книжку. Перегортав її й подумав: "А якби був знайшов, увесь з’їв би. Ані крихітки йому, мерзотникові, не лишив би".</w:t>
      </w:r>
    </w:p>
    <w:p>
      <w:r>
        <w:br/>
        <w:t>Йому — це Кнайбенкові.</w:t>
      </w:r>
    </w:p>
    <w:p>
      <w:r>
        <w:br/>
        <w:t>Тимергей кинув книжку додолу, витягнув ноги й застогнав тихо й протяжно.</w:t>
      </w:r>
    </w:p>
    <w:p>
      <w:r>
        <w:br/>
        <w:t>Він знав, що насувається на нього голодний сум, коли він усе згадував, усе проклинав, а від того ще більше хотілося їсти. А що Тимергей знав найменший відтінок цього упертого суму, він піддавався йому щораз з більшою насолодою.</w:t>
      </w:r>
    </w:p>
    <w:p>
      <w:r>
        <w:br/>
        <w:t>Тимергей ліг на Кнайбенкове ліжко й застиг. Почав думати й пригадувати все. Пригадав, що до цього часу він тільки й робив, що будував високу й грубу стіну з книжок. Пригадав, як з кожною книжкою, вкладеною в стіну, щораз менше бачив він життя. Воно було десь там, ніби далеко від нього, одмежоване паперовою цеглою. Іноді тільки доносився гомін життя й намагався потурбувати його своїми барвами, але Тимергей не піддавався: він жив у своїй фортеці як хотів.</w:t>
      </w:r>
    </w:p>
    <w:p>
      <w:r>
        <w:br/>
        <w:t>Не стало грошей. Раптом розлетілася стіна, життя накинулось на Тимергея, почало шарпати його, зводити з людьми, що з ними він не мав нічого спільного, та примушувало писати в канцеляріях безглузді картки.</w:t>
      </w:r>
    </w:p>
    <w:p>
      <w:r>
        <w:br/>
        <w:t>Коли ж йому стало до моторошності ясно, що він ненавидить картки й товстого діловода, що робив йому розпорядження, він кинув усе: канцелярію, картки, навіть лекції й улюблений паперовий мур.</w:t>
      </w:r>
    </w:p>
    <w:p>
      <w:r>
        <w:br/>
        <w:t>Так, так, під три чорти все!</w:t>
      </w:r>
    </w:p>
    <w:p>
      <w:r>
        <w:br/>
        <w:t>Ранком Тимергей прокидався й гадав про те, що до обіду йому нічого їсти. Ще й їсти не дуже хотілось, але зналось, що через дві години голод відчується. Робилося тоскно. Починало здаватися, що він ніколи нічого не їв і завсіди був голодний.</w:t>
      </w:r>
    </w:p>
    <w:p>
      <w:r>
        <w:br/>
        <w:t>Тимергей знову простягався на ліжку, стискував руки, ховав у подушки голову й стогнав довго і тихо.</w:t>
      </w:r>
    </w:p>
    <w:p>
      <w:r>
        <w:br/>
        <w:t>Трохи прочунявшись, він уперто мислив про те, що таке голод, йому починало здаватися, що голод щось більше, ніж голе бажання їжі.</w:t>
      </w:r>
    </w:p>
    <w:p>
      <w:r>
        <w:br/>
        <w:t>Потім він починав обмірковувати саму їжу. Пригадував смак різних страв і доводив себе до шаленства: схоплювався, абияк вбирався та біг на вулицю.</w:t>
      </w:r>
    </w:p>
    <w:p>
      <w:r>
        <w:br/>
        <w:t>З’являлась тоненька ненависть до людей, розвивалася пишно й колючками своїми насмішкувато штрикала.</w:t>
      </w:r>
    </w:p>
    <w:p>
      <w:r>
        <w:br/>
        <w:t>Про поважного пана з гарненьким ціпочком в руках він гадав:</w:t>
      </w:r>
    </w:p>
    <w:p>
      <w:r>
        <w:br/>
        <w:t>"Нажерся, тепер гуляє, перетравляє їжу й одночасно набуває сили на вироблення дітей".</w:t>
      </w:r>
    </w:p>
    <w:p>
      <w:r>
        <w:br/>
        <w:t>До всіх жінок посміхався, моргав оком і шепотів:</w:t>
      </w:r>
    </w:p>
    <w:p>
      <w:r>
        <w:br/>
        <w:t>— Певно, на жіночій біржі курс підупав. Багато краму.</w:t>
      </w:r>
    </w:p>
    <w:p>
      <w:r>
        <w:br/>
        <w:t>Тимергей ходив вздовж і впоперек великого міста, ходив довго й без утоми штихав до крові зустрічних колючками своєї ненависті, але біль почував тільки сам.</w:t>
      </w:r>
    </w:p>
    <w:p>
      <w:r>
        <w:br/>
        <w:t>Люди ж ходили спокійно, не помічаючи крові на своїх чистеньких убраннях.</w:t>
      </w:r>
    </w:p>
    <w:p>
      <w:r>
        <w:br/>
        <w:t>Іноді була потреба сісти де-небудь і мислити на самотині. Тоді він силкувався викликати в голові гострі думки, щоб вразити ними самого себе та втішатися з своєї дотепності. А замість того думки приходили сумно-блискучі, як лід.</w:t>
      </w:r>
    </w:p>
    <w:p>
      <w:r>
        <w:br/>
        <w:t>Мислив здебільшого про те, як погано недоїдати й почувати, що з шлунка немов кишки витягають. Це нудно, боляче. І сумно до безнадійності.</w:t>
      </w:r>
    </w:p>
    <w:p>
      <w:r>
        <w:br/>
        <w:t>Стара правда, що жити можна лише тоді, коли їси, прибрала в очах Тимергея якоїсь містичної рації, і, здавалось йому, він щойно спізнав її.</w:t>
      </w:r>
    </w:p>
    <w:p>
      <w:r>
        <w:br/>
        <w:t>Спершу чудним здавалось, що йому раніше потрібний шмат хліба, а потім думка.</w:t>
      </w:r>
    </w:p>
    <w:p>
      <w:r>
        <w:br/>
        <w:t>Кант і борщ. Ніцше й ковбаса.</w:t>
      </w:r>
    </w:p>
    <w:p>
      <w:r>
        <w:br/>
        <w:t>Тимергей пручався. Перші дні недоїдання силкувавсь переконати себе, що Кант йому дорожчий за ковбасу. Але через три дні облишив: міг уже сміливо кожному в вічі сказати, що для нього дорожче.</w:t>
      </w:r>
    </w:p>
    <w:p>
      <w:r>
        <w:br/>
        <w:t>Він навіть полюбив глузувати з себе: приємно було кричати присутнім, яких він уявляв:</w:t>
      </w:r>
    </w:p>
    <w:p>
      <w:r>
        <w:br/>
        <w:t>— Пам’ятайте, я колись казав, що рація життя в тому, щоб міццю сталевої думки руйнувати всяких богів, як блискавка руйнує наші оселі, щоб блискучим світлом загартованих думок загнати їх у темряву, з якої вони повстали. Та я помилявся: рація життя в тому, щоб їсти. Ми, що жили, не помічаючи їжі, ми, що віддавали обідові п’ять хвилин часу,— забули, що ми тварини. Ми душу досліджували, ми в мозку копирсались. Та ось приходить голод і спиняється у шлунку, як знак запитання. І ми без вагання даємо відповідь. Раптом бачимо, що ми ссавці, забуваємо про наш могутній мозок та лише дивуємося, що так довго не вбачали найважливішого.</w:t>
      </w:r>
    </w:p>
    <w:p>
      <w:r>
        <w:br/>
        <w:t>Я обідаю тепер не менш години. Смакую все і з насолодою обгризаю пісні маслаки. Пообідавши, заплющую очі та кличу до себе Декарта. Питаю його:</w:t>
      </w:r>
    </w:p>
    <w:p>
      <w:r>
        <w:br/>
        <w:t>— Декарте! Ти голодував коли?</w:t>
      </w:r>
    </w:p>
    <w:p>
      <w:r>
        <w:br/>
        <w:t>— Ні,— каже.</w:t>
      </w:r>
    </w:p>
    <w:p>
      <w:r>
        <w:br/>
        <w:t>— Біжи ж мерщій та нищи свої праці. Потім не поїж тиждень і створи нові. Тоді матимеш ти певний ґрунт. Тоді ти, наприклад, не скажеш:</w:t>
      </w:r>
    </w:p>
    <w:p>
      <w:r>
        <w:br/>
        <w:t>— Cogito, ergo sum... А закричиш: — Ой, їсточки...</w:t>
      </w:r>
    </w:p>
    <w:p>
      <w:r>
        <w:br/>
        <w:t>Пам’ятай, що право на існування має лише те, що можна спожити.</w:t>
      </w:r>
    </w:p>
    <w:p>
      <w:r>
        <w:br/>
        <w:t>Іди ж, Декарте.</w:t>
      </w:r>
    </w:p>
    <w:p>
      <w:r>
        <w:br/>
        <w:t>Від Кнайбенка ішов у тому ж нахабному настрою, заклавши руки в кишені, і дивився навкруги з такою зневагою, мовби плюнув допіру з місяця на землю.</w:t>
      </w:r>
    </w:p>
    <w:p>
      <w:r>
        <w:br/>
        <w:t>Хоч ще не було й дванадцятої, Тимергей уже поспішав обідати. Звичайно, він втримувався до першої, але зараз, роздратований, що у Кнайбенка не знайшов хліба, не міг далі терпіти.</w:t>
      </w:r>
    </w:p>
    <w:p>
      <w:r>
        <w:br/>
        <w:t>Їдальня, де Тимергей колись заплатив за обіди місяцем уперед, була недалеко. Що більш наближався він до неї, то дужче хвилювався.</w:t>
      </w:r>
    </w:p>
    <w:p>
      <w:r>
        <w:br/>
        <w:t>Його всього охоплювало передчуття їжі й доводило бажання до найвищого ступеня. Він знав, що зараз буде їсти, напакує шлунок і йому стане байдуже, чи існує світ і люди, чи ходить земля круг сонця, чи швидко вже виженуть його з університету за неплатіж грошей.</w:t>
      </w:r>
    </w:p>
    <w:p>
      <w:r>
        <w:br/>
        <w:t>Навіть не обходитиме його, що через тиждень йому припинять давати обіди.</w:t>
      </w:r>
    </w:p>
    <w:p>
      <w:r>
        <w:br/>
        <w:t>Немов він поринав у прозорий плин, легкий і теплий, як промінь сонця. Через прозорість буде видко людей і їхні вчинки, але безбарвні, одноманітні й нецікаві. Так саме, як і тоді, коли була ще ціла його паперова стіна.</w:t>
      </w:r>
    </w:p>
    <w:p>
      <w:r>
        <w:br/>
        <w:t>Тимергей називав цей безтурботний спокій нірваною і посміхався, гадаючи, як помилявся Будда щодо шляхів її досягнення, хоч злі люди й кажуть, що цей великий мудрець помер від обережності.</w:t>
      </w:r>
    </w:p>
    <w:p>
      <w:r>
        <w:br/>
        <w:t>Їдальня. Тимергей захоплено вбирав у себе важкий дух варених і смажених страв.</w:t>
      </w:r>
    </w:p>
    <w:p>
      <w:r>
        <w:br/>
        <w:t>Он метушиться кельнерка Оля. Вона менше, ніж не вродлива, голос має грубий, сама незграбна, але Тимергей почував до неї ніжність: вона щодня подавала йому обід.</w:t>
      </w:r>
    </w:p>
    <w:p>
      <w:r>
        <w:br/>
        <w:t>— Добридень, Олю! Можна обідати?</w:t>
      </w:r>
    </w:p>
    <w:p>
      <w:r>
        <w:br/>
        <w:t>— Можна,— бурчить Оля, витираючи масні руки об брудний фартук, і біжить за матерчату перегородку, з-під якої хмарою рветься чорна пара.</w:t>
      </w:r>
    </w:p>
    <w:p>
      <w:r>
        <w:br/>
        <w:t>Тимергей з пошаною дивиться на її широку спину й товсті литки, що висуваються з-під синьої спідниці.</w:t>
      </w:r>
    </w:p>
    <w:p>
      <w:r>
        <w:br/>
        <w:t>За хвилину Оля кидає перед Тимергеєм на стіл накриття, не звертаючи на нього жодної уваги.</w:t>
      </w:r>
    </w:p>
    <w:p>
      <w:r>
        <w:br/>
        <w:t>А той з запалом дивиться на її масні руки й передчуває, як незабаром радісно й легко обхопить його теплий, прозорий плин байдужості.</w:t>
      </w:r>
    </w:p>
    <w:p>
      <w:r>
        <w:br/>
        <w:t>Пообідавши, Тимергей ішов додому спати. В кишені в нього лежали два шматочки хліба, що він непомітно брав від обіду, і щодо вечері він був спокійний.</w:t>
      </w:r>
    </w:p>
    <w:p>
      <w:r>
        <w:br/>
        <w:t>Тепер він ішов поволі й спокійно дивився на тих, що траплялись на очі, бо був під впливом щойно пережитої нірвани й наступного сну. Пояс міцно стискав набитий живіт, і це було надзвичайно приємно, аж тепленьке тремтіння прокочувалось іноді тілом, ніжне, як подих.</w:t>
      </w:r>
    </w:p>
    <w:p>
      <w:r>
        <w:br/>
        <w:t>Тимергей не думав нічого. Він спокійно споглядав на те, що падало в вічі, але образи баченого проходили свідомістю й не викликали думок. Бачив цементовий пішохід, землю, дерева, коней і людей, та все це було позбавлене найменшого зв’язку.</w:t>
      </w:r>
    </w:p>
    <w:p>
      <w:r>
        <w:br/>
        <w:t>Працювали лише ноги, все інше напівдрімало, приспане повністю шлунка. Подих робився глибоким і повільним, як у людини, що вже спить.</w:t>
      </w:r>
    </w:p>
    <w:p>
      <w:r>
        <w:br/>
        <w:t>Помалу все тіло ставало важким і млявим, а пішохід починав зливатись з деревами й кіньми. Тимергей скупчував волю і блимав очима. Тоді дерева й коні раптом відскакували від пішохода, але зразу ж починали знову облудливо зближуватись.</w:t>
      </w:r>
    </w:p>
    <w:p>
      <w:r>
        <w:br/>
        <w:t>Коли груди йому наливалися чавуном, мозок тупів і чулість зникала, Тимергей валився до кімнати, падав на ліжко й засинав одразу.</w:t>
      </w:r>
    </w:p>
    <w:p>
      <w:r>
        <w:br/>
        <w:t>На другий день ранком після порції сумування Тимергей вийшов робити свою звичайну гулянку містом. Сум сьогодні був глибший, ніж раніше, бо в їдальні лишилось тільки п’ять день пообідати, а там...</w:t>
      </w:r>
    </w:p>
    <w:p>
      <w:r>
        <w:br/>
        <w:t>— Подивимось тоді, побачимо, що буде,— шепотів він.</w:t>
      </w:r>
    </w:p>
    <w:p>
      <w:r>
        <w:br/>
        <w:t>Якби міг він висловити свою безсилу, стислу ненависть до міста людей і вулиць,— місто зникло б, люди попадали б і вулиці вкрилися б пилом.</w:t>
      </w:r>
    </w:p>
    <w:p>
      <w:r>
        <w:br/>
        <w:t>Але Тимергей мовчав, хоч хотілося підійти до ближнього будинку, повалити, розтрощити і на купах шмаття святкувати свою перемогу диким танцем.</w:t>
      </w:r>
    </w:p>
    <w:p>
      <w:r>
        <w:br/>
        <w:t>На розі він перестрінув собаку рудої масті, що стояв та задумливо нюхав повітря, витягнувши голову вперед.</w:t>
      </w:r>
    </w:p>
    <w:p>
      <w:r>
        <w:br/>
        <w:t>Тимергей хотів уже тюкнути на нього або штовхнути ногою, але спинився, осяяний веселковою думкою, що одразу вибила ненависть і злість йому з серця. В голові скупчились і заштовхались блискучі надії.</w:t>
      </w:r>
    </w:p>
    <w:p>
      <w:r>
        <w:br/>
        <w:t>Від надій Тимергей сп’янів — йому зробилось тепло, перед очима попливли вулиці, а тіло здалося легким и рухливим, мов зроблене було з повітря.</w:t>
      </w:r>
    </w:p>
    <w:p>
      <w:r>
        <w:br/>
        <w:t>Тимергей посміхався радісно й чисто, як ставок у садку. Він ласкаво лаяв себе, що не намислив раніше зауважити на вродливих собак.</w:t>
      </w:r>
    </w:p>
    <w:p>
      <w:r>
        <w:br/>
        <w:t>Закоханим поглядом оглядав він рудого сетера. Той теж дивився на Тимергея й очікував, не знаючи, чи сердитись, чи підійти й познайомитись.</w:t>
      </w:r>
    </w:p>
    <w:p>
      <w:r>
        <w:br/>
        <w:t>Але треба було щось почати. Тимергей зиркнув навкруги. Нікого ніби не було. Тоді він впевнено підійшов до собаки, сміливо полоскотав його за вухом та ніжно промовив:</w:t>
      </w:r>
    </w:p>
    <w:p>
      <w:r>
        <w:br/>
        <w:t>— Цюцю, цюцюнько...</w:t>
      </w:r>
    </w:p>
    <w:p>
      <w:r>
        <w:br/>
        <w:t>Собака пішов на ласку, повіяв хвостом і довірливо притис голову до Тимергеевої ноги; той же взяв його за нашийника і швиденько поволік за собою.</w:t>
      </w:r>
    </w:p>
    <w:p>
      <w:r>
        <w:br/>
        <w:t>Сетер почав був огинатись, а потім сам рвався вперед так, що Тимергей ледве поспішав за ним.</w:t>
      </w:r>
    </w:p>
    <w:p>
      <w:r>
        <w:br/>
        <w:t>Так щасливо дісталися вони до хати.</w:t>
      </w:r>
    </w:p>
    <w:p>
      <w:r>
        <w:br/>
        <w:t>План роботи цілком склався в голові Тимергея ще в ту мить, коли він забачив собаку. Так одразу склався план, немов хто несподівано втиснув його в мозок.</w:t>
      </w:r>
    </w:p>
    <w:p>
      <w:r>
        <w:br/>
        <w:t>— Що ж, ще тільки вересень — кожушок не так-то й потрібний, а головне — це ж не більш, як два-три дні...</w:t>
      </w:r>
    </w:p>
    <w:p>
      <w:r>
        <w:br/>
        <w:t>Через два-три дні Тимергей прочитає в газеті об’яву:</w:t>
      </w:r>
    </w:p>
    <w:p>
      <w:r>
        <w:br/>
        <w:t>"Забіг рудий сетер. Хто приведе, тому добра нагорода..."</w:t>
      </w:r>
    </w:p>
    <w:p>
      <w:r>
        <w:br/>
        <w:t>Ха-ха! Це принаймні геніально! І це тільки він, Тимергей, міг намислити. Ні, справді, в ньому є великі здібності...</w:t>
      </w:r>
    </w:p>
    <w:p>
      <w:r>
        <w:br/>
        <w:t>По дорозі до ломбарду Тимергей перестрінув Кнайбенка. Той, як і завсіди, ішов з посмішкою на обличчі, широкою й привітною, як брама заїзду. Хто хоч — прохаємо! Не дорого!</w:t>
      </w:r>
    </w:p>
    <w:p>
      <w:r>
        <w:br/>
        <w:t>Вчора або завчора Тимергей з огидою подивився б на цю посмішку й рожеві щоки її власника, а сьогодні й сам посміхнувся.</w:t>
      </w:r>
    </w:p>
    <w:p>
      <w:r>
        <w:br/>
        <w:t>— Ага! — гукнув Кнайбенко з своєї незмінної звички. — Ось і він! Здоров був, Гервасію! А там професор турбується. Де це, питає, наш Арістотель ? Не віриш?</w:t>
      </w:r>
    </w:p>
    <w:p>
      <w:r>
        <w:br/>
        <w:t>— Скажеш, що через два-три дні завітаю.</w:t>
      </w:r>
    </w:p>
    <w:p>
      <w:r>
        <w:br/>
        <w:t>— А дисертацію про Канта коли принесеш? Усі сподіваються, що ти Америку знайдеш.</w:t>
      </w:r>
    </w:p>
    <w:p>
      <w:r>
        <w:br/>
        <w:t>Тимергей засміявся. Кнайбенко звичайну семестрову працю назвав дисертацією.</w:t>
      </w:r>
    </w:p>
    <w:p>
      <w:r>
        <w:br/>
        <w:t>— Та так днів за два-три засяду її писати.</w:t>
      </w:r>
    </w:p>
    <w:p>
      <w:r>
        <w:br/>
        <w:t>— Що воно за загадкові два-три дні, коли ти все почнеш робити? — крикнув Кнайбенко, і пані, що проходила повз них, метнулась убік. — Питаю, що за загадка? Та дарма. Я не цікавий. Краще ось що: ходім до мене поснідаєм. Є... Знаєш, що є? Сало!</w:t>
      </w:r>
    </w:p>
    <w:p>
      <w:r>
        <w:br/>
        <w:t>Тимергей здивовано помітив, що йому не хочеться їсти. Що за штука!</w:t>
      </w:r>
    </w:p>
    <w:p>
      <w:r>
        <w:br/>
        <w:t>Проте можна було б піти попоїсти й до речі розпитати про університет. Але собака чекав. Той, напевно, був голодний. Гервасій рішуче одмовився. Він, бач, нагальну справу має.</w:t>
      </w:r>
    </w:p>
    <w:p>
      <w:r>
        <w:br/>
        <w:t>Він уже одійшов був кілька кроків, як Кнайбенко крикнув на всю вулицю:</w:t>
      </w:r>
    </w:p>
    <w:p>
      <w:r>
        <w:br/>
        <w:t>— Гервасію! Стривай!</w:t>
      </w:r>
    </w:p>
    <w:p>
      <w:r>
        <w:br/>
        <w:t>Наблизившись, Кнайбенко стримано й чітко промовив:</w:t>
      </w:r>
    </w:p>
    <w:p>
      <w:r>
        <w:br/>
        <w:t>— Вчора до мене завітала якась тварина, що, з опису моєї господині, скидається на тебе. Вищезгадана тварина поперекидала мені в кімнаті все дощенту. Невідомо нащо. Ти ж знаєш, як я ціную чистоту й охайність? Знаєш?</w:t>
      </w:r>
    </w:p>
    <w:p>
      <w:r>
        <w:br/>
        <w:t>Кнайбенко нахилився до Тимергеєвого вуха й крикнув:</w:t>
      </w:r>
    </w:p>
    <w:p>
      <w:r>
        <w:br/>
        <w:t>— Розчавлю! Знищу!</w:t>
      </w:r>
    </w:p>
    <w:p>
      <w:r>
        <w:br/>
        <w:t>Після цього обличчя його безслідно потопло у величезній посмішці. Тільки з боків посмішки стирчали вуха.</w:t>
      </w:r>
    </w:p>
    <w:p>
      <w:r>
        <w:br/>
        <w:t>Тимергей сміявся всім тілом. Кілька разів стиснув руку Кнайбенкові й казав, що пожартував.</w:t>
      </w:r>
    </w:p>
    <w:p>
      <w:r>
        <w:br/>
        <w:t>Була друга година дня, коли Тимергей без кожушка вийшов з ломбарду. Так непомітно летів день, а їсти все-таки не хотілось.</w:t>
      </w:r>
    </w:p>
    <w:p>
      <w:r>
        <w:br/>
        <w:t>Тимергей купив газету. От чого ніколи не робив! Навіть дивно було купувати цей великий аркуш паперу,— і не книжка, а написано щось.</w:t>
      </w:r>
    </w:p>
    <w:p>
      <w:r>
        <w:br/>
        <w:t>Пригадав, що в дитинстві в цю пору року мати давала йому ножиці й купу отаких самих газет, що переховувались у шухлядах батьківського столу. І він, тоді ще тільки натяк на теперішнього юнака з маленькою борідкою, сідав на килимі й задумливо різав газети на довгі стьожки, пильнуючи, щоб ті були однаковими завширшки.</w:t>
      </w:r>
    </w:p>
    <w:p>
      <w:r>
        <w:br/>
        <w:t>Потім ретельно обклеював ними вікна.</w:t>
      </w:r>
    </w:p>
    <w:p>
      <w:r>
        <w:br/>
        <w:t>Праці вистачало мало не на три дні. Коли ж всі вікна були заклеєні, мама давала йому кілька цукерок.</w:t>
      </w:r>
    </w:p>
    <w:p>
      <w:r>
        <w:br/>
        <w:t>З тої пори Тимергей не здибався більш з газетами й забув про них.</w:t>
      </w:r>
    </w:p>
    <w:p>
      <w:r>
        <w:br/>
        <w:t>Одначе тепер визнав, що газети бувають потрібні не тільки на заклеювання вікон.</w:t>
      </w:r>
    </w:p>
    <w:p>
      <w:r>
        <w:br/>
        <w:t>Минувши статті й інформації, Тимергей в’ївся очима в об’яви. Ну, так! Аж ось воно: про болонку й бульдога. Скрізь нагорода.</w:t>
      </w:r>
    </w:p>
    <w:p>
      <w:r>
        <w:br/>
        <w:t>Завтра буде й про рудого сетера. І теж нагорода.</w:t>
      </w:r>
    </w:p>
    <w:p>
      <w:r>
        <w:br/>
        <w:t>Тимергей годував собаку. Той жалібно ковтав великі шматки хліба й м’яса, що були принесені з базару.</w:t>
      </w:r>
    </w:p>
    <w:p>
      <w:r>
        <w:br/>
        <w:t>Тимергей сидів на ліжку, простягши руки на його спину, й дивився на собаку. А сам пригадував.</w:t>
      </w:r>
    </w:p>
    <w:p>
      <w:r>
        <w:br/>
        <w:t>Кругом книжки... Він риється в тих книжках, вишукує в них думки, гострої й упертої. І бачить, як у холодних, чорних літерах ясними блисками відбивається мозок і кров, що з жорстокою волею одірвала від себе далека людина й натхненно втиснула в невмирущі рядки.</w:t>
      </w:r>
    </w:p>
    <w:p>
      <w:r>
        <w:br/>
        <w:t>Він шукав з безутомністю звіра і, коли щастило йому вирвати з хаосу літер думку, прекрасну й могутню, взяти її й покласти в свій жадібний мозок,— тоді Тимергей відсував книжку й заплющував очі, щоб виразніш почувати, як почне та думка пускати коріння, обхопить мозок дріжливими дротинками, як зросте й народить ще натовп нових,— теж прекрасних і теж могутніх.</w:t>
      </w:r>
    </w:p>
    <w:p>
      <w:r>
        <w:br/>
        <w:t>Сірий мозок квітчався ними, як пишними айстрами, і ті були чудові в холодній величності.</w:t>
      </w:r>
    </w:p>
    <w:p>
      <w:r>
        <w:br/>
        <w:t>А іноді було... хе! було, іноді не дається думка до рук! Плигає перед очима, крутиться, як дзига, і дратує до незмоги. Він з відчаєм ганявся за нею, вивертав на стіл свій мозок, а облудлива думка ховалась між паперами або робилась звичайним олівцем.</w:t>
      </w:r>
    </w:p>
    <w:p>
      <w:r>
        <w:br/>
        <w:t>Тоді Тимергей занепокоювався зовсім. Широко розтулював очі й рота, повний здивування, дивився на олівець, де зникла жартівлива думка. Потім підводився і ходив по кімнаті. Ходив довго й слухав, як ритмічно стукотять його чоботи по підлозі.</w:t>
      </w:r>
    </w:p>
    <w:p>
      <w:r>
        <w:br/>
        <w:t>Раптом палким струмком кидалась йому в голову кров і відживляла знеможений мозок. Знову сідав тоді Тимергей і вже легко видобував думку з олівця; та ж, винувата й переможена, вмить родила йому дочок і синів.</w:t>
      </w:r>
    </w:p>
    <w:p>
      <w:r>
        <w:br/>
        <w:t>"Від кожної думки я маю нащадків,— гадав Тимергей; — о, я великий розпусник! А справді, думка — та ж жінка, хоч іноді й не дається відразу, так треба трошки потерпіти. Треба конче послухати, як стукотять чоботи по підлозі чи по землі. Походити треба".</w:t>
      </w:r>
    </w:p>
    <w:p>
      <w:r>
        <w:br/>
        <w:t>Собака скінчив їсти; Тимергей підійшов до пса, взяв за шию й полоскотав під горлянкою.</w:t>
      </w:r>
    </w:p>
    <w:p>
      <w:r>
        <w:br/>
        <w:t>— Ти ж вернеш мені мій гарем? Даси змогу в ньому бенкетувати?</w:t>
      </w:r>
    </w:p>
    <w:p>
      <w:r>
        <w:br/>
        <w:t>Собака блимав червонуватими очима й терся вухом об коліно Тимергея.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