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Собака на сіні</w:t>
      </w:r>
    </w:p>
    <w:p>
      <w:r>
        <w:br/>
        <w:t xml:space="preserve"> Лопе де Вега&lt;br /&gt;</w:t>
        <w:br/>
        <w:t>Собака на сіні&lt;br /&gt;</w:t>
        <w:br/>
        <w:t>П'єса&lt;br /&gt;</w:t>
        <w:br/>
        <w:t>Переклад з іспанської: М. ЛУКАШ&lt;br /&gt;</w:t>
        <w:br/>
        <w:t>ДІЙОВІ ОСОБИ:&lt;br /&gt;</w:t>
        <w:br/>
        <w:t>Д і а н а — графиня де Бельфлор.&lt;br /&gt;</w:t>
        <w:br/>
        <w:t>Т е о д о р о — її секретар.&lt;br /&gt;</w:t>
        <w:br/>
        <w:t>М а р ч е л л а, Д о р о т е я, А н а р д а — її покоївки.&lt;br /&gt;</w:t>
        <w:br/>
        <w:t>О к т а в і о — її кастелян.&lt;br /&gt;</w:t>
        <w:br/>
        <w:t>Ф а б і о — її камердинер.&lt;br /&gt;</w:t>
        <w:br/>
        <w:t>Г р а ф Ф е д е р і к о, Г р а ф Л ю д о в і к о,&lt;br /&gt;</w:t>
        <w:br/>
        <w:t>М а р к і з Р і к а р д о.&lt;br /&gt;</w:t>
        <w:br/>
        <w:t>Т р і с т а н — лакей у Теодоро.&lt;br /&gt;</w:t>
        <w:br/>
        <w:t>К а м і л л о, Л е о н і д о, Ч е л і о — слуги.&lt;br /&gt;</w:t>
        <w:br/>
        <w:t>Ф у р і о, Л і р а н о, А н т о н е л л о — Трістанові товариші.&lt;br /&gt;</w:t>
        <w:br/>
        <w:t>П а ж.&lt;br /&gt;</w:t>
        <w:br/>
        <w:t>Діється в Неаполі.&lt;br /&gt;</w:t>
        <w:br/>
        <w:t>ДІЯ ПЕРША&lt;br /&gt;</w:t>
        <w:br/>
        <w:t>Зал у графининому палаці.&lt;br /&gt;</w:t>
        <w:br/>
        <w:t>ЯВА ПЕРША&lt;br /&gt;</w:t>
        <w:br/>
        <w:t>Т е о д о р о і Т р і с т а н, тікають.&lt;br /&gt;</w:t>
        <w:br/>
        <w:t>Т е о д о р о&lt;br /&gt;</w:t>
        <w:br/>
        <w:t>Утікай скоріш, Трістане!&lt;br /&gt;</w:t>
        <w:br/>
        <w:t>Т р і с т а н&lt;br /&gt;</w:t>
        <w:br/>
        <w:t>От так вилазка невдала!&lt;br /&gt;</w:t>
        <w:br/>
        <w:t>Т е о д о р о&lt;br /&gt;</w:t>
        <w:br/>
        <w:t>Певно, нас вона впізнала?&lt;br /&gt;</w:t>
        <w:br/>
        <w:t>Т р і с т а н&lt;br /&gt;</w:t>
        <w:br/>
        <w:t>Хто її' зна... Можливо, пане.&lt;br /&gt;</w:t>
        <w:br/>
        <w:t>ЯВА ДРУГА&lt;br /&gt;</w:t>
        <w:br/>
        <w:t>Д і а н а.&lt;br /&gt;</w:t>
        <w:br/>
        <w:t>Д і а н а&lt;br /&gt;</w:t>
        <w:br/>
        <w:t>Не тікайте, зупиніться!&lt;br /&gt;</w:t>
        <w:br/>
        <w:t>Ну ж бо! Хто ви, кавалере?&lt;br /&gt;</w:t>
        <w:br/>
        <w:t>Що це, справді, за манери?&lt;br /&gt;</w:t>
        <w:br/>
        <w:t>Я кому кажу? Верніться!&lt;br /&gt;</w:t>
        <w:br/>
        <w:t>Люди! Слуги! Де ви ділись?&lt;br /&gt;</w:t>
        <w:br/>
        <w:t>Все мов вимерло кругом...&lt;br /&gt;</w:t>
        <w:br/>
        <w:t>Це ж не привид, не фантом,&lt;br /&gt;</w:t>
        <w:br/>
        <w:t>не вві сні мені приснилось.&lt;br /&gt;</w:t>
        <w:br/>
        <w:t>Гей! Чи всі вже полягали?&lt;br /&gt;</w:t>
        <w:br/>
        <w:t>— 5 —&lt;br /&gt;</w:t>
        <w:br/>
        <w:t>ЯВА ТРЕТЯ&lt;br /&gt;</w:t>
        <w:br/>
        <w:t>Ф а б і о, Д і а н а.&lt;br /&gt;</w:t>
        <w:br/>
        <w:t>Ф а б і о&lt;br /&gt;</w:t>
        <w:br/>
        <w:t>Пані кликали мене?&lt;br /&gt;</w:t>
        <w:br/>
        <w:t>Д і а н а&lt;br /&gt;</w:t>
        <w:br/>
        <w:t>Зло мене бере страшне&lt;br /&gt;</w:t>
        <w:br/>
        <w:t>на таких, як ти, оспалий.&lt;br /&gt;</w:t>
        <w:br/>
        <w:t>Зараз же біжи і взнай,&lt;br /&gt;</w:t>
        <w:br/>
        <w:t>що тут був за чоловік;&lt;br /&gt;</w:t>
        <w:br/>
        <w:t>при мені він щойно втік&lt;br /&gt;</w:t>
        <w:br/>
        <w:t>з цеї зали.&lt;br /&gt;</w:t>
        <w:br/>
        <w:t>Ф а б і о&lt;br /&gt;</w:t>
        <w:br/>
        <w:t>Ай-ай-ай!&lt;br /&gt;</w:t>
        <w:br/>
        <w:t>Ф а б і о&lt;br /&gt;</w:t>
        <w:br/>
        <w:t>Зараз світло принесу.&lt;br /&gt;</w:t>
        <w:br/>
        <w:t>(Виходить).&lt;br /&gt;</w:t>
        <w:br/>
        <w:t>ЯВА ШОСТА&lt;br /&gt;</w:t>
        <w:br/>
        <w:t>Д і а н а, О к т а в і о.&lt;br /&gt;</w:t>
        <w:br/>
        <w:t>Д і а н а&lt;br /&gt;</w:t>
        <w:br/>
        <w:t>Буду змушена прогнати&lt;br /&gt;</w:t>
        <w:br/>
        <w:t>я із дому винуватця.&lt;br /&gt;</w:t>
        <w:br/>
        <w:t>О к т а в і о&lt;br /&gt;</w:t>
        <w:br/>
        <w:t>Те ж казав вам завше й я:&lt;br /&gt;</w:t>
        <w:br/>
        <w:t>треба гнати в три шия,&lt;br /&gt;</w:t>
        <w:br/>
        <w:t>хто не вміє шануваться.&lt;br /&gt;</w:t>
        <w:br/>
        <w:t>Тільки ж, пані, не у гнів:&lt;br /&gt;</w:t>
        <w:br/>
        <w:t>— 6 —&lt;br /&gt;</w:t>
        <w:br/>
        <w:t>ви самі тому виною,&lt;br /&gt;</w:t>
        <w:br/>
        <w:t>що не маєте спокою;&lt;br /&gt;</w:t>
        <w:br/>
        <w:t>женете всіх женихів&lt;br /&gt;</w:t>
        <w:br/>
        <w:t>ви, уперта гордівниця,&lt;br /&gt;</w:t>
        <w:br/>
        <w:t>чи здіймаєте на сміх&lt;br /&gt;</w:t>
        <w:br/>
        <w:t>і примушуєте їх&lt;br /&gt;</w:t>
        <w:br/>
        <w:t>удаватися в дурниці.&lt;br /&gt;</w:t>
        <w:br/>
        <w:t>Д і а н а&lt;br /&gt;</w:t>
        <w:br/>
        <w:t>Ви щось знаєте, Октавйо?&lt;br /&gt;</w:t>
        <w:br/>
        <w:t>О к т а в і о&lt;br /&gt;</w:t>
        <w:br/>
        <w:t>Всі говорять, що синьйора&lt;br /&gt;</w:t>
        <w:br/>
        <w:t>уродлива, та сувора;&lt;br /&gt;</w:t>
        <w:br/>
        <w:t>це не раз од них чував я;&lt;br /&gt;</w:t>
        <w:br/>
        <w:t>ще й, до того, ваше графство&lt;br /&gt;</w:t>
        <w:br/>
        <w:t>декому бентежить кров.&lt;br /&gt;</w:t>
        <w:br/>
        <w:t>ЯВА СЬОМА&lt;br /&gt;</w:t>
        <w:br/>
        <w:t>Ф а б і о; ті, що й були.&lt;br /&gt;</w:t>
        <w:br/>
        <w:t>Ф а б і о&lt;br /&gt;</w:t>
        <w:br/>
        <w:t>Капелюха я знайшов;&lt;br /&gt;</w:t>
        <w:br/>
        <w:t>бачите, яке плюгавство?&lt;br /&gt;</w:t>
        <w:br/>
        <w:t>Д і а н а&lt;br /&gt;</w:t>
        <w:br/>
        <w:t>Покажи. Оце такий?&lt;br /&gt;</w:t>
        <w:br/>
        <w:t>Ф а б і о&lt;br /&gt;</w:t>
        <w:br/>
        <w:t>А який же?&lt;br /&gt;</w:t>
        <w:br/>
        <w:t>Д і а н а&lt;br /&gt;</w:t>
        <w:br/>
        <w:t>Це той самий?&lt;br /&gt;</w:t>
        <w:br/>
        <w:t>— 7 —&lt;br /&gt;</w:t>
        <w:br/>
        <w:t>О к та в і о&lt;br /&gt;</w:t>
        <w:br/>
        <w:t>Боже!&lt;br /&gt;</w:t>
        <w:br/>
        <w:t>Ф а б і о&lt;br /&gt;</w:t>
        <w:br/>
        <w:t>Став би перед вами&lt;br /&gt;</w:t>
        <w:br/>
        <w:t>я брехать.&lt;br /&gt;</w:t>
        <w:br/>
        <w:t>О к т а в і о&lt;br /&gt;</w:t>
        <w:br/>
        <w:t>Який брудний!&lt;br /&gt;</w:t>
        <w:br/>
        <w:t>Д і а н а&lt;br /&gt;</w:t>
        <w:br/>
        <w:t>Цей він кинув?&lt;br /&gt;</w:t>
        <w:br/>
        <w:t>Ф а б і о&lt;br /&gt;</w:t>
        <w:br/>
        <w:t>Та підкласти&lt;br /&gt;</w:t>
        <w:br/>
        <w:t>іншого не міг я вроді.&lt;br /&gt;</w:t>
        <w:br/>
        <w:t>О к т а в і о&lt;br /&gt;</w:t>
        <w:br/>
        <w:t>Ну і пера!&lt;br /&gt;</w:t>
        <w:br/>
        <w:t>Ф а б і о&lt;br /&gt;</w:t>
        <w:br/>
        <w:t>То був злодій.&lt;br /&gt;</w:t>
        <w:br/>
        <w:t>О к т а в і о&lt;br /&gt;</w:t>
        <w:br/>
        <w:t>Він хотів нас обікрасти.&lt;br /&gt;</w:t>
        <w:br/>
        <w:t>Д і а н а&lt;br /&gt;</w:t>
        <w:br/>
        <w:t>Ні, це просто неймовірно!&lt;br /&gt;</w:t>
        <w:br/>
        <w:t>Ф а б і о&lt;br /&gt;</w:t>
        <w:br/>
        <w:t>Більш ніякого нема.&lt;br /&gt;</w:t>
        <w:br/>
        <w:t>Д і а н а&lt;br /&gt;</w:t>
        <w:br/>
        <w:t>Добре бачила сама —&lt;br /&gt;</w:t>
        <w:br/>
        <w:t>стільки пер було, надмірно!&lt;br /&gt;</w:t>
        <w:br/>
        <w:t>Де ж вони тепер? Невже...&lt;br /&gt;</w:t>
        <w:br/>
        <w:t>— 8 —&lt;br /&gt;</w:t>
        <w:br/>
        <w:t>Ф а б і о&lt;br /&gt;</w:t>
        <w:br/>
        <w:t>Кинув він брилем у люстру,&lt;br /&gt;</w:t>
        <w:br/>
        <w:t>то звелись вони на кустру,&lt;br /&gt;</w:t>
        <w:br/>
        <w:t>обсмалились та й уже.&lt;br /&gt;</w:t>
        <w:br/>
        <w:t>Був колись подібний скрут&lt;br /&gt;</w:t>
        <w:br/>
        <w:t>у Ікара-погорільця1,&lt;br /&gt;</w:t>
        <w:br/>
        <w:t>що спалив на сонці крильця&lt;br /&gt;</w:t>
        <w:br/>
        <w:t>і у море впав. А тут&lt;br /&gt;</w:t>
        <w:br/>
        <w:t>сонцем, бачте, був світильник,&lt;br /&gt;</w:t>
        <w:br/>
        <w:t>а Ікаром — капелюх,&lt;br /&gt;</w:t>
        <w:br/>
        <w:t>що його шпурнув той зух —&lt;br /&gt;</w:t>
        <w:br/>
        <w:t>таємничості прихильник.&lt;br /&gt;</w:t>
        <w:br/>
        <w:t>Д і а н а&lt;br /&gt;</w:t>
        <w:br/>
        <w:t>Годі, Фабіо, облиш;&lt;br /&gt;</w:t>
        <w:br/>
        <w:t>недоречні в тебе жарти.&lt;br /&gt;</w:t>
        <w:br/>
        <w:t>О к т а в і о&lt;br /&gt;</w:t>
        <w:br/>
        <w:t>Турбуватися не варто,&lt;br /&gt;</w:t>
        <w:br/>
        <w:t>згодом взнаєте.&lt;br /&gt;</w:t>
        <w:br/>
        <w:t>Д і а н а&lt;br /&gt;</w:t>
        <w:br/>
        <w:t>Коли ж?&lt;br /&gt;</w:t>
        <w:br/>
        <w:t>О к т а в і о&lt;br /&gt;</w:t>
        <w:br/>
        <w:t>Вже пора вам спочивати,&lt;br /&gt;</w:t>
        <w:br/>
        <w:t>час розгадку принесе;&lt;br /&gt;</w:t>
        <w:br/>
        <w:t>завтра виясните все.&lt;br /&gt;</w:t>
        <w:br/>
        <w:t>Д і а н а&lt;br /&gt;</w:t>
        <w:br/>
        <w:t>Ні, клянусь, не ляжу спати,&lt;br /&gt;</w:t>
        <w:br/>
        <w:t>доки справи не з'ясую.&lt;br /&gt;</w:t>
        <w:br/>
        <w:t>Всіх дівчат сюди поклич.&lt;br /&gt;</w:t>
        <w:br/>
        <w:t>_ Фабіо виходить.&lt;br /&gt;</w:t>
        <w:br/>
        <w:t>1 І к а р — за грецьким міфом, син зодчого Дедала; коли, рятуючись, тікав&lt;br /&gt;</w:t>
        <w:br/>
        <w:t>разом з батьком з острова Кріту на штучних, зліплених воском, крилах і&lt;br /&gt;</w:t>
        <w:br/>
        <w:t>піднявся близько до сонця, віск розтопився, Ікар упав у море й загинув.&lt;br /&gt;</w:t>
        <w:br/>
        <w:t>ЯВА ВОСЬМА&lt;br /&gt;</w:t>
        <w:br/>
        <w:t>Д і а н а, О к т а в і о.&lt;br /&gt;</w:t>
        <w:br/>
        <w:t>О к та в і о&lt;br /&gt;</w:t>
        <w:br/>
        <w:t>Чи для того ж дав бог ніч?&lt;br /&gt;</w:t>
        <w:br/>
        <w:t>Д і а н а&lt;br /&gt;</w:t>
        <w:br/>
        <w:t>Ні, Октавіо, не засну я...&lt;br /&gt;</w:t>
        <w:br/>
        <w:t>Хтось чужий проник у дім,—&lt;br /&gt;</w:t>
        <w:br/>
        <w:t>не даремна ця тривога.&lt;br /&gt;</w:t>
        <w:br/>
        <w:t>О к т а в і о&lt;br /&gt;</w:t>
        <w:br/>
        <w:t>Тут потрібна осторога;&lt;br /&gt;</w:t>
        <w:br/>
        <w:t>завтра вивідки почнім,&lt;br /&gt;</w:t>
        <w:br/>
        <w:t>а тепер — спочить годиться.&lt;br /&gt;</w:t>
        <w:br/>
        <w:t>Д і а н а&lt;br /&gt;</w:t>
        <w:br/>
        <w:t>Ви засвоїли одну&lt;br /&gt;</w:t>
        <w:br/>
        <w:t>мудрість: не повинна сну&lt;br /&gt;</w:t>
        <w:br/>
        <w:t>турбувати таємниця.&lt;br /&gt;</w:t>
        <w:br/>
        <w:t>ЯВА ДЕВ'ЯТА&lt;br /&gt;</w:t>
        <w:br/>
        <w:t>Ф а б і о, М а р ч е л л а, Д о р о т е я,&lt;br /&gt;</w:t>
        <w:br/>
        <w:t>А н а р д а; ті, що й були.&lt;br /&gt;</w:t>
        <w:br/>
        <w:t>Ф а б і о&lt;br /&gt;</w:t>
        <w:br/>
        <w:t>Я привів лиш головних;&lt;br /&gt;</w:t>
        <w:br/>
        <w:t>інші вже давно поснули,&lt;br /&gt;</w:t>
        <w:br/>
        <w:t>то нічого і не чули —&lt;br /&gt;</w:t>
        <w:br/>
        <w:t>мало толку буде з них.&lt;br /&gt;</w:t>
        <w:br/>
        <w:t>Тільки ваші камеристки&lt;br /&gt;</w:t>
        <w:br/>
        <w:t>розважались на дозвіллі.&lt;br /&gt;</w:t>
        <w:br/>
        <w:t>— 10 —&lt;br /&gt;</w:t>
        <w:br/>
        <w:t>А н а р д а&lt;br /&gt;</w:t>
        <w:br/>
        <w:t>(набік)&lt;br /&gt;</w:t>
        <w:br/>
        <w:t>Уночі схопились хвилі;&lt;br /&gt;</w:t>
        <w:br/>
        <w:t>плавать в морі буде хистко!&lt;br /&gt;</w:t>
        <w:br/>
        <w:t>Ф а б і о&lt;br /&gt;</w:t>
        <w:br/>
        <w:t>Я вам, мабуть, заважаю?&lt;br /&gt;</w:t>
        <w:br/>
        <w:t>Д і а н а&lt;br /&gt;</w:t>
        <w:br/>
        <w:t>Так, обидва вийдіть звідси.&lt;br /&gt;</w:t>
        <w:br/>
        <w:t>Ф а б і о&lt;br /&gt;</w:t>
        <w:br/>
        <w:t>(тихо до Октавіо)&lt;br /&gt;</w:t>
        <w:br/>
        <w:t>Допит буде.&lt;br /&gt;</w:t>
        <w:br/>
        <w:t>О к т а в і о&lt;br /&gt;</w:t>
        <w:br/>
        <w:t>Ви дивіться!&lt;br /&gt;</w:t>
        <w:br/>
        <w:t>Ф а б і о&lt;br /&gt;</w:t>
        <w:br/>
        <w:t>Вже й мені недовіряє.&lt;br /&gt;</w:t>
        <w:br/>
        <w:t>Октавіо й Фабіо виходять.&lt;br /&gt;</w:t>
        <w:br/>
        <w:t>ЯВА ДЕСЯТА&lt;br /&gt;</w:t>
        <w:br/>
        <w:t>Д і а н а, М а р ч е л л а, Д о р о т е я, А н а р д а.&lt;br /&gt;</w:t>
        <w:br/>
        <w:t>Д і а н а&lt;br /&gt;</w:t>
        <w:br/>
        <w:t>Підійди-но, Доротеє.&lt;br /&gt;</w:t>
        <w:br/>
        <w:t>Д о р о т е я&lt;br /&gt;</w:t>
        <w:br/>
        <w:t>Я вас слухаю, синьйоро.&lt;br /&gt;</w:t>
        <w:br/>
        <w:t>— 11 —&lt;br /&gt;</w:t>
        <w:br/>
        <w:t>Д і а н а&lt;br /&gt;</w:t>
        <w:br/>
        <w:t>Хто гуляє коло двору&lt;br /&gt;</w:t>
        <w:br/>
        <w:t>нашого, ти знаєш теє?&lt;br /&gt;</w:t>
        <w:br/>
        <w:t>Д о р о т е я&lt;br /&gt;</w:t>
        <w:br/>
        <w:t>Найчастіш маркіз Рікардо,&lt;br /&gt;</w:t>
        <w:br/>
        <w:t>часом також граф Паріс.&lt;br /&gt;</w:t>
        <w:br/>
        <w:t>Д і а н а&lt;br /&gt;</w:t>
        <w:br/>
        <w:t>Правду кажеш? Ой дивись,&lt;br /&gt;</w:t>
        <w:br/>
        <w:t>бо спитаю ще й Анарду.&lt;br /&gt;</w:t>
        <w:br/>
        <w:t>Д о р о т е я&lt;br /&gt;</w:t>
        <w:br/>
        <w:t>Я б посміла вас дурить?&lt;br /&gt;</w:t>
        <w:br/>
        <w:t>Зроду-звіку, боже милий!&lt;br /&gt;</w:t>
        <w:br/>
        <w:t>Д і а н а&lt;br /&gt;</w:t>
        <w:br/>
        <w:t>З ким вони тут говорили?&lt;br /&gt;</w:t>
        <w:br/>
        <w:t>Д о р о т е я&lt;br /&gt;</w:t>
        <w:br/>
        <w:t>Хоч огнем мене печіть,&lt;br /&gt;</w:t>
        <w:br/>
        <w:t>я не чула, щоб хоч раз&lt;br /&gt;</w:t>
        <w:br/>
        <w:t>ці синьйори, вам відомі,&lt;br /&gt;</w:t>
        <w:br/>
        <w:t>розмовляли в цьому домі&lt;br /&gt;</w:t>
        <w:br/>
        <w:t>із ким-небудь, окрім вас.&lt;br /&gt;</w:t>
        <w:br/>
        <w:t>Д і а н а&lt;br /&gt;</w:t>
        <w:br/>
        <w:t>Чи бували тут пажі&lt;br /&gt;</w:t>
        <w:br/>
        <w:t>із цидулками?&lt;br /&gt;</w:t>
        <w:br/>
        <w:t>Д о р о т е я&lt;br /&gt;</w:t>
        <w:br/>
        <w:t>Ніколи.&lt;br /&gt;</w:t>
        <w:br/>
        <w:t>Д і а н а&lt;br /&gt;</w:t>
        <w:br/>
        <w:t>Одійди туди, до столу.&lt;br /&gt;</w:t>
        <w:br/>
        <w:t>— 12 —&lt;br /&gt;</w:t>
        <w:br/>
        <w:t>М а р ч е л л а&lt;br /&gt;</w:t>
        <w:br/>
        <w:t>(тихо до Анарди)&lt;br /&gt;</w:t>
        <w:br/>
        <w:t>Строгий допит!&lt;br /&gt;</w:t>
        <w:br/>
        <w:t>А н а р д а&lt;br /&gt;</w:t>
        <w:br/>
        <w:t>Не кажи.&lt;br /&gt;</w:t>
        <w:br/>
        <w:t>Д і а н а&lt;br /&gt;</w:t>
        <w:br/>
        <w:t>Ти, Анардо!&lt;br /&gt;</w:t>
        <w:br/>
        <w:t>А н а р д а&lt;br /&gt;</w:t>
        <w:br/>
        <w:t>Прошу пані.&lt;br /&gt;</w:t>
        <w:br/>
        <w:t>Д і а н а&lt;br /&gt;</w:t>
        <w:br/>
        <w:t>Хто тут був з мужчин?&lt;br /&gt;</w:t>
        <w:br/>
        <w:t>А н а р д а&lt;br /&gt;</w:t>
        <w:br/>
        <w:t>З мужчин?&lt;br /&gt;</w:t>
        <w:br/>
        <w:t>Д і а н а&lt;br /&gt;</w:t>
        <w:br/>
        <w:t>Звідси щойно вийшов він;&lt;br /&gt;</w:t>
        <w:br/>
        <w:t>я вас знаю, окаянні.&lt;br /&gt;</w:t>
        <w:br/>
        <w:t>Хто впустив його до дому,&lt;br /&gt;</w:t>
        <w:br/>
        <w:t>щоб мене він підглядав?&lt;br /&gt;</w:t>
        <w:br/>
        <w:t>А н а р д а&lt;br /&gt;</w:t>
        <w:br/>
        <w:t>Ми таких не робим справ,&lt;br /&gt;</w:t>
        <w:br/>
        <w:t>і не снилося нікому.&lt;br /&gt;</w:t>
        <w:br/>
        <w:t>Що ви, пані! Хто б посмів&lt;br /&gt;</w:t>
        <w:br/>
        <w:t>привести сюди мужчину?&lt;br /&gt;</w:t>
        <w:br/>
        <w:t>За таку тяжку провину&lt;br /&gt;</w:t>
        <w:br/>
        <w:t>нас скарав би божий гнів.&lt;br /&gt;</w:t>
        <w:br/>
        <w:t>Ви нас кривдите даремно.&lt;br /&gt;</w:t>
        <w:br/>
        <w:t>— 13 —&lt;br /&gt;</w:t>
        <w:br/>
        <w:t>Д і а н а&lt;br /&gt;</w:t>
        <w:br/>
        <w:t>Трохи далі одійдім;&lt;br /&gt;</w:t>
        <w:br/>
        <w:t>ти щось знаєш; може, в дім&lt;br /&gt;</w:t>
        <w:br/>
        <w:t>він приходив потаємно&lt;br /&gt;</w:t>
        <w:br/>
        <w:t>зовсім з іншою метою —&lt;br /&gt;</w:t>
        <w:br/>
        <w:t>до которої з дівчат?&lt;br /&gt;</w:t>
        <w:br/>
        <w:t>А н а р д а&lt;br /&gt;</w:t>
        <w:br/>
        <w:t>Більш не можу я мовчать...&lt;br /&gt;</w:t>
        <w:br/>
        <w:t>Я вас, пані, заспокою,&lt;br /&gt;</w:t>
        <w:br/>
        <w:t>правду щиру вам скажу&lt;br /&gt;</w:t>
        <w:br/>
        <w:t>без утайки, нелукаво,&lt;br /&gt;</w:t>
        <w:br/>
        <w:t>хоч і совісно, їй-право,&lt;br /&gt;</w:t>
        <w:br/>
        <w:t>бо з Марчеллою дружу.&lt;br /&gt;</w:t>
        <w:br/>
        <w:t>У якогось молодця&lt;br /&gt;</w:t>
        <w:br/>
        <w:t>закохалася небога;&lt;br /&gt;</w:t>
        <w:br/>
        <w:t>от не знаю тільки — в кого.&lt;br /&gt;</w:t>
        <w:br/>
        <w:t>Д і а н а&lt;br /&gt;</w:t>
        <w:br/>
        <w:t>Та доказуй до кінця.&lt;br /&gt;</w:t>
        <w:br/>
        <w:t>Виявивши головне,&lt;br /&gt;</w:t>
        <w:br/>
        <w:t>нічого таїть дрібниці!&lt;br /&gt;</w:t>
        <w:br/>
        <w:t>А н а р д а&lt;br /&gt;</w:t>
        <w:br/>
        <w:t>Не мої ж то таємниці,&lt;br /&gt;</w:t>
        <w:br/>
        <w:t>нащо ж мучити мене?&lt;br /&gt;</w:t>
        <w:br/>
        <w:t>Справи, знаєте, дівочі,&lt;br /&gt;</w:t>
        <w:br/>
        <w:t>ви, синьйоро, зрозумійте;&lt;br /&gt;</w:t>
        <w:br/>
        <w:t>до Марчелли хтось там прийде,&lt;br /&gt;</w:t>
        <w:br/>
        <w:t>то вже вам не спати ночі?&lt;br /&gt;</w:t>
        <w:br/>
        <w:t>В них ще тільки почалось,&lt;br /&gt;</w:t>
        <w:br/>
        <w:t>поки що одні розмови.&lt;br /&gt;</w:t>
        <w:br/>
        <w:t>Д і а н а&lt;br /&gt;</w:t>
        <w:br/>
        <w:t>Добрі в мене покойові!&lt;br /&gt;</w:t>
        <w:br/>
        <w:t>Як про це почує хтось,&lt;br /&gt;</w:t>
        <w:br/>
        <w:t>то негарна піде слава&lt;br /&gt;</w:t>
        <w:br/>
        <w:t>про вдовицю на відданні.&lt;br /&gt;</w:t>
        <w:br/>
        <w:t>Якби граф покійний...&lt;br /&gt;</w:t>
        <w:br/>
        <w:t>А н а р д а&lt;br /&gt;</w:t>
        <w:br/>
        <w:t>Пані,&lt;br /&gt;</w:t>
        <w:br/>
        <w:t>тут же зовсім інша справа:&lt;br /&gt;</w:t>
        <w:br/>
        <w:t>той, хто ходить до Марчелли,&lt;br /&gt;</w:t>
        <w:br/>
        <w:t>в цьому домі не чужий,&lt;br /&gt;</w:t>
        <w:br/>
        <w:t>а, сказати б, ніби свій&lt;br /&gt;</w:t>
        <w:br/>
        <w:t>до своєї стежку стеле.&lt;br /&gt;</w:t>
        <w:br/>
        <w:t>Д і а н а&lt;br /&gt;</w:t>
        <w:br/>
        <w:t>Він, виходить, мій слуга?&lt;br /&gt;</w:t>
        <w:br/>
        <w:t>А н а р д а&lt;br /&gt;</w:t>
        <w:br/>
        <w:t>Так.&lt;br /&gt;</w:t>
        <w:br/>
        <w:t>Д і а н а&lt;br /&gt;</w:t>
        <w:br/>
        <w:t>Котрий же?&lt;br /&gt;</w:t>
        <w:br/>
        <w:t>А н а р д а&lt;br /&gt;</w:t>
        <w:br/>
        <w:t>Теодоро.&lt;br /&gt;</w:t>
        <w:br/>
        <w:t>Д і а н а&lt;br /&gt;</w:t>
        <w:br/>
        <w:t>Секретар?&lt;br /&gt;</w:t>
        <w:br/>
        <w:t>А н а р д а&lt;br /&gt;</w:t>
        <w:br/>
        <w:t>Я все, синьйоро,&lt;br /&gt;</w:t>
        <w:br/>
        <w:t>вам сказала вже.&lt;br /&gt;</w:t>
        <w:br/>
        <w:t>Д і а н а&lt;br /&gt;</w:t>
        <w:br/>
        <w:t>Ага.&lt;br /&gt;</w:t>
        <w:br/>
        <w:t>Ну, гаразд, отам постій.&lt;br /&gt;</w:t>
        <w:br/>
        <w:t>— 15 —&lt;br /&gt;</w:t>
        <w:br/>
        <w:t>А н а р д а&lt;br /&gt;</w:t>
        <w:br/>
        <w:t>Лиш не будьте надто строгі.&lt;br /&gt;</w:t>
        <w:br/>
        <w:t>Д і а н а&lt;br /&gt;</w:t>
        <w:br/>
        <w:t>(набік)&lt;br /&gt;</w:t>
        <w:br/>
        <w:t>Заспокоїлась я трохи:&lt;br /&gt;</w:t>
        <w:br/>
        <w:t>не до мене, й не чужий.&lt;br /&gt;</w:t>
        <w:br/>
        <w:t>Ну, Марчелло...&lt;br /&gt;</w:t>
        <w:br/>
        <w:t>М а р ч е л л а&lt;br /&gt;</w:t>
        <w:br/>
        <w:t>Пані?&lt;br /&gt;</w:t>
        <w:br/>
        <w:t>Д і а н а&lt;br /&gt;</w:t>
        <w:br/>
        <w:t>Слухай.&lt;br /&gt;</w:t>
        <w:br/>
        <w:t>М а р ч е л л а&lt;br /&gt;</w:t>
        <w:br/>
        <w:t>Що накажете?&lt;br /&gt;</w:t>
        <w:br/>
        <w:t>(Набік).&lt;br /&gt;</w:t>
        <w:br/>
        <w:t>Ой леле!&lt;br /&gt;</w:t>
        <w:br/>
        <w:t>Д і а н а&lt;br /&gt;</w:t>
        <w:br/>
        <w:t>Ти скажи — тобі звірялась&lt;br /&gt;</w:t>
        <w:br/>
        <w:t>я завжди у справах честі?&lt;br /&gt;</w:t>
        <w:br/>
        <w:t>М а р ч е л л а&lt;br /&gt;</w:t>
        <w:br/>
        <w:t>Вам чогось наговорили&lt;br /&gt;</w:t>
        <w:br/>
        <w:t>нехорошого про мене?&lt;br /&gt;</w:t>
        <w:br/>
        <w:t>Я всякчас була вам вірна.&lt;br /&gt;</w:t>
        <w:br/>
        <w:t>Д і а н а&lt;br /&gt;</w:t>
        <w:br/>
        <w:t>Вірна?&lt;br /&gt;</w:t>
        <w:br/>
        <w:t>М а р ч е л л а&lt;br /&gt;</w:t>
        <w:br/>
        <w:t>Ви у тім не певні?&lt;br /&gt;</w:t>
        <w:br/>
        <w:t>— 16 —&lt;br /&gt;</w:t>
        <w:br/>
        <w:t>Д і а н а&lt;br /&gt;</w:t>
        <w:br/>
        <w:t>Як же можу я впевнятись,&lt;br /&gt;</w:t>
        <w:br/>
        <w:t>як побачення таємні&lt;br /&gt;</w:t>
        <w:br/>
        <w:t>в мене в домі ти справляєш?&lt;br /&gt;</w:t>
        <w:br/>
        <w:t>М а р ч е л л а&lt;br /&gt;</w:t>
        <w:br/>
        <w:t>Теодоро навіжений,&lt;br /&gt;</w:t>
        <w:br/>
        <w:t>де б не стрів мене, усюди&lt;br /&gt;</w:t>
        <w:br/>
        <w:t>править сотні компліментів.&lt;br /&gt;</w:t>
        <w:br/>
        <w:t>Д і а н а&lt;br /&gt;</w:t>
        <w:br/>
        <w:t>Прямо сотні? Непогано.&lt;br /&gt;</w:t>
        <w:br/>
        <w:t>Певно, уродили щедро&lt;br /&gt;</w:t>
        <w:br/>
        <w:t>компліменти цього літа.&lt;br /&gt;</w:t>
        <w:br/>
        <w:t>М а р ч е л л а&lt;br /&gt;</w:t>
        <w:br/>
        <w:t>Себто, бачте, тільки в двері,&lt;br /&gt;</w:t>
        <w:br/>
        <w:t>так ізразу — що на думці,&lt;br /&gt;</w:t>
        <w:br/>
        <w:t>все переклада на речі.&lt;br /&gt;</w:t>
        <w:br/>
        <w:t>Д і а н а&lt;br /&gt;</w:t>
        <w:br/>
        <w:t>Як це так — перекладає?&lt;br /&gt;</w:t>
        <w:br/>
        <w:t>Що ж він каже?&lt;br /&gt;</w:t>
        <w:br/>
        <w:t>М а р ч е л л а&lt;br /&gt;</w:t>
        <w:br/>
        <w:t>Та, химери&lt;br /&gt;</w:t>
        <w:br/>
        <w:t>всякі, зразу й не згадаєш.&lt;br /&gt;</w:t>
        <w:br/>
        <w:t>Д і а н а&lt;br /&gt;</w:t>
        <w:br/>
        <w:t>Ну ж, згадай.&lt;br /&gt;</w:t>
        <w:br/>
        <w:t>М а р ч е л л а&lt;br /&gt;</w:t>
        <w:br/>
        <w:t>Раз каже: "З мене&lt;br /&gt;</w:t>
        <w:br/>
        <w:t>душу очі ці виймають".&lt;br /&gt;</w:t>
        <w:br/>
        <w:t>Вдруге: "Ти — моє блаженство;&lt;br /&gt;</w:t>
        <w:br/>
        <w:t>я не спав цієї ночі,&lt;br /&gt;</w:t>
        <w:br/>
        <w:t>— 17 —&lt;br /&gt;</w:t>
        <w:br/>
        <w:t>тільки марив все про тебе,&lt;br /&gt;</w:t>
        <w:br/>
        <w:t>про красу твою урочу".&lt;br /&gt;</w:t>
        <w:br/>
        <w:t>Раз якось просив у мене&lt;br /&gt;</w:t>
        <w:br/>
        <w:t>волосинку, щоб зв'язати&lt;br /&gt;</w:t>
        <w:br/>
        <w:t>поривання ті шалені&lt;br /&gt;</w:t>
        <w:br/>
        <w:t>в себе в серці. Та навіщо&lt;br /&gt;</w:t>
        <w:br/>
        <w:t>вам здались ці теревені?&lt;br /&gt;</w:t>
        <w:br/>
        <w:t>Д і а н а&lt;br /&gt;</w:t>
        <w:br/>
        <w:t>А тобі ж вони до мислі?&lt;br /&gt;</w:t>
        <w:br/>
        <w:t>М а р ч е л л а&lt;br /&gt;</w:t>
        <w:br/>
        <w:t>Та нічого... Намір чесний&lt;br /&gt;</w:t>
        <w:br/>
        <w:t>я вбачаю в Теодоро&lt;br /&gt;</w:t>
        <w:br/>
        <w:t>і гадаю, що, напевне,&lt;br /&gt;</w:t>
        <w:br/>
        <w:t>він одружиться зо мною.&lt;br /&gt;</w:t>
        <w:br/>
        <w:t>Д і а н а&lt;br /&gt;</w:t>
        <w:br/>
        <w:t>Шлюб — кохання ціль священна.&lt;br /&gt;</w:t>
        <w:br/>
        <w:t>Що ж, як хочеш, я наближу&lt;br /&gt;</w:t>
        <w:br/>
        <w:t>і тебе, й його до неї.&lt;br /&gt;</w:t>
        <w:br/>
        <w:t>М а р ч е л л а&lt;br /&gt;</w:t>
        <w:br/>
        <w:t>Це для мене буде щастя!&lt;br /&gt;</w:t>
        <w:br/>
        <w:t>Я признаюсь вам одверто,&lt;br /&gt;</w:t>
        <w:br/>
        <w:t>раз ви добрі і у гніві,&lt;br /&gt;</w:t>
        <w:br/>
        <w:t>раз у всьому ви шляхетні,—&lt;br /&gt;</w:t>
        <w:br/>
        <w:t>я люблю його без міри,&lt;br /&gt;</w:t>
        <w:br/>
        <w:t>бо він скромний і душевний,&lt;br /&gt;</w:t>
        <w:br/>
        <w:t>уродливий, і розумний,&lt;br /&gt;</w:t>
        <w:br/>
        <w:t>і обачний, і статечний,&lt;br /&gt;</w:t>
        <w:br/>
        <w:t>як ніхто у нашім місті.&lt;br /&gt;</w:t>
        <w:br/>
        <w:t>Д і а н а&lt;br /&gt;</w:t>
        <w:br/>
        <w:t>Дуже здібний і дотепний —&lt;br /&gt;</w:t>
        <w:br/>
        <w:t>я його по службі знаю.&lt;br /&gt;</w:t>
        <w:br/>
        <w:t>М а р ч е л л а&lt;br /&gt;</w:t>
        <w:br/>
        <w:t>Певно, згідно з етикетом&lt;br /&gt;</w:t>
        <w:br/>
        <w:t>він провадить листування;&lt;br /&gt;</w:t>
        <w:br/>
        <w:t>та послухати приємніш,&lt;br /&gt;</w:t>
        <w:br/>
        <w:t>як веде він любо-мило&lt;br /&gt;</w:t>
        <w:br/>
        <w:t>мову на сердечні теми&lt;br /&gt;</w:t>
        <w:br/>
        <w:t>в стилі ніжнім і розважнім.&lt;br /&gt;</w:t>
        <w:br/>
        <w:t>Д і а н а&lt;br /&gt;</w:t>
        <w:br/>
        <w:t>Вже сказала я, Марчелло,&lt;br /&gt;</w:t>
        <w:br/>
        <w:t>що я згодна на ваш шлюб,&lt;br /&gt;</w:t>
        <w:br/>
        <w:t>як надійде час належний;&lt;br /&gt;</w:t>
        <w:br/>
        <w:t>та велить мені повага&lt;br /&gt;</w:t>
        <w:br/>
        <w:t>і моє славетне ймення&lt;br /&gt;</w:t>
        <w:br/>
        <w:t>дбать про добру славу дому —&lt;br /&gt;</w:t>
        <w:br/>
        <w:t>не годиться вам у мене&lt;br /&gt;</w:t>
        <w:br/>
        <w:t>тут відкрито зустрічатись.&lt;br /&gt;</w:t>
        <w:br/>
        <w:t>(Набік).&lt;br /&gt;</w:t>
        <w:br/>
        <w:t>Гніву виявлять не треба.&lt;br /&gt;</w:t>
        <w:br/>
        <w:t>(Уголос).&lt;br /&gt;</w:t>
        <w:br/>
        <w:t>Хоч домашнім все відомо,&lt;br /&gt;</w:t>
        <w:br/>
        <w:t>все ж любитися таємно&lt;br /&gt;</w:t>
        <w:br/>
        <w:t>буде вам тим часом краще;&lt;br /&gt;</w:t>
        <w:br/>
        <w:t>що ж до мене — будьте певні,&lt;br /&gt;</w:t>
        <w:br/>
        <w:t>я обом допоможу;&lt;br /&gt;</w:t>
        <w:br/>
        <w:t>Теодоро — хлопець чемний,&lt;br /&gt;</w:t>
        <w:br/>
        <w:t>виріс він у мене в домі,&lt;br /&gt;</w:t>
        <w:br/>
        <w:t>а тебе, моя Марчелло,&lt;br /&gt;</w:t>
        <w:br/>
        <w:t>добре знаю і, мов рідну,&lt;br /&gt;</w:t>
        <w:br/>
        <w:t>щирою люблю душею.&lt;br /&gt;</w:t>
        <w:br/>
        <w:t>М а р ч е л л а&lt;br /&gt;</w:t>
        <w:br/>
        <w:t>Падаю до ніг, синьйоро.&lt;br /&gt;</w:t>
        <w:br/>
        <w:t>Д і а н а&lt;br /&gt;</w:t>
        <w:br/>
        <w:t>Ну іди.&lt;br /&gt;</w:t>
        <w:br/>
        <w:t>М а р ч е л л а&lt;br /&gt;</w:t>
        <w:br/>
        <w:t>Спасибі ще раз.&lt;br /&gt;</w:t>
        <w:br/>
        <w:t>Д і а н а&lt;br /&gt;</w:t>
        <w:br/>
        <w:t>Ви вже вільні.&lt;br /&gt;</w:t>
        <w:br/>
        <w:t>А н а р д а&lt;br /&gt;</w:t>
        <w:br/>
        <w:t>(тихо, до Марчелли)&lt;br /&gt;</w:t>
        <w:br/>
        <w:t>Ну, і як же?&lt;br /&gt;</w:t>
        <w:br/>
        <w:t>М а р ч е л л а&lt;br /&gt;</w:t>
        <w:br/>
        <w:t>Я боялася даремно.&lt;br /&gt;</w:t>
        <w:br/>
        <w:t>Д о р о т е я&lt;br /&gt;</w:t>
        <w:br/>
        <w:t>Зна вона твої секрети?&lt;br /&gt;</w:t>
        <w:br/>
        <w:t>М а р ч е л л а&lt;br /&gt;</w:t>
        <w:br/>
        <w:t>Зна — секрети в мене чесні.&lt;br /&gt;</w:t>
        <w:br/>
        <w:t>Марчелла, Доротея та Анарда роблять графині&lt;br /&gt;</w:t>
        <w:br/>
        <w:t>три реверанси й виходять.&lt;br /&gt;</w:t>
        <w:br/>
        <w:t>ЯВА ОДИНАДЦЯТА&lt;br /&gt;</w:t>
        <w:br/>
        <w:t>Д і а н а.&lt;br /&gt;</w:t>
        <w:br/>
        <w:t>Д і а н а&lt;br /&gt;</w:t>
        <w:br/>
        <w:t>Я помічала тисячу разів —&lt;br /&gt;</w:t>
        <w:br/>
        <w:t>вродливий і розумний Теодоро;&lt;br /&gt;</w:t>
        <w:br/>
        <w:t>він був би втіхою моєму зору,&lt;br /&gt;</w:t>
        <w:br/>
        <w:t>якби не мур, що стан між нами звів.&lt;br /&gt;</w:t>
        <w:br/>
        <w:t>Амур — могутній владар, бог богів,&lt;br /&gt;</w:t>
        <w:br/>
        <w:t>але свого не зраджу я гонору:&lt;br /&gt;</w:t>
        <w:br/>
        <w:t>сама себе я стримаю суворо&lt;br /&gt;</w:t>
        <w:br/>
        <w:t>від недостойних честі почуттів.&lt;br /&gt;</w:t>
        <w:br/>
        <w:t>Та ревнощі мені бентежать душу&lt;br /&gt;</w:t>
        <w:br/>
        <w:t>і заздрощі на те добро чуже,&lt;br /&gt;</w:t>
        <w:br/>
        <w:t>що я од нього утікати мушу;&lt;br /&gt;</w:t>
        <w:br/>
        <w:t>і мимоволі я гадаю вже —&lt;br /&gt;</w:t>
        <w:br/>
        <w:t>як з Теодоро можем ми зрівнятись:&lt;br /&gt;</w:t>
        <w:br/>
        <w:t>мені спуститись чи йому піднятись?&lt;br /&gt;</w:t>
        <w:br/>
        <w:t>(Виходить).&lt;br /&gt;</w:t>
        <w:br/>
        <w:t>ЯВА ДВАНАДЦЯТА&lt;br /&gt;</w:t>
        <w:br/>
        <w:t>Т е о д о р о, Т р і с т а н.&lt;br /&gt;</w:t>
        <w:br/>
        <w:t>Т е о д о р о&lt;br /&gt;</w:t>
        <w:br/>
        <w:t>Не засну я од тривоги...&lt;br /&gt;</w:t>
        <w:br/>
        <w:t>Т р і с т а н&lt;br /&gt;</w:t>
        <w:br/>
        <w:t>Та воно й не дивина —&lt;br /&gt;</w:t>
        <w:br/>
        <w:t>як вона про все узна,&lt;br /&gt;</w:t>
        <w:br/>
        <w:t>ви пропащі, їй же богу!&lt;br /&gt;</w:t>
        <w:br/>
        <w:t>Я ж казав вам: "Зачекайте,&lt;br /&gt;</w:t>
        <w:br/>
        <w:t>доки ляже спать". Так де!..&lt;br /&gt;</w:t>
        <w:br/>
        <w:t>Т е о д о р о&lt;br /&gt;</w:t>
        <w:br/>
        <w:t>Сказано: любов не жде.&lt;br /&gt;</w:t>
        <w:br/>
        <w:t>Т р і с т а н&lt;br /&gt;</w:t>
        <w:br/>
        <w:t>Ви наосліп не стріляйте.&lt;br /&gt;</w:t>
        <w:br/>
        <w:t>Т е о д о р о&lt;br /&gt;</w:t>
        <w:br/>
        <w:t>Наудачу б'є мастак.&lt;br /&gt;</w:t>
        <w:br/>
        <w:t>— 21 —&lt;br /&gt;</w:t>
        <w:br/>
        <w:t>Т р і с т а н&lt;br /&gt;</w:t>
        <w:br/>
        <w:t>Той мастак, хто бистроплинну&lt;br /&gt;</w:t>
        <w:br/>
        <w:t>вміє влучити хвилину.&lt;br /&gt;</w:t>
        <w:br/>
        <w:t>Т е о д о р о&lt;br /&gt;</w:t>
        <w:br/>
        <w:t>Чи впізнала ж?&lt;br /&gt;</w:t>
        <w:br/>
        <w:t>Т р і с т а н&lt;br /&gt;</w:t>
        <w:br/>
        <w:t>Ні — і так.&lt;br /&gt;</w:t>
        <w:br/>
        <w:t>Хоч не знає достеменно,&lt;br /&gt;</w:t>
        <w:br/>
        <w:t>та взяла вже надогад.&lt;br /&gt;</w:t>
        <w:br/>
        <w:t>Т е о д о р о&lt;br /&gt;</w:t>
        <w:br/>
        <w:t>Ще ж і Фабіо той гад!&lt;br /&gt;</w:t>
        <w:br/>
        <w:t>Щоб він кинувся до мене,&lt;br /&gt;</w:t>
        <w:br/>
        <w:t>я б його на місці вбив.&lt;br /&gt;</w:t>
        <w:br/>
        <w:t>Т р і с т а н&lt;br /&gt;</w:t>
        <w:br/>
        <w:t>Тут я кинув капелюха&lt;br /&gt;</w:t>
        <w:br/>
        <w:t>і світильника задмухав.&lt;br /&gt;</w:t>
        <w:br/>
        <w:t>Т е о д о р о&lt;br /&gt;</w:t>
        <w:br/>
        <w:t>Ти його мов осліпив&lt;br /&gt;</w:t>
        <w:br/>
        <w:t>і утримав від погоні,&lt;br /&gt;</w:t>
        <w:br/>
        <w:t>а то я б його проткнув.&lt;br /&gt;</w:t>
        <w:br/>
        <w:t>Т р і с т а н&lt;br /&gt;</w:t>
        <w:br/>
        <w:t>Люстрі зразу я шепнув:&lt;br /&gt;</w:t>
        <w:br/>
        <w:t>"Ти скажи, що ми сторонні".&lt;br /&gt;</w:t>
        <w:br/>
        <w:t>А вона мені: "Не бренькай!"&lt;br /&gt;</w:t>
        <w:br/>
        <w:t>Розізлився я і кинув&lt;br /&gt;</w:t>
        <w:br/>
        <w:t>капелюха.&lt;br /&gt;</w:t>
        <w:br/>
        <w:t>Т е о д о р о&lt;br /&gt;</w:t>
        <w:br/>
        <w:t>Я загину&lt;br /&gt;</w:t>
        <w:br/>
        <w:t>ще сьогодні!&lt;br /&gt;</w:t>
        <w:br/>
        <w:t>Т р і с т а н&lt;br /&gt;</w:t>
        <w:br/>
        <w:t>Та частенько&lt;br /&gt;</w:t>
        <w:br/>
        <w:t>так закохані говорять,&lt;br /&gt;</w:t>
        <w:br/>
        <w:t>хоч ніщо їм не грозить,&lt;br /&gt;</w:t>
        <w:br/>
        <w:t>Т е о д о р о&lt;br /&gt;</w:t>
        <w:br/>
        <w:t>Ну, а що ж мені робить,&lt;br /&gt;</w:t>
        <w:br/>
        <w:t>коли смерть і справді поряд?&lt;br /&gt;</w:t>
        <w:br/>
        <w:t>Т р і с т а н&lt;br /&gt;</w:t>
        <w:br/>
        <w:t>Що? Одкиньтесь од Марчелли&lt;br /&gt;</w:t>
        <w:br/>
        <w:t>бо дізнається графиня,&lt;br /&gt;</w:t>
        <w:br/>
        <w:t>то за теє чортовиння&lt;br /&gt;</w:t>
        <w:br/>
        <w:t>зробить вам життя веселе —&lt;br /&gt;</w:t>
        <w:br/>
        <w:t>геть із дому прожене.&lt;br /&gt;</w:t>
        <w:br/>
        <w:t>Т е о д о р о&lt;br /&gt;</w:t>
        <w:br/>
        <w:t>Як же так — забуть кохання?&lt;br /&gt;</w:t>
        <w:br/>
        <w:t>Т р і с т а н&lt;br /&gt;</w:t>
        <w:br/>
        <w:t>Я навчу вас забування,&lt;br /&gt;</w:t>
        <w:br/>
        <w:t>лиш послухайте мене.&lt;br /&gt;</w:t>
        <w:br/>
        <w:t>Т е о д о р о&lt;br /&gt;</w:t>
        <w:br/>
        <w:t>Певно, знов якась дурниця?&lt;br /&gt;</w:t>
        <w:br/>
        <w:t>Т р і с т а н&lt;br /&gt;</w:t>
        <w:br/>
        <w:t>Хто себе здолати може,&lt;br /&gt;</w:t>
        <w:br/>
        <w:t>той що хочеш переможе;&lt;br /&gt;</w:t>
        <w:br/>
        <w:t>а любов для нас — дрібниця.&lt;br /&gt;</w:t>
        <w:br/>
        <w:t>Тільки слід передусім&lt;br /&gt;</w:t>
        <w:br/>
        <w:t>твердо зважитись — забути;&lt;br /&gt;</w:t>
        <w:br/>
        <w:t>скинути любовні пута&lt;br /&gt;</w:t>
        <w:br/>
        <w:t>рухом вільним і рвучким.&lt;br /&gt;</w:t>
        <w:br/>
        <w:t>І дурисвітці надії&lt;br /&gt;</w:t>
        <w:br/>
        <w:t>дверці в серці зачинить,&lt;br /&gt;</w:t>
        <w:br/>
        <w:t>— 23 —&lt;br /&gt;</w:t>
        <w:br/>
        <w:t>не впускати ні на мить;&lt;br /&gt;</w:t>
        <w:br/>
        <w:t>тут надія лихо діє.&lt;br /&gt;</w:t>
        <w:br/>
        <w:t>Чом, скажіть, не забува&lt;br /&gt;</w:t>
        <w:br/>
        <w:t>закоханець свою милу?&lt;br /&gt;</w:t>
        <w:br/>
        <w:t>Тим, що згадка має силу,&lt;br /&gt;</w:t>
        <w:br/>
        <w:t>що надія в нім жива.&lt;br /&gt;</w:t>
        <w:br/>
        <w:t>Треба взяти в руки ум,&lt;br /&gt;</w:t>
        <w:br/>
        <w:t>загнуздать палку уяву,&lt;br /&gt;</w:t>
        <w:br/>
        <w:t>на принаду ту лукаву&lt;br /&gt;</w:t>
        <w:br/>
        <w:t>не пускати мрій і дум.&lt;br /&gt;</w:t>
        <w:br/>
        <w:t>Як накрутимо пружинку,&lt;br /&gt;</w:t>
        <w:br/>
        <w:t>то годинник буде йти,&lt;br /&gt;</w:t>
        <w:br/>
        <w:t>а коли не завести,&lt;br /&gt;</w:t>
        <w:br/>
        <w:t>то і стане. І про жінку&lt;br /&gt;</w:t>
        <w:br/>
        <w:t>легко можемо забути,&lt;br /&gt;</w:t>
        <w:br/>
        <w:t>як уяву розкрутить.&lt;br /&gt;</w:t>
        <w:br/>
        <w:t>Т е о д о р о&lt;br /&gt;</w:t>
        <w:br/>
        <w:t>Але ж серце в нас не спить;&lt;br /&gt;</w:t>
        <w:br/>
        <w:t>любий спомин щохвилини&lt;br /&gt;</w:t>
        <w:br/>
        <w:t>почуття в нім воскрешає,&lt;br /&gt;</w:t>
        <w:br/>
        <w:t>що було для нас блаженством.&lt;br /&gt;</w:t>
        <w:br/>
        <w:t>Т р і с т а н&lt;br /&gt;</w:t>
        <w:br/>
        <w:t>Краще мовити — блазенством.&lt;br /&gt;</w:t>
        <w:br/>
        <w:t>Почуття — потвора злая,&lt;br /&gt;</w:t>
        <w:br/>
        <w:t>що наш розум жре весь вік,&lt;br /&gt;</w:t>
        <w:br/>
        <w:t>як сказав поет іспанський.&lt;br /&gt;</w:t>
        <w:br/>
        <w:t>Та на цей недолік панський&lt;br /&gt;</w:t>
        <w:br/>
        <w:t>є один хороший лік.&lt;br /&gt;</w:t>
        <w:br/>
        <w:t>Т е о д о р о&lt;br /&gt;</w:t>
        <w:br/>
        <w:t>Ну, який же?&lt;br /&gt;</w:t>
        <w:br/>
        <w:t>— 24 —&lt;br /&gt;</w:t>
        <w:br/>
        <w:t>Т р і с т а н&lt;br /&gt;</w:t>
        <w:br/>
        <w:t>Не секрет:&lt;br /&gt;</w:t>
        <w:br/>
        <w:t>не пригадуйте принади,&lt;br /&gt;</w:t>
        <w:br/>
        <w:t>пам'ятайте лиш про вади,&lt;br /&gt;</w:t>
        <w:br/>
        <w:t>що їх має ваш предмет.&lt;br /&gt;</w:t>
        <w:br/>
        <w:t>Нащо малювать в думках&lt;br /&gt;</w:t>
        <w:br/>
        <w:t>ту кохану гарно вбрану,&lt;br /&gt;</w:t>
        <w:br/>
        <w:t>з пояском тугим круг стану,&lt;br /&gt;</w:t>
        <w:br/>
        <w:t>на високих каблуках?&lt;br /&gt;</w:t>
        <w:br/>
        <w:t>То — окраса, не краса;&lt;br /&gt;</w:t>
        <w:br/>
        <w:t>недаремно кажуть люди:&lt;br /&gt;</w:t>
        <w:br/>
        <w:t>пень убрати — гарний буде...&lt;br /&gt;</w:t>
        <w:br/>
        <w:t>Мода творить чудеса.&lt;br /&gt;</w:t>
        <w:br/>
        <w:t>Уявіть собі ту кралю,&lt;br /&gt;</w:t>
        <w:br/>
        <w:t>ту принадну чарівницю,&lt;br /&gt;</w:t>
        <w:br/>
        <w:t>як нещасну бичівницю,&lt;br /&gt;</w:t>
        <w:br/>
        <w:t>що привезли до шпиталю;&lt;br /&gt;</w:t>
        <w:br/>
        <w:t>не в єдвабі, не в атласі,&lt;br /&gt;</w:t>
        <w:br/>
        <w:t>а у струпах, в синяках,&lt;br /&gt;</w:t>
        <w:br/>
        <w:t>що й глядіть на неї страх,—&lt;br /&gt;</w:t>
        <w:br/>
        <w:t>це, клянусь, надійний засіб.&lt;br /&gt;</w:t>
        <w:br/>
        <w:t>Так, буває, пригадаєш&lt;br /&gt;</w:t>
        <w:br/>
        <w:t>щось таке бридке на вид —&lt;br /&gt;</w:t>
        <w:br/>
        <w:t>і втрачаєш апетит,&lt;br /&gt;</w:t>
        <w:br/>
        <w:t>з місяць їсти не бажаєш.&lt;br /&gt;</w:t>
        <w:br/>
        <w:t>Думаючи знов і знов&lt;br /&gt;</w:t>
        <w:br/>
        <w:t>про недоліки та хиби,&lt;br /&gt;</w:t>
        <w:br/>
        <w:t>що кохана має ніби,&lt;br /&gt;</w:t>
        <w:br/>
        <w:t>ви забудете любов.&lt;br /&gt;</w:t>
        <w:br/>
        <w:t>Т е о д о р о&lt;br /&gt;</w:t>
        <w:br/>
        <w:t>Ні, не лікар ти, Трістане,&lt;br /&gt;</w:t>
        <w:br/>
        <w:t>а невдаха-костоправ;&lt;br /&gt;</w:t>
        <w:br/>
        <w:t>від твоїх незграбних вправ&lt;br /&gt;</w:t>
        <w:br/>
        <w:t>хворому ще гірше стане.&lt;br /&gt;</w:t>
        <w:br/>
        <w:t>Та й не диво — ти невчений,&lt;br /&gt;</w:t>
        <w:br/>
        <w:t>тож і тонкощів ума&lt;br /&gt;</w:t>
        <w:br/>
        <w:t>у тобі шукать дарма.&lt;br /&gt;</w:t>
        <w:br/>
        <w:t>Розумієш ти, для мене&lt;br /&gt;</w:t>
        <w:br/>
        <w:t>жінка — чиста, мов кришталь,&lt;br /&gt;</w:t>
        <w:br/>
        <w:t>і ясна, мов скло прозоре.&lt;br /&gt;</w:t>
        <w:br/>
        <w:t>Т р і с т а н&lt;br /&gt;</w:t>
        <w:br/>
        <w:t>Тільки скло — ламке, на горе,&lt;br /&gt;</w:t>
        <w:br/>
        <w:t>а кришталь — крихкий, на жаль.&lt;br /&gt;</w:t>
        <w:br/>
        <w:t>Важко вади уявити?&lt;br /&gt;</w:t>
        <w:br/>
        <w:t>Що ж, я вам допоможу,&lt;br /&gt;</w:t>
        <w:br/>
        <w:t>може, дещо підкажу;&lt;br /&gt;</w:t>
        <w:br/>
        <w:t>я в цім ділі добре битий.&lt;br /&gt;</w:t>
        <w:br/>
        <w:t>Кілька літ тому назад&lt;br /&gt;</w:t>
        <w:br/>
        <w:t>сам потрапив я в халепу,&lt;br /&gt;</w:t>
        <w:br/>
        <w:t>закохавшися в шерепу&lt;br /&gt;</w:t>
        <w:br/>
        <w:t>років так під п'ятдесят.&lt;br /&gt;</w:t>
        <w:br/>
        <w:t>Ця брехливая бабера&lt;br /&gt;</w:t>
        <w:br/>
        <w:t>мала пузо, як барило,&lt;br /&gt;</w:t>
        <w:br/>
        <w:t>що в собі вмістило б сміло&lt;br /&gt;</w:t>
        <w:br/>
        <w:t>ваші всі оті папери,&lt;br /&gt;</w:t>
        <w:br/>
        <w:t>графський весь, як є, архів,&lt;br /&gt;</w:t>
        <w:br/>
        <w:t>може, й більше — вдвоє, втроє:&lt;br /&gt;</w:t>
        <w:br/>
        <w:t>як в коня на згубу Трої&lt;br /&gt;</w:t>
        <w:br/>
        <w:t>влізла б сотня, вояків2.&lt;br /&gt;</w:t>
        <w:br/>
        <w:t>Ще десь, кажуть, ріс горіх —&lt;br /&gt;</w:t>
        <w:br/>
        <w:t>стовбур в ньому так розрісся,&lt;br /&gt;</w:t>
        <w:br/>
        <w:t>що в дуплі у тім горісі&lt;br /&gt;</w:t>
        <w:br/>
        <w:t>жити досить вільно міг&lt;br /&gt;</w:t>
        <w:br/>
        <w:t>із сім'єю ремісник;&lt;br /&gt;</w:t>
        <w:br/>
        <w:t>і у пузі тої дами&lt;br /&gt;</w:t>
        <w:br/>
        <w:t>_ міг би зручно жить так само&lt;br /&gt;</w:t>
        <w:br/>
        <w:t>2 Як розповідається в "Енеїді" Вергілія, греки, обложивши Трою,&lt;br /&gt;</w:t>
        <w:br/>
        <w:t>змайстрували величезного дерев'яного копя, всередині якого сховався&lt;br /&gt;</w:t>
        <w:br/>
        <w:t>Одіссей з загоном найхоробріших воїнів. Троянці, зробивши пролом у&lt;br /&gt;</w:t>
        <w:br/>
        <w:t>мурі, втягнули чудесного коня у місто, щоб посвятити його богам. Вночі&lt;br /&gt;</w:t>
        <w:br/>
        <w:t>грецькі воїни вийшли на вулиці Трої і з допомогою війська обложників, що&lt;br /&gt;</w:t>
        <w:br/>
        <w:t>проникло в місто, захопили неприступну фортецю.&lt;br /&gt;</w:t>
        <w:br/>
        <w:t>ткач, коваль або різник.&lt;br /&gt;</w:t>
        <w:br/>
        <w:t>Я хотів 'її забути&lt;br /&gt;</w:t>
        <w:br/>
        <w:t>(та воно і слід було),&lt;br /&gt;</w:t>
        <w:br/>
        <w:t>але пам'ять, як на зло,&lt;br /&gt;</w:t>
        <w:br/>
        <w:t>все старалась підвернути&lt;br /&gt;</w:t>
        <w:br/>
        <w:t>то лілеї, то жасмин,&lt;br /&gt;</w:t>
        <w:br/>
        <w:t>то срібло, то кість слонову,&lt;br /&gt;</w:t>
        <w:br/>
        <w:t>то принадливу обнову —&lt;br /&gt;</w:t>
        <w:br/>
        <w:t>білосніжний кринолін...&lt;br /&gt;</w:t>
        <w:br/>
        <w:t>Я страждав — крий мати божа!&lt;br /&gt;</w:t>
        <w:br/>
        <w:t>Та, щоб слабість подолати,&lt;br /&gt;</w:t>
        <w:br/>
        <w:t>став я речі уявляти,&lt;br /&gt;</w:t>
        <w:br/>
        <w:t>на які вона похожа:&lt;br /&gt;</w:t>
        <w:br/>
        <w:t>і баули, і чували,&lt;br /&gt;</w:t>
        <w:br/>
        <w:t>і на гарбузи корзини,&lt;br /&gt;</w:t>
        <w:br/>
        <w:t>і задрипані перини,&lt;br /&gt;</w:t>
        <w:br/>
        <w:t>де блощиці ночували;&lt;br /&gt;</w:t>
        <w:br/>
        <w:t>у думках я полічив,&lt;br /&gt;</w:t>
        <w:br/>
        <w:t>що в те сало, в кожну бганку,&lt;br /&gt;</w:t>
        <w:br/>
        <w:t>як у добрую ковганку,&lt;br /&gt;</w:t>
        <w:br/>
        <w:t>влізло б кілька товкачів...&lt;br /&gt;</w:t>
        <w:br/>
        <w:t>Тих не винісши глумлінь,&lt;br /&gt;</w:t>
        <w:br/>
        <w:t>почуття зазнало краху,&lt;br /&gt;</w:t>
        <w:br/>
        <w:t>і забув я череваху&lt;br /&gt;</w:t>
        <w:br/>
        <w:t>на віки віків, амінь!&lt;br /&gt;</w:t>
        <w:br/>
        <w:t>Т е о д о р о&lt;br /&gt;</w:t>
        <w:br/>
        <w:t>Ні, в Марчелли ній уроді&lt;br /&gt;</w:t>
        <w:br/>
        <w:t>я знайти не можу вад,&lt;br /&gt;</w:t>
        <w:br/>
        <w:t>не забуду, рад не рад...&lt;br /&gt;</w:t>
        <w:br/>
        <w:t>Т р і с т а н&lt;br /&gt;</w:t>
        <w:br/>
        <w:t>Божевільний ви та й годі!&lt;br /&gt;</w:t>
        <w:br/>
        <w:t>Т е о д о р о&lt;br /&gt;</w:t>
        <w:br/>
        <w:t>Чорні очі в тому винні.&lt;br /&gt;</w:t>
        <w:br/>
        <w:t>Т р і с т а н&lt;br /&gt;</w:t>
        <w:br/>
        <w:t>Ну вже й очі — сміх і гріх..&lt;br /&gt;</w:t>
        <w:br/>
        <w:t>Ой глядіть — ви через них&lt;br /&gt;</w:t>
        <w:br/>
        <w:t>ласку втратите в графині.&lt;br /&gt;</w:t>
        <w:br/>
        <w:t>ЯВА ТРИНАДЦЯТА&lt;br /&gt;</w:t>
        <w:br/>
        <w:t>Д і а н а; ті, що й були.&lt;br /&gt;</w:t>
        <w:br/>
        <w:t>Д і а н а&lt;br /&gt;</w:t>
        <w:br/>
        <w:t>Теодоро...&lt;br /&gt;</w:t>
        <w:br/>
        <w:t>Т е о д о р о&lt;br /&gt;</w:t>
        <w:br/>
        <w:t>(набік)&lt;br /&gt;</w:t>
        <w:br/>
        <w:t>Це вона!&lt;br /&gt;</w:t>
        <w:br/>
        <w:t>Д і а н а&lt;br /&gt;</w:t>
        <w:br/>
        <w:t>Слухай.&lt;br /&gt;</w:t>
        <w:br/>
        <w:t>Т е о д о р о&lt;br /&gt;</w:t>
        <w:br/>
        <w:t>Жду од вас наказу.&lt;br /&gt;</w:t>
        <w:br/>
        <w:t>Т р і с т а н&lt;br /&gt;</w:t>
        <w:br/>
        <w:t>(набік)&lt;br /&gt;</w:t>
        <w:br/>
        <w:t>Як дізнається — одразу&lt;br /&gt;</w:t>
        <w:br/>
        <w:t>буде нам всім трьом хана.&lt;br /&gt;</w:t>
        <w:br/>
        <w:t>Д і а н а&lt;br /&gt;</w:t>
        <w:br/>
        <w:t>Тут одна моя другиня,&lt;br /&gt;</w:t>
        <w:br/>
        <w:t>що у свій не вірить хист,&lt;br /&gt;</w:t>
        <w:br/>
        <w:t>попрохала, щоб я лист&lt;br /&gt;</w:t>
        <w:br/>
        <w:t>помогла їй скласти. Вміння&lt;br /&gt;</w:t>
        <w:br/>
        <w:t>в мене менше, ніж бажання;&lt;br /&gt;</w:t>
        <w:br/>
        <w:t>прочитай його й поправ —&lt;br /&gt;</w:t>
        <w:br/>
        <w:t>я таких не тямлю справ:&lt;br /&gt;</w:t>
        <w:br/>
        <w:t>тут ідеться про кохання.&lt;br /&gt;</w:t>
        <w:br/>
        <w:t>Ось, візьми.&lt;br /&gt;</w:t>
        <w:br/>
        <w:t>Т е о д о р о&lt;br /&gt;</w:t>
        <w:br/>
        <w:t>Ви написали —&lt;br /&gt;</w:t>
        <w:br/>
        <w:t>хай залишиться, як є;&lt;br /&gt;</w:t>
        <w:br/>
        <w:t>додавати щось своє —&lt;br /&gt;</w:t>
        <w:br/>
        <w:t>намір надто вже зухвалий.&lt;br /&gt;</w:t>
        <w:br/>
        <w:t>Відішліть його без змін —&lt;br /&gt;</w:t>
        <w:br/>
        <w:t>чи до вас мені рівняться?&lt;br /&gt;</w:t>
        <w:br/>
        <w:t>Д і а н а&lt;br /&gt;</w:t>
        <w:br/>
        <w:t>Прочитай.&lt;br /&gt;</w:t>
        <w:br/>
        <w:t>Т е о д о р о&lt;br /&gt;</w:t>
        <w:br/>
        <w:t>Даремна праця;&lt;br /&gt;</w:t>
        <w:br/>
        <w:t>та мені цікавий він&lt;br /&gt;</w:t>
        <w:br/>
        <w:t>як зразок нового стилю —&lt;br /&gt;</w:t>
        <w:br/>
        <w:t>зроду ще любовних слів&lt;br /&gt;</w:t>
        <w:br/>
        <w:t>я не плів.&lt;br /&gt;</w:t>
        <w:br/>
        <w:t>Д і а н а&lt;br /&gt;</w:t>
        <w:br/>
        <w:t>Хіба?&lt;br /&gt;</w:t>
        <w:br/>
        <w:t>Т е о д о р о&lt;br /&gt;</w:t>
        <w:br/>
        <w:t>Не смів&lt;br /&gt;</w:t>
        <w:br/>
        <w:t>потурати божевіллю.&lt;br /&gt;</w:t>
        <w:br/>
        <w:t>Я несмілий од природи.&lt;br /&gt;</w:t>
        <w:br/>
        <w:t>Д і а н а&lt;br /&gt;</w:t>
        <w:br/>
        <w:t>Мабуть, саме через це&lt;br /&gt;</w:t>
        <w:br/>
        <w:t>закриваєш ти лице,&lt;br /&gt;</w:t>
        <w:br/>
        <w:t>як ідеш шукать пригоди?&lt;br /&gt;</w:t>
        <w:br/>
        <w:t>Т е о д о р о&lt;br /&gt;</w:t>
        <w:br/>
        <w:t>Я, синьйоро? Де, коли?&lt;br /&gt;</w:t>
        <w:br/>
        <w:t>— 29 —&lt;br /&gt;</w:t>
        <w:br/>
        <w:t>Д і а н а&lt;br /&gt;</w:t>
        <w:br/>
        <w:t>Кастелянові на очі&lt;br /&gt;</w:t>
        <w:br/>
        <w:t>ти попався цеї ночі,—&lt;br /&gt;</w:t>
        <w:br/>
        <w:t>так мені доповіли.&lt;br /&gt;</w:t>
        <w:br/>
        <w:t>Т е о д о р о&lt;br /&gt;</w:t>
        <w:br/>
        <w:t>То ми з Фабіо якось&lt;br /&gt;</w:t>
        <w:br/>
        <w:t>по вечері жартували;&lt;br /&gt;</w:t>
        <w:br/>
        <w:t>так не раз уже бувало.&lt;br /&gt;</w:t>
        <w:br/>
        <w:t>Д і а н а&lt;br /&gt;</w:t>
        <w:br/>
        <w:t>Ну, читай уже.&lt;br /&gt;</w:t>
        <w:br/>
        <w:t>Т е о д о р о&lt;br /&gt;</w:t>
        <w:br/>
        <w:t>Це хтось&lt;br /&gt;</w:t>
        <w:br/>
        <w:t>інтригує, безумовно.&lt;br /&gt;</w:t>
        <w:br/>
        <w:t>Д і а н а&lt;br /&gt;</w:t>
        <w:br/>
        <w:t>А можливо, що й ревнує.&lt;br /&gt;</w:t>
        <w:br/>
        <w:t>Ну, читай же.&lt;br /&gt;</w:t>
        <w:br/>
        <w:t>Т е о д о р о&lt;br /&gt;</w:t>
        <w:br/>
        <w:t>Не здивую,&lt;br /&gt;</w:t>
        <w:br/>
        <w:t>якщо вийшло красномовно.&lt;br /&gt;</w:t>
        <w:br/>
        <w:t>(Читає).&lt;br /&gt;</w:t>
        <w:br/>
        <w:t>"Чужим коханням серце запалилось,&lt;br /&gt;</w:t>
        <w:br/>
        <w:t>ще не любивши, стала я ревнива;&lt;br /&gt;</w:t>
        <w:br/>
        <w:t>це річ, здається, просто неможлива,&lt;br /&gt;</w:t>
        <w:br/>
        <w:t>та від Амура так мені судилось.&lt;br /&gt;</w:t>
        <w:br/>
        <w:t>Од ревнощів любов моя вродилась,&lt;br /&gt;</w:t>
        <w:br/>
        <w:t>бо жаль мені, що я така вродлива,&lt;br /&gt;</w:t>
        <w:br/>
        <w:t>а та за мене гірша, та щаслива,&lt;br /&gt;</w:t>
        <w:br/>
        <w:t>бо ніжного кохання сподобилась.&lt;br /&gt;</w:t>
        <w:br/>
        <w:t>— 30 —&lt;br /&gt;</w:t>
        <w:br/>
        <w:t>Бентежить душу дивне хвилювання,&lt;br /&gt;</w:t>
        <w:br/>
        <w:t>і це не тільки заздрощі, я знаю —&lt;br /&gt;</w:t>
        <w:br/>
        <w:t>любити хочу, прагну милування.&lt;br /&gt;</w:t>
        <w:br/>
        <w:t>Не силую і не забороняю,&lt;br /&gt;</w:t>
        <w:br/>
        <w:t>не дам надії і не збавлю мрії —&lt;br /&gt;</w:t>
        <w:br/>
        <w:t>нехай мене, хто вміє, зрозуміє".&lt;br /&gt;</w:t>
        <w:br/>
        <w:t>Д і а н а&lt;br /&gt;</w:t>
        <w:br/>
        <w:t>Що ти скажеш?&lt;br /&gt;</w:t>
        <w:br/>
        <w:t>Т е о д о р о&lt;br /&gt;</w:t>
        <w:br/>
        <w:t>Що сказати?&lt;br /&gt;</w:t>
        <w:br/>
        <w:t>Якщо тільки думка вірна —&lt;br /&gt;</w:t>
        <w:br/>
        <w:t>лист написано блискуче;&lt;br /&gt;</w:t>
        <w:br/>
        <w:t>тільки я не розумію,&lt;br /&gt;</w:t>
        <w:br/>
        <w:t>як то можна, щоб кохання&lt;br /&gt;</w:t>
        <w:br/>
        <w:t>та із ревності родилось?&lt;br /&gt;</w:t>
        <w:br/>
        <w:t>Ревність постає з кохання.&lt;br /&gt;</w:t>
        <w:br/>
        <w:t>Д і а н а&lt;br /&gt;</w:t>
        <w:br/>
        <w:t>Розумієш ти, можливо,&lt;br /&gt;</w:t>
        <w:br/>
        <w:t>що цій дамі він подобавсь,&lt;br /&gt;</w:t>
        <w:br/>
        <w:t>та вона ще не любила;&lt;br /&gt;</w:t>
        <w:br/>
        <w:t>а коли вона дізналась,&lt;br /&gt;</w:t>
        <w:br/>
        <w:t>що юнак кохає іншу,—&lt;br /&gt;</w:t>
        <w:br/>
        <w:t>з заздрощів сама у нього&lt;br /&gt;</w:t>
        <w:br/>
        <w:t>закохалась.&lt;br /&gt;</w:t>
        <w:br/>
        <w:t>Т е о д о р о&lt;br /&gt;</w:t>
        <w:br/>
        <w:t>Це ймовірно;&lt;br /&gt;</w:t>
        <w:br/>
        <w:t>та і заздрощі, напевно,&lt;br /&gt;</w:t>
        <w:br/>
        <w:t>неспроста собі з'явились —&lt;br /&gt;</w:t>
        <w:br/>
        <w:t>викликало їх кохання;&lt;br /&gt;</w:t>
        <w:br/>
        <w:t>бо не результат причину&lt;br /&gt;</w:t>
        <w:br/>
        <w:t>створює, а навпаки.&lt;br /&gt;</w:t>
        <w:br/>
        <w:t>Д і а н а&lt;br /&gt;</w:t>
        <w:br/>
        <w:t>Я не знаю; говорила&lt;br /&gt;</w:t>
        <w:br/>
        <w:t>та подруга, що спочатку&lt;br /&gt;</w:t>
        <w:br/>
        <w:t>був їй просто симпатичний&lt;br /&gt;</w:t>
        <w:br/>
        <w:t>той юнак, і тільки згодом,&lt;br /&gt;</w:t>
        <w:br/>
        <w:t>як побачила, що іншу&lt;br /&gt;</w:t>
        <w:br/>
        <w:t>полюбив він, в неї в серці&lt;br /&gt;</w:t>
        <w:br/>
        <w:t>теж бажання загорілось,&lt;br /&gt;</w:t>
        <w:br/>
        <w:t>збаламутило їй душу&lt;br /&gt;</w:t>
        <w:br/>
        <w:t>і примусило покинуть&lt;br /&gt;</w:t>
        <w:br/>
        <w:t>стежку звичної чесноти.&lt;br /&gt;</w:t>
        <w:br/>
        <w:t>Т е о д о р о&lt;br /&gt;</w:t>
        <w:br/>
        <w:t>Лист ваш вийшов напродиво —&lt;br /&gt;</w:t>
        <w:br/>
        <w:t>я не зможу краще скласти.&lt;br /&gt;</w:t>
        <w:br/>
        <w:t>Д і а н а&lt;br /&gt;</w:t>
        <w:br/>
        <w:t>А ти спробуй.&lt;br /&gt;</w:t>
        <w:br/>
        <w:t>Т е о д о р о&lt;br /&gt;</w:t>
        <w:br/>
        <w:t>Не насмілюсь.&lt;br /&gt;</w:t>
        <w:br/>
        <w:t>Д і а н а&lt;br /&gt;</w:t>
        <w:br/>
        <w:t>Дуже прошу, напиши.&lt;br /&gt;</w:t>
        <w:br/>
        <w:t>Т е о д о р о&lt;br /&gt;</w:t>
        <w:br/>
        <w:t>Може, хоче ваша милость&lt;br /&gt;</w:t>
        <w:br/>
        <w:t>виявить мою нікчемність?&lt;br /&gt;</w:t>
        <w:br/>
        <w:t>Д і а н а&lt;br /&gt;</w:t>
        <w:br/>
        <w:t>Напиши й принось, та швидше.&lt;br /&gt;</w:t>
        <w:br/>
        <w:t>Т е о д о р о&lt;br /&gt;</w:t>
        <w:br/>
        <w:t>Я іду.&lt;br /&gt;</w:t>
        <w:br/>
        <w:t>(Виходить).&lt;br /&gt;</w:t>
        <w:br/>
        <w:t>— 32 —&lt;br /&gt;</w:t>
        <w:br/>
        <w:t>Д і а н а&lt;br /&gt;</w:t>
        <w:br/>
        <w:t>Ану, Трістане.&lt;br /&gt;</w:t>
        <w:br/>
        <w:t>ЯВА ЧОТИРНАДЦЯТА&lt;br /&gt;</w:t>
        <w:br/>
        <w:t>Д і а н а, Т р і с т а н.&lt;br /&gt;</w:t>
        <w:br/>
        <w:t>Т р і с т а н&lt;br /&gt;</w:t>
        <w:br/>
        <w:t>Вам до послуг, ваша світлість,&lt;br /&gt;</w:t>
        <w:br/>
        <w:t>хоч штани у мене й теє...&lt;br /&gt;</w:t>
        <w:br/>
        <w:t>Зовсім, бачите, безгрішний&lt;br /&gt;</w:t>
        <w:br/>
        <w:t>секретар ваш, а мій пан.&lt;br /&gt;</w:t>
        <w:br/>
        <w:t>А вже ж пану не годиться&lt;br /&gt;</w:t>
        <w:br/>
        <w:t>так держать свого лакея,&lt;br /&gt;</w:t>
        <w:br/>
        <w:t>бо лакей для нього — ніби&lt;br /&gt;</w:t>
        <w:br/>
        <w:t>дзеркало, і свічка, й зонтик.&lt;br /&gt;</w:t>
        <w:br/>
        <w:t>Мудрий каже дуже вірно,&lt;br /&gt;</w:t>
        <w:br/>
        <w:t>що як пан наш їздить верхи,&lt;br /&gt;</w:t>
        <w:br/>
        <w:t>ми для нього — мов підніжки,&lt;br /&gt;</w:t>
        <w:br/>
        <w:t>бо на нас усі ступають,&lt;br /&gt;</w:t>
        <w:br/>
        <w:t>щоб до пана доступитись.&lt;br /&gt;</w:t>
        <w:br/>
        <w:t>В мого пана туго з грішми.&lt;br /&gt;</w:t>
        <w:br/>
        <w:t>Д і а н а&lt;br /&gt;</w:t>
        <w:br/>
        <w:t>Що ж він — грає?&lt;br /&gt;</w:t>
        <w:br/>
        <w:t>Т р і с т а н&lt;br /&gt;</w:t>
        <w:br/>
        <w:t>Та якби ж то!&lt;br /&gt;</w:t>
        <w:br/>
        <w:t>У грачів є завше гроші —&lt;br /&gt;</w:t>
        <w:br/>
        <w:t>раз програв, а вдруге виграв.&lt;br /&gt;</w:t>
        <w:br/>
        <w:t>В давнину царі, так кажуть,&lt;br /&gt;</w:t>
        <w:br/>
        <w:t>вчилися якогось діла,&lt;br /&gt;</w:t>
        <w:br/>
        <w:t>щоб, коли утратять царство&lt;br /&gt;</w:t>
        <w:br/>
        <w:t>на війні чи іншим чином,&lt;br /&gt;</w:t>
        <w:br/>
        <w:t>заробляти на прожиток.&lt;br /&gt;</w:t>
        <w:br/>
        <w:t>— 33 —&lt;br /&gt;</w:t>
        <w:br/>
        <w:t>Ох, який же той щасливий,&lt;br /&gt;</w:t>
        <w:br/>
        <w:t>хто навчився змалку грати!&lt;br /&gt;</w:t>
        <w:br/>
        <w:t>Як біда коли притисне,&lt;br /&gt;</w:t>
        <w:br/>
        <w:t>зразу маєш певний засіб&lt;br /&gt;</w:t>
        <w:br/>
        <w:t>чесно й легко заробити.&lt;br /&gt;</w:t>
        <w:br/>
        <w:t>От буває, що художник&lt;br /&gt;</w:t>
        <w:br/>
        <w:t>із великим, справжнім хистом&lt;br /&gt;</w:t>
        <w:br/>
        <w:t>намалює, як живу,&lt;br /&gt;</w:t>
        <w:br/>
        <w:t>подобизну чи картину,&lt;br /&gt;</w:t>
        <w:br/>
        <w:t>а невіглас йому скаже,&lt;br /&gt;</w:t>
        <w:br/>
        <w:t>що ціна їй — п'ять копійок.&lt;br /&gt;</w:t>
        <w:br/>
        <w:t>А грачу як підвезе —&lt;br /&gt;</w:t>
        <w:br/>
        <w:t>зразу візьме сто червінців.&lt;br /&gt;</w:t>
        <w:br/>
        <w:t>Д і а н а&lt;br /&gt;</w:t>
        <w:br/>
        <w:t>Значить, він не гра?&lt;br /&gt;</w:t>
        <w:br/>
        <w:t>Т р і с т а н&lt;br /&gt;</w:t>
        <w:br/>
        <w:t>Боїться.&lt;br /&gt;</w:t>
        <w:br/>
        <w:t>Д і а н а&lt;br /&gt;</w:t>
        <w:br/>
        <w:t>То, напевне, вже завів він&lt;br /&gt;</w:t>
        <w:br/>
        <w:t>десь коханку.&lt;br /&gt;</w:t>
        <w:br/>
        <w:t>Т р і с т а н&lt;br /&gt;</w:t>
        <w:br/>
        <w:t>Він — коханку?&lt;br /&gt;</w:t>
        <w:br/>
        <w:t>В нього серце — чиста крига.&lt;br /&gt;</w:t>
        <w:br/>
        <w:t>Д і а н а&lt;br /&gt;</w:t>
        <w:br/>
        <w:t>Він вродливий і люб'язний,&lt;br /&gt;</w:t>
        <w:br/>
        <w:t>нежонатий, тож не диво,&lt;br /&gt;</w:t>
        <w:br/>
        <w:t>якби жінкою якоюсь&lt;br /&gt;</w:t>
        <w:br/>
        <w:t>він і справді захопився.&lt;br /&gt;</w:t>
        <w:br/>
        <w:t>— 34 —&lt;br /&gt;</w:t>
        <w:br/>
        <w:t>Т р і с т а н&lt;br /&gt;</w:t>
        <w:br/>
        <w:t>Знаю я овес та сіно,&lt;br /&gt;</w:t>
        <w:br/>
        <w:t>зроду не носив записок...&lt;br /&gt;</w:t>
        <w:br/>
        <w:t>Він же цілий день на службі,&lt;br /&gt;</w:t>
        <w:br/>
        <w:t>то коли йому любитись?&lt;br /&gt;</w:t>
        <w:br/>
        <w:t>Д і а н а&lt;br /&gt;</w:t>
        <w:br/>
        <w:t>А вночі він не виходить?&lt;br /&gt;</w:t>
        <w:br/>
        <w:t>Т р і с т а н&lt;br /&gt;</w:t>
        <w:br/>
        <w:t>З ним я не ходжу — скалічив&lt;br /&gt;</w:t>
        <w:br/>
        <w:t>собі ногу.&lt;br /&gt;</w:t>
        <w:br/>
        <w:t>Д і а н а&lt;br /&gt;</w:t>
        <w:br/>
        <w:t>Як це сталось?&lt;br /&gt;</w:t>
        <w:br/>
        <w:t>Т р і с т а н&lt;br /&gt;</w:t>
        <w:br/>
        <w:t>Я вам можу відповісти,&lt;br /&gt;</w:t>
        <w:br/>
        <w:t>як жінки відповідають,&lt;br /&gt;</w:t>
        <w:br/>
        <w:t>коли з ревнощів їм пику&lt;br /&gt;</w:t>
        <w:br/>
        <w:t>розмалює чоловік:&lt;br /&gt;</w:t>
        <w:br/>
        <w:t>"Впав на сходах і забився".&lt;br /&gt;</w:t>
        <w:br/>
        <w:t>Д і а н а&lt;br /&gt;</w:t>
        <w:br/>
        <w:t>Впав на сходах?&lt;br /&gt;</w:t>
        <w:br/>
        <w:t>Т р і с т а н&lt;br /&gt;</w:t>
        <w:br/>
        <w:t>Так, синьйоро,&lt;br /&gt;</w:t>
        <w:br/>
        <w:t>я по сходах вниз скотився,&lt;br /&gt;</w:t>
        <w:br/>
        <w:t>східці ребрами злічив.&lt;br /&gt;</w:t>
        <w:br/>
        <w:t>Д і а н а&lt;br /&gt;</w:t>
        <w:br/>
        <w:t>Та воно і зрозуміло —&lt;br /&gt;</w:t>
        <w:br/>
        <w:t>біг ти поночі по сходах,&lt;br /&gt;</w:t>
        <w:br/>
        <w:t>як бриля на люстру кинув.&lt;br /&gt;</w:t>
        <w:br/>
        <w:t>— 35 —&lt;br /&gt;</w:t>
        <w:br/>
        <w:t>Т р і с т а н&lt;br /&gt;</w:t>
        <w:br/>
        <w:t>(набік)&lt;br /&gt;</w:t>
        <w:br/>
        <w:t>От так штука! Ну, не думав!&lt;br /&gt;</w:t>
        <w:br/>
        <w:t>Знає вже вона все чисто.&lt;br /&gt;</w:t>
        <w:br/>
        <w:t>Д і а н а&lt;br /&gt;</w:t>
        <w:br/>
        <w:t>Що ж мовчиш ти?&lt;br /&gt;</w:t>
        <w:br/>
        <w:t>Т р і с т а н&lt;br /&gt;</w:t>
        <w:br/>
        <w:t>Дайте, пані,&lt;br /&gt;</w:t>
        <w:br/>
        <w:t>пригадати... Знаю, вірно.&lt;br /&gt;</w:t>
        <w:br/>
        <w:t>Цеї ночі кажани&lt;br /&gt;</w:t>
        <w:br/>
        <w:t>в дім знадвору залетіли,&lt;br /&gt;</w:t>
        <w:br/>
        <w:t>я ганяв їх капелюхом.&lt;br /&gt;</w:t>
        <w:br/>
        <w:t>Підлетів один до світла,&lt;br /&gt;</w:t>
        <w:br/>
        <w:t>я — швиргиць! — і світло згасло;&lt;br /&gt;</w:t>
        <w:br/>
        <w:t>тут я на ногах не втримавсь&lt;br /&gt;</w:t>
        <w:br/>
        <w:t>і вже поночі по сходах&lt;br /&gt;</w:t>
        <w:br/>
        <w:t>покотився, як у прірву.&lt;br /&gt;</w:t>
        <w:br/>
        <w:t>Д і а н а&lt;br /&gt;</w:t>
        <w:br/>
        <w:t>Вигадка твоя дотепна.&lt;br /&gt;</w:t>
        <w:br/>
        <w:t>Знаєш, у лічебній книзі&lt;br /&gt;</w:t>
        <w:br/>
        <w:t>сказано, що кров із них,&lt;br /&gt;</w:t>
        <w:br/>
        <w:t>з кажанів, то добрі ліки,&lt;br /&gt;</w:t>
        <w:br/>
        <w:t>щоб виводити волосся;&lt;br /&gt;</w:t>
        <w:br/>
        <w:t>уточу тієї крівці,&lt;br /&gt;</w:t>
        <w:br/>
        <w:t>щоб, як будеш ти тонути,&lt;br /&gt;</w:t>
        <w:br/>
        <w:t>не хапавсь за волосинку.&lt;br /&gt;</w:t>
        <w:br/>
        <w:t>Т р і с т а н&lt;br /&gt;</w:t>
        <w:br/>
        <w:t>(набік)&lt;br /&gt;</w:t>
        <w:br/>
        <w:t>От біда! Оце вклепався!&lt;br /&gt;</w:t>
        <w:br/>
        <w:t>Ще в тюрму мене укине&lt;br /&gt;</w:t>
        <w:br/>
        <w:t>за нещасний той кидок!&lt;br /&gt;</w:t>
        <w:br/>
        <w:t>Д і а н а&lt;br /&gt;</w:t>
        <w:br/>
        <w:t>(набік)&lt;br /&gt;</w:t>
        <w:br/>
        <w:t>Я і справді розгубилась...&lt;br /&gt;</w:t>
        <w:br/>
        <w:t>ЯВА П'ЯТНАДЦЯТА&lt;br /&gt;</w:t>
        <w:br/>
        <w:t>Ф а б і о, згодом м а р к і з Р і к а р д о й Ч е л і о; Д і а н а.&lt;br /&gt;</w:t>
        <w:br/>
        <w:t>Ф а б і о&lt;br /&gt;</w:t>
        <w:br/>
        <w:t>Там прийшов маркіз Рікардо.&lt;br /&gt;</w:t>
        <w:br/>
        <w:t>Д і а н а&lt;br /&gt;</w:t>
        <w:br/>
        <w:t>Зараз же постав тут крісла.&lt;br /&gt;</w:t>
        <w:br/>
        <w:t>Входять Р і к а р д о й Ч е л і о; Фабіо з Трістаном виходять.&lt;br /&gt;</w:t>
        <w:br/>
        <w:t>Р і к а р д о&lt;br /&gt;</w:t>
        <w:br/>
        <w:t>Ізнову я прийшов до вас, Діано,&lt;br /&gt;</w:t>
        <w:br/>
        <w:t>із серцем розтривоженим моїм,&lt;br /&gt;</w:t>
        <w:br/>
        <w:t>що лиш одного прагне полум'яно,&lt;br /&gt;</w:t>
        <w:br/>
        <w:t>не зупиняючись ні перед чим,&lt;br /&gt;</w:t>
        <w:br/>
        <w:t>хоч, може, мій суперник дасть догану&lt;br /&gt;</w:t>
        <w:br/>
        <w:t>моїм чуттям і щирим, і палким;&lt;br /&gt;</w:t>
        <w:br/>
        <w:t>не стільки він в своїм коханні ревний,&lt;br /&gt;</w:t>
        <w:br/>
        <w:t>як у собі невиправдано певний.&lt;br /&gt;</w:t>
        <w:br/>
        <w:t>Ви вродою лишаєте ясною,&lt;br /&gt;</w:t>
        <w:br/>
        <w:t>а вже відома річ, що у жінок&lt;br /&gt;</w:t>
        <w:br/>
        <w:t>здоров'я завше в парі йде з красою;&lt;br /&gt;</w:t>
        <w:br/>
        <w:t>веселий вид у вас, легкий ваш крок —&lt;br /&gt;</w:t>
        <w:br/>
        <w:t>було б лише банальністю пустою,&lt;br /&gt;</w:t>
        <w:br/>
        <w:t>ознакою убожества думок&lt;br /&gt;</w:t>
        <w:br/>
        <w:t>питати вас тепер про стан здоров'я,&lt;br /&gt;</w:t>
        <w:br/>
        <w:t>та і не з тим, ви знаєте, прийшов я.&lt;br /&gt;</w:t>
        <w:br/>
        <w:t>Так лагідно сіяють ваші зори,&lt;br /&gt;</w:t>
        <w:br/>
        <w:t>що я у вас осмілююсь спитать,&lt;br /&gt;</w:t>
        <w:br/>
        <w:t>— 37 —&lt;br /&gt;</w:t>
        <w:br/>
        <w:t>чи скоро ввійде в серце моє хворе&lt;br /&gt;</w:t>
        <w:br/>
        <w:t>живуща і цілюща благодать?&lt;br /&gt;</w:t>
        <w:br/>
        <w:t>Д і а н а&lt;br /&gt;</w:t>
        <w:br/>
        <w:t>Являєте незмінно ви, синьйоре,&lt;br /&gt;</w:t>
        <w:br/>
        <w:t>шляхетність думки, тонкощі понять;&lt;br /&gt;</w:t>
        <w:br/>
        <w:t>галантний стиль панує в вашій мові,&lt;br /&gt;</w:t>
        <w:br/>
        <w:t>і добрий смак помітний в кожнім слові.&lt;br /&gt;</w:t>
        <w:br/>
        <w:t>Але хіба від мене те залежить,&lt;br /&gt;</w:t>
        <w:br/>
        <w:t>про що тепер питали ви мене?&lt;br /&gt;</w:t>
        <w:br/>
        <w:t>Р і к а р д о&lt;br /&gt;</w:t>
        <w:br/>
        <w:t>Уся моя істота вам належить,&lt;br /&gt;</w:t>
        <w:br/>
        <w:t>любов моя, створіння неземне!&lt;br /&gt;</w:t>
        <w:br/>
        <w:t>Ваш рід мені прихильний, і бентежить&lt;br /&gt;</w:t>
        <w:br/>
        <w:t>мене весь час питання лиш одне —&lt;br /&gt;</w:t>
        <w:br/>
        <w:t>коли од вас почую слово згоди,&lt;br /&gt;</w:t>
        <w:br/>
        <w:t>щоб закінчились всі мої знегоди?&lt;br /&gt;</w:t>
        <w:br/>
        <w:t>Якби крім того, чим я володію,&lt;br /&gt;</w:t>
        <w:br/>
        <w:t>я навіть цілим світом володів,&lt;br /&gt;</w:t>
        <w:br/>
        <w:t>від піль, де сонце полум'ям жаріє,&lt;br /&gt;</w:t>
        <w:br/>
        <w:t>до Індії казкових берегів,&lt;br /&gt;</w:t>
        <w:br/>
        <w:t>щоб мав я злото — смертних любу мрію,&lt;br /&gt;</w:t>
        <w:br/>
        <w:t>і перли — сльози радісні богів,&lt;br /&gt;</w:t>
        <w:br/>
        <w:t>і діаманти, й пишні самоцвіти,&lt;br /&gt;</w:t>
        <w:br/>
        <w:t>замор'я легендарного привіти,—&lt;br /&gt;</w:t>
        <w:br/>
        <w:t>я всі скарби оддав би вам, мадонно,&lt;br /&gt;</w:t>
        <w:br/>
        <w:t>я всі світи пройшов би задля вас,&lt;br /&gt;</w:t>
        <w:br/>
        <w:t>я б мандрував невтомно і безсонно&lt;br /&gt;</w:t>
        <w:br/>
        <w:t>в краях, де ніч панує повсякчас,&lt;br /&gt;</w:t>
        <w:br/>
        <w:t>я б перелинув моря синь бездонну,&lt;br /&gt;</w:t>
        <w:br/>
        <w:t>що в далеч неозоро простяглась,&lt;br /&gt;</w:t>
        <w:br/>
        <w:t>щоб досягти незнаної країни,&lt;br /&gt;</w:t>
        <w:br/>
        <w:t>де не ступала ще нога людини.&lt;br /&gt;</w:t>
        <w:br/>
        <w:t>Д і а н а&lt;br /&gt;</w:t>
        <w:br/>
        <w:t>Я вірю вам і високо ціную&lt;br /&gt;</w:t>
        <w:br/>
        <w:t>те почуття, що ним ви горите;&lt;br /&gt;</w:t>
        <w:br/>
        <w:t>про нашу справу я ще поміркую,&lt;br /&gt;</w:t>
        <w:br/>
        <w:t>от як лиш граф подивиться на те?&lt;br /&gt;</w:t>
        <w:br/>
        <w:t>Р і к а р д о&lt;br /&gt;</w:t>
        <w:br/>
        <w:t>Граф Федеріко крутить і хитрує,&lt;br /&gt;</w:t>
        <w:br/>
        <w:t>але кохання чисте і святе —&lt;br /&gt;</w:t>
        <w:br/>
        <w:t>мені це очі ваші ясно кажуть —&lt;br /&gt;</w:t>
        <w:br/>
        <w:t>його лукавство й хитрість переважить.&lt;br /&gt;</w:t>
        <w:br/>
        <w:t>ЯВА ШІСТНАДЦЯТА&lt;br /&gt;</w:t>
        <w:br/>
        <w:t>Т е о д о р о, Д і а н а, Р і к а р д о, Ч е л і о.&lt;br /&gt;</w:t>
        <w:br/>
        <w:t>Т е о д о р о&lt;br /&gt;</w:t>
        <w:br/>
        <w:t>Вже написав.&lt;br /&gt;</w:t>
        <w:br/>
        <w:t>Р і к а р д о&lt;br /&gt;</w:t>
        <w:br/>
        <w:t>Прощайте, любий квіте,&lt;br /&gt;</w:t>
        <w:br/>
        <w:t>у вас є пильні справи, і мені&lt;br /&gt;</w:t>
        <w:br/>
        <w:t>не випадає довше вас барити.&lt;br /&gt;</w:t>
        <w:br/>
        <w:t>Д і а н а&lt;br /&gt;</w:t>
        <w:br/>
        <w:t>Пишу листи у Рим.&lt;br /&gt;</w:t>
        <w:br/>
        <w:t>Р і к а р д о&lt;br /&gt;</w:t>
        <w:br/>
        <w:t>В поштові дні&lt;br /&gt;</w:t>
        <w:br/>
        <w:t>доводиться скорочувать візити.&lt;br /&gt;</w:t>
        <w:br/>
        <w:t>Д і а н а&lt;br /&gt;</w:t>
        <w:br/>
        <w:t>Ви дуже чемні.&lt;br /&gt;</w:t>
        <w:br/>
        <w:t>— 39 —&lt;br /&gt;</w:t>
        <w:br/>
        <w:t>Р і к а р д о&lt;br /&gt;</w:t>
        <w:br/>
        <w:t>З вами — удвійні.&lt;br /&gt;</w:t>
        <w:br/>
        <w:t>(Тихо до Челіо).&lt;br /&gt;</w:t>
        <w:br/>
        <w:t>Як ти гадаєш, Челіо?&lt;br /&gt;</w:t>
        <w:br/>
        <w:t>Ч е л і о&lt;br /&gt;</w:t>
        <w:br/>
        <w:t>Гадаю,&lt;br /&gt;</w:t>
        <w:br/>
        <w:t>що замір ваш щасливо дійде краю.&lt;br /&gt;</w:t>
        <w:br/>
        <w:t>Рікардо і Челіо виходять.&lt;br /&gt;</w:t>
        <w:br/>
        <w:t>ЯВА СІМНАДЦЯТА&lt;br /&gt;</w:t>
        <w:br/>
        <w:t>Д і а н а, Т е о д о р о.&lt;br /&gt;</w:t>
        <w:br/>
        <w:t>Д і а н а&lt;br /&gt;</w:t>
        <w:br/>
        <w:t>Склав листа?&lt;br /&gt;</w:t>
        <w:br/>
        <w:t>Т е о д о р о&lt;br /&gt;</w:t>
        <w:br/>
        <w:t>Та ніби склав.&lt;br /&gt;</w:t>
        <w:br/>
        <w:t>Зразу якось не давалось,&lt;br /&gt;</w:t>
        <w:br/>
        <w:t>бо із примусу писалось.&lt;br /&gt;</w:t>
        <w:br/>
        <w:t>Д і а н а&lt;br /&gt;</w:t>
        <w:br/>
        <w:t>Дай.&lt;br /&gt;</w:t>
        <w:br/>
        <w:t>Т е о д о р о&lt;br /&gt;</w:t>
        <w:br/>
        <w:t>Ось.&lt;br /&gt;</w:t>
        <w:br/>
        <w:t>Д і а н а&lt;br /&gt;</w:t>
        <w:br/>
        <w:t>Що ж ти написав?&lt;br /&gt;</w:t>
        <w:br/>
        <w:t>(Читає).&lt;br /&gt;</w:t>
        <w:br/>
        <w:t>"Як хтось когось, здається, полюбив,&lt;br /&gt;</w:t>
        <w:br/>
        <w:t>побачивши з другою женихання,—&lt;br /&gt;</w:t>
        <w:br/>
        <w:t>— 40 —&lt;br /&gt;</w:t>
        <w:br/>
        <w:t>це — заздрощі, а зовсім не кохання,&lt;br /&gt;</w:t>
        <w:br/>
        <w:t>якщо й до того вогник не горів.&lt;br /&gt;</w:t>
        <w:br/>
        <w:t>Та як і перше в серці був порив —&lt;br /&gt;</w:t>
        <w:br/>
        <w:t>це — вже любов, що прагне обладання,&lt;br /&gt;</w:t>
        <w:br/>
        <w:t>що на уста жене слова жадання,&lt;br /&gt;</w:t>
        <w:br/>
        <w:t>як кров жене в обличчя стид чи гнів.&lt;br /&gt;</w:t>
        <w:br/>
        <w:t>Нічого більше не скажу комусь,&lt;br /&gt;</w:t>
        <w:br/>
        <w:t>щоб знизька не образити високе;&lt;br /&gt;</w:t>
        <w:br/>
        <w:t>прийму я долі вироки жорстокі,&lt;br /&gt;</w:t>
        <w:br/>
        <w:t>надії на блаженство я зречусь,&lt;br /&gt;</w:t>
        <w:br/>
        <w:t>аж поки не упевнюся, що смію&lt;br /&gt;</w:t>
        <w:br/>
        <w:t>в душі живити цю безумну мрію".&lt;br /&gt;</w:t>
        <w:br/>
        <w:t>Дуже добре.&lt;br /&gt;</w:t>
        <w:br/>
        <w:t>Т е о д о р о&lt;br /&gt;</w:t>
        <w:br/>
        <w:t>Ви на сміх?&lt;br /&gt;</w:t>
        <w:br/>
        <w:t>Д і а н а&lt;br /&gt;</w:t>
        <w:br/>
        <w:t>Справді.&lt;br /&gt;</w:t>
        <w:br/>
        <w:t>Т е о д о р о&lt;br /&gt;</w:t>
        <w:br/>
        <w:t>Що ви?&lt;br /&gt;</w:t>
        <w:br/>
        <w:t>Д і а н а&lt;br /&gt;</w:t>
        <w:br/>
        <w:t>Без докору&lt;br /&gt;</w:t>
        <w:br/>
        <w:t>мушу визнать, Теодоро:&lt;br /&gt;</w:t>
        <w:br/>
        <w:t>ти в змаганні переміг.&lt;br /&gt;</w:t>
        <w:br/>
        <w:t>Т е о д о р о&lt;br /&gt;</w:t>
        <w:br/>
        <w:t>От цього б я й не хотів,&lt;br /&gt;</w:t>
        <w:br/>
        <w:t>це для мене небезпечно;&lt;br /&gt;</w:t>
        <w:br/>
        <w:t>слугам, кажуть, недоречно&lt;br /&gt;</w:t>
        <w:br/>
        <w:t>знати більше за панів.&lt;br /&gt;</w:t>
        <w:br/>
        <w:t>Раз спитав один король&lt;br /&gt;</w:t>
        <w:br/>
        <w:t>в вірного свого вельможі,&lt;br /&gt;</w:t>
        <w:br/>
        <w:t>чи на себе він не може&lt;br /&gt;</w:t>
        <w:br/>
        <w:t>взяти секретарську роль:&lt;br /&gt;</w:t>
        <w:br/>
        <w:t>"Написав послання я,&lt;br /&gt;</w:t>
        <w:br/>
        <w:t>тільки якось немудряще;&lt;br /&gt;</w:t>
        <w:br/>
        <w:t>як у тебе вийде краще,&lt;br /&gt;</w:t>
        <w:br/>
        <w:t>піде версія твоя".&lt;br /&gt;</w:t>
        <w:br/>
        <w:t>Склав того листа придворний,&lt;br /&gt;</w:t>
        <w:br/>
        <w:t>і король його схвалив,&lt;br /&gt;</w:t>
        <w:br/>
        <w:t>а придворний до синів&lt;br /&gt;</w:t>
        <w:br/>
        <w:t>враз побіг, од горя чорний:&lt;br /&gt;</w:t>
        <w:br/>
        <w:t>"Утікаймо швидше з царства,&lt;br /&gt;</w:t>
        <w:br/>
        <w:t>щоб не трапити в тюрму".&lt;br /&gt;</w:t>
        <w:br/>
        <w:t>Ті питають: "А чому?"&lt;br /&gt;</w:t>
        <w:br/>
        <w:t>"Бо із мого секретарства&lt;br /&gt;</w:t>
        <w:br/>
        <w:t>наш король переконався,&lt;br /&gt;</w:t>
        <w:br/>
        <w:t>що у мене більший хист".&lt;br /&gt;</w:t>
        <w:br/>
        <w:t>От тому за цей свій лист&lt;br /&gt;</w:t>
        <w:br/>
        <w:t>я, признатися, злякався.&lt;br /&gt;</w:t>
        <w:br/>
        <w:t>Д і а н а&lt;br /&gt;</w:t>
        <w:br/>
        <w:t>Ні, тобі я зла не мислю,&lt;br /&gt;</w:t>
        <w:br/>
        <w:t>похваливши за цей лист;&lt;br /&gt;</w:t>
        <w:br/>
        <w:t>просто в ньому даний зміст&lt;br /&gt;</w:t>
        <w:br/>
        <w:t>має більш удалий вислів.&lt;br /&gt;</w:t>
        <w:br/>
        <w:t>Я його назвала кращим,&lt;br /&gt;</w:t>
        <w:br/>
        <w:t>бо ціню чуже добро,&lt;br /&gt;</w:t>
        <w:br/>
        <w:t>але я й своє перо&lt;br /&gt;</w:t>
        <w:br/>
        <w:t>не вважаю негодящим.&lt;br /&gt;</w:t>
        <w:br/>
        <w:t>Правда, і в твоїм листі,&lt;br /&gt;</w:t>
        <w:br/>
        <w:t>як на мій жіночий погляд,&lt;br /&gt;</w:t>
        <w:br/>
        <w:t>я знайшла один недогляд —&lt;br /&gt;</w:t>
        <w:br/>
        <w:t>то слова оті пусті,&lt;br /&gt;</w:t>
        <w:br/>
        <w:t>де боїшся ти, щоб знизька&lt;br /&gt;</w:t>
        <w:br/>
        <w:t>не образити високе.&lt;br /&gt;</w:t>
        <w:br/>
        <w:t>Таж кохання не жорстоке,&lt;br /&gt;</w:t>
        <w:br/>
        <w:t>як на нього глянем зблизька:&lt;br /&gt;</w:t>
        <w:br/>
        <w:t>і нерівню полюби,&lt;br /&gt;</w:t>
        <w:br/>
        <w:t>то любов не ображає;&lt;br /&gt;</w:t>
        <w:br/>
        <w:t>обража, хто не вважає.&lt;br /&gt;</w:t>
        <w:br/>
        <w:t>Т е о д о р о&lt;br /&gt;</w:t>
        <w:br/>
        <w:t>Все ж із давньої доби&lt;br /&gt;</w:t>
        <w:br/>
        <w:t>знаєм ми про Фаетона&lt;br /&gt;</w:t>
        <w:br/>
        <w:t>і зухвалого Ікара;&lt;br /&gt;</w:t>
        <w:br/>
        <w:t>їх обох спостигла кара:&lt;br /&gt;</w:t>
        <w:br/>
        <w:t>той на гори впав з розгону,&lt;br /&gt;</w:t>
        <w:br/>
        <w:t>а тому, немов на зло,&lt;br /&gt;</w:t>
        <w:br/>
        <w:t>сонце крила розтопило.&lt;br /&gt;</w:t>
        <w:br/>
        <w:t>Д і а н а&lt;br /&gt;</w:t>
        <w:br/>
        <w:t>Сонце так би не зробило,&lt;br /&gt;</w:t>
        <w:br/>
        <w:t>якби жінкою було.&lt;br /&gt;</w:t>
        <w:br/>
        <w:t>Закохавшись в знатній дамі,&lt;br /&gt;</w:t>
        <w:br/>
        <w:t>будь постійним, впертим, смілим,&lt;br /&gt;</w:t>
        <w:br/>
        <w:t>вір, що їй ти станеш милим:&lt;br /&gt;</w:t>
        <w:br/>
        <w:t>серце жінки — то ж не камінь.&lt;br /&gt;</w:t>
        <w:br/>
        <w:t>Я листа твого візьму,&lt;br /&gt;</w:t>
        <w:br/>
        <w:t>хочу ще перечитати.&lt;br /&gt;</w:t>
        <w:br/>
        <w:t>Т е о д о р о&lt;br /&gt;</w:t>
        <w:br/>
        <w:t>Нісенітниць в ні м багато.&lt;br /&gt;</w:t>
        <w:br/>
        <w:t>Д і а н а&lt;br /&gt;</w:t>
        <w:br/>
        <w:t>Мабуть, менш, ніж в мойому.&lt;br /&gt;</w:t>
        <w:br/>
        <w:t>Т е о д о р о&lt;br /&gt;</w:t>
        <w:br/>
        <w:t>То дозвольте ж і мені&lt;br /&gt;</w:t>
        <w:br/>
        <w:t>взяти вашого.&lt;br /&gt;</w:t>
        <w:br/>
        <w:t>Д і а н а&lt;br /&gt;</w:t>
        <w:br/>
        <w:t>Бери.&lt;br /&gt;</w:t>
        <w:br/>
        <w:t>Хоч сховай, хоч роздери —&lt;br /&gt;</w:t>
        <w:br/>
        <w:t>все одно.&lt;br /&gt;</w:t>
        <w:br/>
        <w:t>Т е о д о р о&lt;br /&gt;</w:t>
        <w:br/>
        <w:t>Роздерти? Ні!&lt;br /&gt;</w:t>
        <w:br/>
        <w:t>Д і а н а&lt;br /&gt;</w:t>
        <w:br/>
        <w:t>Невелика буде шкода,&lt;br /&gt;</w:t>
        <w:br/>
        <w:t>часом більше ми втрачаєм.&lt;br /&gt;</w:t>
        <w:br/>
        <w:t>(Виходить).&lt;br /&gt;</w:t>
        <w:br/>
        <w:t>ЯВА ВІСІМНАДЦЯТА&lt;br /&gt;</w:t>
        <w:br/>
        <w:t>Т е о д о р о сам.&lt;br /&gt;</w:t>
        <w:br/>
        <w:t>Т е о д о р о&lt;br /&gt;</w:t>
        <w:br/>
        <w:t>Боже! Що це означає?&lt;br /&gt;</w:t>
        <w:br/>
        <w:t>Не гадав, не думав зроду,&lt;br /&gt;</w:t>
        <w:br/>
        <w:t>аж не віриться чогось,&lt;br /&gt;</w:t>
        <w:br/>
        <w:t>щоб мені вельможна пані&lt;br /&gt;</w:t>
        <w:br/>
        <w:t>так освідчилась в коханні;&lt;br /&gt;</w:t>
        <w:br/>
        <w:t>чи мені лише здалось?&lt;br /&gt;</w:t>
        <w:br/>
        <w:t>Ні, це правда, бо відкіль же&lt;br /&gt;</w:t>
        <w:br/>
        <w:t>у мені бринять слова:&lt;br /&gt;</w:t>
        <w:br/>
        <w:t>"То нічого, а бува,&lt;br /&gt;</w:t>
        <w:br/>
        <w:t>часом ми втрачаєм більше"?&lt;br /&gt;</w:t>
        <w:br/>
        <w:t>Ці слова не йдуть з ума.&lt;br /&gt;</w:t>
        <w:br/>
        <w:t>Хто це "ми"? Якась подруга?&lt;br /&gt;</w:t>
        <w:br/>
        <w:t>Ні, приховує хитрюга —&lt;br /&gt;</w:t>
        <w:br/>
        <w:t>то ж і є вона сама.&lt;br /&gt;</w:t>
        <w:br/>
        <w:t>Знов же ні — адже графиня&lt;br /&gt;</w:t>
        <w:br/>
        <w:t>обережна і розважна,&lt;br /&gt;</w:t>
        <w:br/>
        <w:t>незалежна, недосяжна,&lt;br /&gt;</w:t>
        <w:br/>
        <w:t>знана всім її гординя.&lt;br /&gt;</w:t>
        <w:br/>
        <w:t>Безуспішно коло неї&lt;br /&gt;</w:t>
        <w:br/>
        <w:t>в'ються різні можновладці;&lt;br /&gt;</w:t>
        <w:br/>
        <w:t>чи мені ж до них рівняться?&lt;br /&gt;</w:t>
        <w:br/>
        <w:t>Не годжусь я їй в лакеї!&lt;br /&gt;</w:t>
        <w:br/>
        <w:t>Просто встигла вже дізнатись&lt;br /&gt;</w:t>
        <w:br/>
        <w:t>про мої оті зальоти,&lt;br /&gt;</w:t>
        <w:br/>
        <w:t>і взяла її охота&lt;br /&gt;</w:t>
        <w:br/>
        <w:t>наді мною посміятись...&lt;br /&gt;</w:t>
        <w:br/>
        <w:t>Але ні — яким відчаєм&lt;br /&gt;</w:t>
        <w:br/>
        <w:t>ті слова її бриніли&lt;br /&gt;</w:t>
        <w:br/>
        <w:t>(як сказала — спаленіла):&lt;br /&gt;</w:t>
        <w:br/>
        <w:t>"Часом більше ми втрачаєм".&lt;br /&gt;</w:t>
        <w:br/>
        <w:t>Так троянда рано-вранці&lt;br /&gt;</w:t>
        <w:br/>
        <w:t>вабить гожою красою,&lt;br /&gt;</w:t>
        <w:br/>
        <w:t>хоч роса блищить сльозою&lt;br /&gt;</w:t>
        <w:br/>
        <w:t>на усміхненім багрянці;&lt;br /&gt;</w:t>
        <w:br/>
        <w:t>так уліті стигла вишня,&lt;br /&gt;</w:t>
        <w:br/>
        <w:t>солодощами налита,&lt;br /&gt;</w:t>
        <w:br/>
        <w:t>надить, ніжна й соковита,&lt;br /&gt;</w:t>
        <w:br/>
        <w:t>як ця врода гордо-пишна.&lt;br /&gt;</w:t>
        <w:br/>
        <w:t>А я слухаю, дивлюся:&lt;br /&gt;</w:t>
        <w:br/>
        <w:t>задля жарту — забагато,&lt;br /&gt;</w:t>
        <w:br/>
        <w:t>задля правди — малувато;&lt;br /&gt;</w:t>
        <w:br/>
        <w:t>що тут думати, гублюся...&lt;br /&gt;</w:t>
        <w:br/>
        <w:t>Ой спиніться, думи-мрії,&lt;br /&gt;</w:t>
        <w:br/>
        <w:t>не літайте в високості,&lt;br /&gt;</w:t>
        <w:br/>
        <w:t>бо охоплять серце млості,&lt;br /&gt;</w:t>
        <w:br/>
        <w:t>бо вже розум мій шаліє,&lt;br /&gt;</w:t>
        <w:br/>
        <w:t>бо душа уже сп'яніла&lt;br /&gt;</w:t>
        <w:br/>
        <w:t>од любові до Діани...&lt;br /&gt;</w:t>
        <w:br/>
        <w:t>ЯВА ДЕВ'ЯТНАДЦЯТА&lt;br /&gt;</w:t>
        <w:br/>
        <w:t>М а р ч е л л а, Т е о д о р о.&lt;br /&gt;</w:t>
        <w:br/>
        <w:t>М а р ч е л л а&lt;br /&gt;</w:t>
        <w:br/>
        <w:t>Ти один тут, мій коханий?&lt;br /&gt;</w:t>
        <w:br/>
        <w:t>— 45 —&lt;br /&gt;</w:t>
        <w:br/>
        <w:t>Т е о д о р о&lt;br /&gt;</w:t>
        <w:br/>
        <w:t>Так, це я, Марчелло мила;&lt;br /&gt;</w:t>
        <w:br/>
        <w:t>щоб побачиться з тобою,&lt;br /&gt;</w:t>
        <w:br/>
        <w:t>не злякаюсь я і смерті.&lt;br /&gt;</w:t>
        <w:br/>
        <w:t>М а р ч е л л а&lt;br /&gt;</w:t>
        <w:br/>
        <w:t>Я ладна сто раз умерти&lt;br /&gt;</w:t>
        <w:br/>
        <w:t>ради тебе, мій герою!&lt;br /&gt;</w:t>
        <w:br/>
        <w:t>Ніч не мала я спокою,&lt;br /&gt;</w:t>
        <w:br/>
        <w:t>тільки й думала про тебе;&lt;br /&gt;</w:t>
        <w:br/>
        <w:t>як будила вже край неба&lt;br /&gt;</w:t>
        <w:br/>
        <w:t>Феба золота Аврора,&lt;br /&gt;</w:t>
        <w:br/>
        <w:t>я шептала: "Зустріч скоро,&lt;br /&gt;</w:t>
        <w:br/>
        <w:t>Теодоро, мій ти Фебе!"&lt;br /&gt;</w:t>
        <w:br/>
        <w:t>Вчора тут такий був галас!&lt;br /&gt;</w:t>
        <w:br/>
        <w:t>Пані спати не лягла&lt;br /&gt;</w:t>
        <w:br/>
        <w:t>й нам заснути не дала,&lt;br /&gt;</w:t>
        <w:br/>
        <w:t>поки всього не дізналась;&lt;br /&gt;</w:t>
        <w:br/>
        <w:t>а дівчата постарались&lt;br /&gt;</w:t>
        <w:br/>
        <w:t>нас продати спотання —&lt;br /&gt;</w:t>
        <w:br/>
        <w:t>певно, заздрість їх шпиня.&lt;br /&gt;</w:t>
        <w:br/>
        <w:t>Правду кажуть, що на службі&lt;br /&gt;</w:t>
        <w:br/>
        <w:t>ти не вір ніякій дружбі:&lt;br /&gt;</w:t>
        <w:br/>
        <w:t>все омана, все брехня.&lt;br /&gt;</w:t>
        <w:br/>
        <w:t>Годі нам з любов'ю криться,&lt;br /&gt;</w:t>
        <w:br/>
        <w:t>раз усе відомо пані,&lt;br /&gt;</w:t>
        <w:br/>
        <w:t>бо кому ж, як не Діані,&lt;br /&gt;</w:t>
        <w:br/>
        <w:t>місячних ночей цариці,&lt;br /&gt;</w:t>
        <w:br/>
        <w:t>знати ніжні таємниці?&lt;br /&gt;</w:t>
        <w:br/>
        <w:t>Але все скінчилось мирно:&lt;br /&gt;</w:t>
        <w:br/>
        <w:t>я сама нелицемірно&lt;br /&gt;</w:t>
        <w:br/>
        <w:t>їй призналась, і не каюсь,&lt;br /&gt;</w:t>
        <w:br/>
        <w:t>що з тобою зустрічаюсь,&lt;br /&gt;</w:t>
        <w:br/>
        <w:t>що тебе люблю безмірно.&lt;br /&gt;</w:t>
        <w:br/>
        <w:t>Перед нею я розкрила&lt;br /&gt;</w:t>
        <w:br/>
        <w:t>образ твій на повен зріст:&lt;br /&gt;</w:t>
        <w:br/>
        <w:t>вроду, вдачу, розум, хист,&lt;br /&gt;</w:t>
        <w:br/>
        <w:t>у тобі я все хвалила;&lt;br /&gt;</w:t>
        <w:br/>
        <w:t>і графиня наша мила&lt;br /&gt;</w:t>
        <w:br/>
        <w:t>в гордій величі своїй&lt;br /&gt;</w:t>
        <w:br/>
        <w:t>теж схвалила вибір мій;&lt;br /&gt;</w:t>
        <w:br/>
        <w:t>обіцяла, ніби мати,&lt;br /&gt;</w:t>
        <w:br/>
        <w:t>шлюб наш швидше влаштувати,&lt;br /&gt;</w:t>
        <w:br/>
        <w:t>знавши чесний намір твій.&lt;br /&gt;</w:t>
        <w:br/>
        <w:t>Я боялася спочатку,&lt;br /&gt;</w:t>
        <w:br/>
        <w:t>що за це й тебе, й мене&lt;br /&gt;</w:t>
        <w:br/>
        <w:t>пані з дому прожене,&lt;br /&gt;</w:t>
        <w:br/>
        <w:t>покаравши для порядку&lt;br /&gt;</w:t>
        <w:br/>
        <w:t>інших слуг; та в цім випадку&lt;br /&gt;</w:t>
        <w:br/>
        <w:t>з благородним співчуттям&lt;br /&gt;</w:t>
        <w:br/>
        <w:t>пані щастя зичить нам —&lt;br /&gt;</w:t>
        <w:br/>
        <w:t>от побачиш, нас одружить!&lt;br /&gt;</w:t>
        <w:br/>
        <w:t>О, щасливий той, хто служить&lt;br /&gt;</w:t>
        <w:br/>
        <w:t>благомислячим панам!&lt;br /&gt;</w:t>
        <w:br/>
        <w:t>Т е о д о р о&lt;br /&gt;</w:t>
        <w:br/>
        <w:t>Обіцяла, кажеш, пані&lt;br /&gt;</w:t>
        <w:br/>
        <w:t>одружити нас?&lt;br /&gt;</w:t>
        <w:br/>
        <w:t>М а р ч е л л а&lt;br /&gt;</w:t>
        <w:br/>
        <w:t>Авжеж.&lt;br /&gt;</w:t>
        <w:br/>
        <w:t>Чи ти віри їй не ймеш?&lt;br /&gt;</w:t>
        <w:br/>
        <w:t>Т е о д о р о&lt;br /&gt;</w:t>
        <w:br/>
        <w:t>(набік)&lt;br /&gt;</w:t>
        <w:br/>
        <w:t>Як піддався я омані,&lt;br /&gt;</w:t>
        <w:br/>
        <w:t>ніби пані у коханні&lt;br /&gt;</w:t>
        <w:br/>
        <w:t>признавалася мені?&lt;br /&gt;</w:t>
        <w:br/>
        <w:t>Годі, мабуть, маячні!&lt;br /&gt;</w:t>
        <w:br/>
        <w:t>Щоб таку гірську орлицю&lt;br /&gt;</w:t>
        <w:br/>
        <w:t>на дрібну тягнуло птицю?&lt;br /&gt;</w:t>
        <w:br/>
        <w:t>Мрії дикі і смішні!&lt;br /&gt;</w:t>
        <w:br/>
        <w:t>М а р ч е л л а&lt;br /&gt;</w:t>
        <w:br/>
        <w:t>Що ти мимриш там тихцем?&lt;br /&gt;</w:t>
        <w:br/>
        <w:t>Т е о д о р о&lt;br /&gt;</w:t>
        <w:br/>
        <w:t>Бачиш, пані викликала&lt;br /&gt;</w:t>
        <w:br/>
        <w:t>і мене, та не сказала&lt;br /&gt;</w:t>
        <w:br/>
        <w:t>ані слова, що бігцем&lt;br /&gt;</w:t>
        <w:br/>
        <w:t>і з закутаним лицем&lt;br /&gt;</w:t>
        <w:br/>
        <w:t>вчора я тікав з покоїв.&lt;br /&gt;</w:t>
        <w:br/>
        <w:t>М а р ч е л л а&lt;br /&gt;</w:t>
        <w:br/>
        <w:t>Бо за те, що ти накоїв,&lt;br /&gt;</w:t>
        <w:br/>
        <w:t>хоче страшно покарать —&lt;br /&gt;</w:t>
        <w:br/>
        <w:t>ізо мною обвінчать.&lt;br /&gt;</w:t>
        <w:br/>
        <w:t>Ще один розсудку прояв:&lt;br /&gt;</w:t>
        <w:br/>
        <w:t>чи буває за любов&lt;br /&gt;</w:t>
        <w:br/>
        <w:t>більша кара, як вінчання?&lt;br /&gt;</w:t>
        <w:br/>
        <w:t>Що ти скажеш?&lt;br /&gt;</w:t>
        <w:br/>
        <w:t>Т е о д о р о&lt;br /&gt;</w:t>
        <w:br/>
        <w:t>Без вагання&lt;br /&gt;</w:t>
        <w:br/>
        <w:t>кару я прийнять готов.&lt;br /&gt;</w:t>
        <w:br/>
        <w:t>М а р ч е л л а&lt;br /&gt;</w:t>
        <w:br/>
        <w:t>Правда?&lt;br /&gt;</w:t>
        <w:br/>
        <w:t>Т е о д о р о&lt;br /&gt;</w:t>
        <w:br/>
        <w:t>Знов скажу і знов.&lt;br /&gt;</w:t>
        <w:br/>
        <w:t>М а р ч е л л а&lt;br /&gt;</w:t>
        <w:br/>
        <w:t>Забожись!&lt;br /&gt;</w:t>
        <w:br/>
        <w:t>Т е о д о р о&lt;br /&gt;</w:t>
        <w:br/>
        <w:t>І забожусь!&lt;br /&gt;</w:t>
        <w:br/>
        <w:t>Та обіруч розпишусь&lt;br /&gt;</w:t>
        <w:br/>
        <w:t>я спочатку, ще й печатку,&lt;br /&gt;</w:t>
        <w:br/>
        <w:t>— 48 —&lt;br /&gt;</w:t>
        <w:br/>
        <w:t>дороге моє дівчатко,&lt;br /&gt;</w:t>
        <w:br/>
        <w:t>прикладу до повних уст.&lt;br /&gt;</w:t>
        <w:br/>
        <w:t>ЯВА ДВАДЦЯТА&lt;br /&gt;</w:t>
        <w:br/>
        <w:t>Д і а н а; ті, що й були.&lt;br /&gt;</w:t>
        <w:br/>
        <w:t>Д і а н а&lt;br /&gt;</w:t>
        <w:br/>
        <w:t>Браво! Діло йде на лад.&lt;br /&gt;</w:t>
        <w:br/>
        <w:t>Що ж, нехай, я дуже рада,&lt;br /&gt;</w:t>
        <w:br/>
        <w:t>бачу, що моя наука&lt;br /&gt;</w:t>
        <w:br/>
        <w:t>задаремно не пропала.&lt;br /&gt;</w:t>
        <w:br/>
        <w:t>Не турбуйтесь, не хвилюйтесь.&lt;br /&gt;</w:t>
        <w:br/>
        <w:t>Т е о д о р о&lt;br /&gt;</w:t>
        <w:br/>
        <w:t>Бачите, ласкава пані,&lt;br /&gt;</w:t>
        <w:br/>
        <w:t>я казав оце Марчеллі,&lt;br /&gt;</w:t>
        <w:br/>
        <w:t>як я мучився й карався&lt;br /&gt;</w:t>
        <w:br/>
        <w:t>з учорашньої пригоди,&lt;br /&gt;</w:t>
        <w:br/>
        <w:t>боячися, щоб ви часом&lt;br /&gt;</w:t>
        <w:br/>
        <w:t>не взяли мені за зле&lt;br /&gt;</w:t>
        <w:br/>
        <w:t>потайного женихання,—&lt;br /&gt;</w:t>
        <w:br/>
        <w:t>мало з жалю я не вмер;&lt;br /&gt;</w:t>
        <w:br/>
        <w:t>та коли вона сказала,&lt;br /&gt;</w:t>
        <w:br/>
        <w:t>що ви, з милості своєї,&lt;br /&gt;</w:t>
        <w:br/>
        <w:t>нам дозволили побратись,&lt;br /&gt;</w:t>
        <w:br/>
        <w:t>я обняв її. Вважайте,&lt;br /&gt;</w:t>
        <w:br/>
        <w:t>не вдаюсь я до омани,&lt;br /&gt;</w:t>
        <w:br/>
        <w:t>хоч і міг би відкрутитись,—&lt;br /&gt;</w:t>
        <w:br/>
        <w:t>бо воно таки найкраще&lt;br /&gt;</w:t>
        <w:br/>
        <w:t>говорить розумним людям&lt;br /&gt;</w:t>
        <w:br/>
        <w:t>завше правду, щиру правду.&lt;br /&gt;</w:t>
        <w:br/>
        <w:t>Д і а н а&lt;br /&gt;</w:t>
        <w:br/>
        <w:t>Теодоро, твій учинок&lt;br /&gt;</w:t>
        <w:br/>
        <w:t>заслуговує догани —&lt;br /&gt;</w:t>
        <w:br/>
        <w:t>до шляхетної господи&lt;br /&gt;</w:t>
        <w:br/>
        <w:t>втратив ти чуття поваги;&lt;br /&gt;</w:t>
        <w:br/>
        <w:t>та поблажливість моя&lt;br /&gt;</w:t>
        <w:br/>
        <w:t>не дає обом вам права&lt;br /&gt;</w:t>
        <w:br/>
        <w:t>на зухвалу поведінку,&lt;br /&gt;</w:t>
        <w:br/>
        <w:t>і коли уже кохання&lt;br /&gt;</w:t>
        <w:br/>
        <w:t>переходить в безсоромність,&lt;br /&gt;</w:t>
        <w:br/>
        <w:t>то його чекає кара.&lt;br /&gt;</w:t>
        <w:br/>
        <w:t>Поки ви не одружились,&lt;br /&gt;</w:t>
        <w:br/>
        <w:t>для Марчелли буде краще,&lt;br /&gt;</w:t>
        <w:br/>
        <w:t>як посидить під замком,&lt;br /&gt;</w:t>
        <w:br/>
        <w:t>щоб не бачили у парі&lt;br /&gt;</w:t>
        <w:br/>
        <w:t>вас всі інші челядинці,&lt;br /&gt;</w:t>
        <w:br/>
        <w:t>бо усім дівчатам заміж&lt;br /&gt;</w:t>
        <w:br/>
        <w:t>передчасно закортить...&lt;br /&gt;</w:t>
        <w:br/>
        <w:t>Доротеє!&lt;br /&gt;</w:t>
        <w:br/>
        <w:t>ЯВА ДВАДЦЯТЬ ПЕРША&lt;br /&gt;</w:t>
        <w:br/>
        <w:t>Д о р о т е я; ті, що й були.&lt;br /&gt;</w:t>
        <w:br/>
        <w:t>Д о р о т е я&lt;br /&gt;</w:t>
        <w:br/>
        <w:t>Прошу пані?&lt;br /&gt;</w:t>
        <w:br/>
        <w:t>Д і а н а&lt;br /&gt;</w:t>
        <w:br/>
        <w:t>На, візьми цього ключа&lt;br /&gt;</w:t>
        <w:br/>
        <w:t>і в моїй опочивальні&lt;br /&gt;</w:t>
        <w:br/>
        <w:t>на три дні замкни Марчеллу&lt;br /&gt;</w:t>
        <w:br/>
        <w:t>треба їй попрацювати.&lt;br /&gt;</w:t>
        <w:br/>
        <w:t>(До Марчелли).&lt;br /&gt;</w:t>
        <w:br/>
        <w:t>Ти не думай, що я з серця.&lt;br /&gt;</w:t>
        <w:br/>
        <w:t>Д о р о т е я&lt;br /&gt;</w:t>
        <w:br/>
        <w:t>(До Марчелли)&lt;br /&gt;</w:t>
        <w:br/>
        <w:t>В чому річ?&lt;br /&gt;</w:t>
        <w:br/>
        <w:t>М а р ч е л л а&lt;br /&gt;</w:t>
        <w:br/>
        <w:t>Моя тиранка&lt;br /&gt;</w:t>
        <w:br/>
        <w:t>мстить мені за Теодоро...&lt;br /&gt;</w:t>
        <w:br/>
        <w:t>Доленько моя нещасна,&lt;br /&gt;</w:t>
        <w:br/>
        <w:t>за що ти мене караєш?&lt;br /&gt;</w:t>
        <w:br/>
        <w:t>Д о р о т е я&lt;br /&gt;</w:t>
        <w:br/>
        <w:t>Не помре в тюрмі кохання —&lt;br /&gt;</w:t>
        <w:br/>
        <w:t>відімкне замки ревниві&lt;br /&gt;</w:t>
        <w:br/>
        <w:t>чарівничими ключами.&lt;br /&gt;</w:t>
        <w:br/>
        <w:t>Марчелла і Доротея виходять.&lt;br /&gt;</w:t>
        <w:br/>
        <w:t>ЯВА ДВАДЦЯТЬ ДРУГА&lt;br /&gt;</w:t>
        <w:br/>
        <w:t>Д і а н а, Т е о д о р о.&lt;br /&gt;</w:t>
        <w:br/>
        <w:t>Д і а н а&lt;br /&gt;</w:t>
        <w:br/>
        <w:t>Так ти хочеш оженитись?&lt;br /&gt;</w:t>
        <w:br/>
        <w:t>Т е о д о р о&lt;br /&gt;</w:t>
        <w:br/>
        <w:t>Хочу я, ласкава пані,&lt;br /&gt;</w:t>
        <w:br/>
        <w:t>вам у всьому догодити;&lt;br /&gt;</w:t>
        <w:br/>
        <w:t>та й моя провина, знайте,&lt;br /&gt;</w:t>
        <w:br/>
        <w:t>не така уже й велика.&lt;br /&gt;</w:t>
        <w:br/>
        <w:t>Недарма ж малюють заздрість&lt;br /&gt;</w:t>
        <w:br/>
        <w:t>завжди з жалом скорпіона;&lt;br /&gt;</w:t>
        <w:br/>
        <w:t>якби знав Овідій3 славний,&lt;br /&gt;</w:t>
        <w:br/>
        <w:t>_ що то служба, він би, певно,&lt;br /&gt;</w:t>
        <w:br/>
        <w:t>3 О в і д і й — Публій Овідій Назон (43 р. до н. е.— 17 р. н. е.), знаменитий&lt;br /&gt;</w:t>
        <w:br/>
        <w:t>римський поет, з творів якого в епоху Відродження особливо славилася&lt;br /&gt;</w:t>
        <w:br/>
        <w:t>поема "Перетворення" ("Метаморфози"), де були викладені легенди про&lt;br /&gt;</w:t>
        <w:br/>
        <w:t>чудесне перетворення людей з волі богів у тварин, в рослини, мінерали&lt;br /&gt;</w:t>
        <w:br/>
        <w:t>і т. п. Ця поема служила невичерпним джерелом поетичних порівнянь,&lt;br /&gt;</w:t>
        <w:br/>
        <w:t>метафор, цитат для поетів пізнього Середньовіччя і Відродження, в&lt;br /&gt;</w:t>
        <w:br/>
        <w:t>тому числі і для Лопе де Вега. Перший переклад "Метаморфоз" Овідія&lt;br /&gt;</w:t>
        <w:br/>
        <w:t>на іспанську мову здійснив Франсіско Алегре (переклад надрукований&lt;br /&gt;</w:t>
        <w:br/>
        <w:t>1494 р.).&lt;br /&gt;</w:t>
        <w:br/>
        <w:t>не у хащах непролазних&lt;br /&gt;</w:t>
        <w:br/>
        <w:t>змалював її домівку:&lt;br /&gt;</w:t>
        <w:br/>
        <w:t>скрізь, де служба, там і зависть.&lt;br /&gt;</w:t>
        <w:br/>
        <w:t>Д і а н а&lt;br /&gt;</w:t>
        <w:br/>
        <w:t>То Марчелли ти не любиш?&lt;br /&gt;</w:t>
        <w:br/>
        <w:t>Це брехня?&lt;br /&gt;</w:t>
        <w:br/>
        <w:t>Т е о д о р о&lt;br /&gt;</w:t>
        <w:br/>
        <w:t>Сказавши правду,&lt;br /&gt;</w:t>
        <w:br/>
        <w:t>обійдусь я й без Марчелли.&lt;br /&gt;</w:t>
        <w:br/>
        <w:t>Д і а н а&lt;br /&gt;</w:t>
        <w:br/>
        <w:t>А вона ж сама казала,&lt;br /&gt;</w:t>
        <w:br/>
        <w:t>що ти дух за нею рониш.&lt;br /&gt;</w:t>
        <w:br/>
        <w:t>Т е о д о р о&lt;br /&gt;</w:t>
        <w:br/>
        <w:t>Та воно було б не жалко,&lt;br /&gt;</w:t>
        <w:br/>
        <w:t>тільки, вірите, синьйоро,&lt;br /&gt;</w:t>
        <w:br/>
        <w:t>хоч того Марчелла й варта,&lt;br /&gt;</w:t>
        <w:br/>
        <w:t>щоб її кохали ніжно,—&lt;br /&gt;</w:t>
        <w:br/>
        <w:t>все ж її я не кохаю.&lt;br /&gt;</w:t>
        <w:br/>
        <w:t>Д і а н а&lt;br /&gt;</w:t>
        <w:br/>
        <w:t>Але ж ти звертавсь до неї&lt;br /&gt;</w:t>
        <w:br/>
        <w:t>із любовними речами,&lt;br /&gt;</w:t>
        <w:br/>
        <w:t>що і кращу спокусили б.&lt;br /&gt;</w:t>
        <w:br/>
        <w:t>Т е о д о р о&lt;br /&gt;</w:t>
        <w:br/>
        <w:t>У речах тих правди мало.&lt;br /&gt;</w:t>
        <w:br/>
        <w:t>Д і а н а&lt;br /&gt;</w:t>
        <w:br/>
        <w:t>Ну, а що ж ти там казав їй?&lt;br /&gt;</w:t>
        <w:br/>
        <w:t>Як говорять про кохання&lt;br /&gt;</w:t>
        <w:br/>
        <w:t>кавалери із жінками?&lt;br /&gt;</w:t>
        <w:br/>
        <w:t>— 52 —&lt;br /&gt;</w:t>
        <w:br/>
        <w:t>Т е о д о р о&lt;br /&gt;</w:t>
        <w:br/>
        <w:t>Як? Та так — щоб мати ласку,&lt;br /&gt;</w:t>
        <w:br/>
        <w:t>приплітають сотні брехень&lt;br /&gt;</w:t>
        <w:br/>
        <w:t>до одної ніби правди.&lt;br /&gt;</w:t>
        <w:br/>
        <w:t>Д і а н а&lt;br /&gt;</w:t>
        <w:br/>
        <w:t>А якими ж то словами?&lt;br /&gt;</w:t>
        <w:br/>
        <w:t>Т е о д о р о&lt;br /&gt;</w:t>
        <w:br/>
        <w:t>Пані все те хоче знати?&lt;br /&gt;</w:t>
        <w:br/>
        <w:t>Так, приміром: "Ваші очі&lt;br /&gt;</w:t>
        <w:br/>
        <w:t>випромінюють сіяння,&lt;br /&gt;</w:t>
        <w:br/>
        <w:t>що мої зіниці сліпить".&lt;br /&gt;</w:t>
        <w:br/>
        <w:t>Або так: "Яркі корали&lt;br /&gt;</w:t>
        <w:br/>
        <w:t>й перли ваших уст небесних.&lt;br /&gt;</w:t>
        <w:br/>
        <w:t>Д і а н а&lt;br /&gt;</w:t>
        <w:br/>
        <w:t>Уст небесних?&lt;br /&gt;</w:t>
        <w:br/>
        <w:t>Т е о д о р о&lt;br /&gt;</w:t>
        <w:br/>
        <w:t>А то як же?&lt;br /&gt;</w:t>
        <w:br/>
        <w:t>Це така, синьйоро люба,&lt;br /&gt;</w:t>
        <w:br/>
        <w:t>у закоханих граматка.&lt;br /&gt;</w:t>
        <w:br/>
        <w:t>Д і а н а&lt;br /&gt;</w:t>
        <w:br/>
        <w:t>Ти упав в моїх очах —&lt;br /&gt;</w:t>
        <w:br/>
        <w:t>бачу, в тебе смак поганий;&lt;br /&gt;</w:t>
        <w:br/>
        <w:t>щоб ти знав, твоя Марчелла&lt;br /&gt;</w:t>
        <w:br/>
        <w:t>хоч із себе ніби й гарна,&lt;br /&gt;</w:t>
        <w:br/>
        <w:t>а як зблизька придивитись,&lt;br /&gt;</w:t>
        <w:br/>
        <w:t>неприємні має вади.&lt;br /&gt;</w:t>
        <w:br/>
        <w:t>Я журю її частенько&lt;br /&gt;</w:t>
        <w:br/>
        <w:t>ще й за те, що неохайна...&lt;br /&gt;</w:t>
        <w:br/>
        <w:t>Я не хочу, Теодоро,&lt;br /&gt;</w:t>
        <w:br/>
        <w:t>щоб ти в ній розчарувався,&lt;br /&gt;</w:t>
        <w:br/>
        <w:t>а могла б тобі про неї&lt;br /&gt;</w:t>
        <w:br/>
        <w:t>іще дещо розказати.&lt;br /&gt;</w:t>
        <w:br/>
        <w:t>Та яка вона не є,&lt;br /&gt;</w:t>
        <w:br/>
        <w:t>я тобі бажаю щастя —&lt;br /&gt;</w:t>
        <w:br/>
        <w:t>оженись на ній, як хочеш.&lt;br /&gt;</w:t>
        <w:br/>
        <w:t>Якщо ж справді на коханні&lt;br /&gt;</w:t>
        <w:br/>
        <w:t>розумієшся ти добре,&lt;br /&gt;</w:t>
        <w:br/>
        <w:t>то вділи мені поради —&lt;br /&gt;</w:t>
        <w:br/>
        <w:t>що робити тій знайомій,&lt;br /&gt;</w:t>
        <w:br/>
        <w:t>що страждає, закохавшись&lt;br /&gt;</w:t>
        <w:br/>
        <w:t>у простого чоловіка?&lt;br /&gt;</w:t>
        <w:br/>
        <w:t>Як кохатиме і далі,&lt;br /&gt;</w:t>
        <w:br/>
        <w:t>то свою принизить гідність;&lt;br /&gt;</w:t>
        <w:br/>
        <w:t>як кохати перестане,&lt;br /&gt;</w:t>
        <w:br/>
        <w:t>збожеволіє з розпуки.&lt;br /&gt;</w:t>
        <w:br/>
        <w:t>Але він того не знає&lt;br /&gt;</w:t>
        <w:br/>
        <w:t>і поводиться несміло,&lt;br /&gt;</w:t>
        <w:br/>
        <w:t>хоч розумний аж занадто.&lt;br /&gt;</w:t>
        <w:br/>
        <w:t>Т е о д о р о&lt;br /&gt;</w:t>
        <w:br/>
        <w:t>Не порадник я в цім ділі;&lt;br /&gt;</w:t>
        <w:br/>
        <w:t>що я знаю про кохання?&lt;br /&gt;</w:t>
        <w:br/>
        <w:t>Д і а н а&lt;br /&gt;</w:t>
        <w:br/>
        <w:t>Так не любиш ти Марчелли,&lt;br /&gt;</w:t>
        <w:br/>
        <w:t>не казав їй слів ласкавих?&lt;br /&gt;</w:t>
        <w:br/>
        <w:t>Ой гляди, якби ці двері&lt;br /&gt;</w:t>
        <w:br/>
        <w:t>язики, як слуги, мали,&lt;br /&gt;</w:t>
        <w:br/>
        <w:t>то вони б переказали...&lt;br /&gt;</w:t>
        <w:br/>
        <w:t>Т е о д о р о&lt;br /&gt;</w:t>
        <w:br/>
        <w:t>Щось нудне і нецікаве.&lt;br /&gt;</w:t>
        <w:br/>
        <w:t>Д і а н а&lt;br /&gt;</w:t>
        <w:br/>
        <w:t>А чому ж почервонів ти?&lt;br /&gt;</w:t>
        <w:br/>
        <w:t>Що ти хочеш приховати,&lt;br /&gt;</w:t>
        <w:br/>
        <w:t>те виказує рум'янець.&lt;br /&gt;</w:t>
        <w:br/>
        <w:t>Т е о д о р о&lt;br /&gt;</w:t>
        <w:br/>
        <w:t>То вона навмисне, мабуть,&lt;br /&gt;</w:t>
        <w:br/>
        <w:t>намолола вам дурниць.&lt;br /&gt;</w:t>
        <w:br/>
        <w:t>Раз її за руку взяв я&lt;br /&gt;</w:t>
        <w:br/>
        <w:t>і одразу одпустив;&lt;br /&gt;</w:t>
        <w:br/>
        <w:t>тут же злочину немає?&lt;br /&gt;</w:t>
        <w:br/>
        <w:t>Д і а н а&lt;br /&gt;</w:t>
        <w:br/>
        <w:t>Ні, але ж бувають руки,&lt;br /&gt;</w:t>
        <w:br/>
        <w:t>як хрести,— їх одпускають&lt;br /&gt;</w:t>
        <w:br/>
        <w:t>тільки після цілування.&lt;br /&gt;</w:t>
        <w:br/>
        <w:t>Т е о д о р о&lt;br /&gt;</w:t>
        <w:br/>
        <w:t>Та Марчелла дурнувата...&lt;br /&gt;</w:t>
        <w:br/>
        <w:t>Правда, раз таки дозволив&lt;br /&gt;</w:t>
        <w:br/>
        <w:t>я собі якось припасти&lt;br /&gt;</w:t>
        <w:br/>
        <w:t>до лілей отих і снігу&lt;br /&gt;</w:t>
        <w:br/>
        <w:t>гарячковими устами.&lt;br /&gt;</w:t>
        <w:br/>
        <w:t>Д і а н а&lt;br /&gt;</w:t>
        <w:br/>
        <w:t>Значить, сніг той і лілеї —&lt;br /&gt;</w:t>
        <w:br/>
        <w:t>то для серця ніби пластир?&lt;br /&gt;</w:t>
        <w:br/>
        <w:t>Щось нове у медицині.&lt;br /&gt;</w:t>
        <w:br/>
        <w:t>Ну, яка ж твоя порада?&lt;br /&gt;</w:t>
        <w:br/>
        <w:t>Т е о д о р о&lt;br /&gt;</w:t>
        <w:br/>
        <w:t>Коли так уже судилось&lt;br /&gt;</w:t>
        <w:br/>
        <w:t>тій високородній дамі&lt;br /&gt;</w:t>
        <w:br/>
        <w:t>у простого чоловіка,&lt;br /&gt;</w:t>
        <w:br/>
        <w:t>у нерівню закохатись —&lt;br /&gt;</w:t>
        <w:br/>
        <w:t>хай вона із ним зійдеться&lt;br /&gt;</w:t>
        <w:br/>
        <w:t>тайно, вдавшись до омани,&lt;br /&gt;</w:t>
        <w:br/>
        <w:t>перебравшися за іншу.&lt;br /&gt;</w:t>
        <w:br/>
        <w:t>— 55 —&lt;br /&gt;</w:t>
        <w:br/>
        <w:t>Д і а н а&lt;br /&gt;</w:t>
        <w:br/>
        <w:t>А як він її впізнає?&lt;br /&gt;</w:t>
        <w:br/>
        <w:t>Може, краще його вбити?&lt;br /&gt;</w:t>
        <w:br/>
        <w:t>Т е о д о р о&lt;br /&gt;</w:t>
        <w:br/>
        <w:t>Марк Аврелій4 якось, кажуть,&lt;br /&gt;</w:t>
        <w:br/>
        <w:t>напоїв свою дружину&lt;br /&gt;</w:t>
        <w:br/>
        <w:t>Фаустіну для покари&lt;br /&gt;</w:t>
        <w:br/>
        <w:t>кров'ю гладіатора;&lt;br /&gt;</w:t>
        <w:br/>
        <w:t>та ті звичаї поганські&lt;br /&gt;</w:t>
        <w:br/>
        <w:t>гарні тільки в давнім Римі.&lt;br /&gt;</w:t>
        <w:br/>
        <w:t>Д і а н а&lt;br /&gt;</w:t>
        <w:br/>
        <w:t>Правда, вже нема Торкватів5,&lt;br /&gt;</w:t>
        <w:br/>
        <w:t>і Віргіній6, і Лукрецій7,&lt;br /&gt;</w:t>
        <w:br/>
        <w:t>а колись таки бували&lt;br /&gt;</w:t>
        <w:br/>
        <w:t>Фаустіни, й Мессаліни8,&lt;br /&gt;</w:t>
        <w:br/>
        <w:t>і Поппеї9, й Клеопатри.&lt;br /&gt;</w:t>
        <w:br/>
        <w:t>Напиши про це листа&lt;br /&gt;</w:t>
        <w:br/>
        <w:t>і свої дай міркування.&lt;br /&gt;</w:t>
        <w:br/>
        <w:t>_ До побачення.&lt;br /&gt;</w:t>
        <w:br/>
        <w:t>4 М а р к А в р е л і й — римський імператор (з 161 по 180 р. н. е.), родом&lt;br /&gt;</w:t>
        <w:br/>
        <w:t>з Іспанії, видатний представник філософії стоїцизму.&lt;br /&gt;</w:t>
        <w:br/>
        <w:t>5 Т о р к в а т — Манлій Торкват, римський полководець IV в. до н. е.,&lt;br /&gt;</w:t>
        <w:br/>
        <w:t>відомий своїм крутим норовом. Він наказав скарати на смерть свого сина&lt;br /&gt;</w:t>
        <w:br/>
        <w:t>за те, що той вступив у битву, порушивши його заборону.&lt;br /&gt;</w:t>
        <w:br/>
        <w:t>6 В і р г і н і й — Люцій Віргіній, римський громадянин, який вбив свою&lt;br /&gt;</w:t>
        <w:br/>
        <w:t>дочку Віргінію, скривджену й викрадену аристократом Аппієм Клавдієм.&lt;br /&gt;</w:t>
        <w:br/>
        <w:t>Історія Віргінії послужила сюжетом для трагедії одного з попередників&lt;br /&gt;</w:t>
        <w:br/>
        <w:t>Лопе де Вега іспанського драматурга Хуана де ла Куева (1550? —1610?)&lt;br /&gt;</w:t>
        <w:br/>
        <w:t>"Смерть Віргінії".&lt;br /&gt;</w:t>
        <w:br/>
        <w:t>7 Л у к р е ц і я — дружина римського консула Тарквінія Коллатіна,&lt;br /&gt;</w:t>
        <w:br/>
        <w:t>збезчещена сином царя Тарквінія Гордого Секстом Тарквінієм. Розповівши&lt;br /&gt;</w:t>
        <w:br/>
        <w:t>чоловікові про свою ганьбу і попросивши його відомстити зв себе, вона&lt;br /&gt;</w:t>
        <w:br/>
        <w:t>заподіяла собі смерть. Не раз фігурує в літературі Відродження як зразок&lt;br /&gt;</w:t>
        <w:br/>
        <w:t>жіночої чесноти.&lt;br /&gt;</w:t>
        <w:br/>
        <w:t>8 M e c c a л і на — Валерія Мессаліна, дружина римського імператора&lt;br /&gt;</w:t>
        <w:br/>
        <w:t>Клавдія (царював у 41—54 рр. н. е.), була вкрай розпусною, жадібною і&lt;br /&gt;</w:t>
        <w:br/>
        <w:t>жорстокою. За велінням імператора, наклала на себе руки.&lt;br /&gt;</w:t>
        <w:br/>
        <w:t>9 П о п п е я — Поппея Сабіна, коханка і пізніше дружина імператора&lt;br /&gt;</w:t>
        <w:br/>
        <w:t>Нерона. Розпусна жінка.&lt;br /&gt;</w:t>
        <w:br/>
        <w:t>(Падає).&lt;br /&gt;</w:t>
        <w:br/>
        <w:t>Ох, боже!&lt;br /&gt;</w:t>
        <w:br/>
        <w:t>Що ж ти дивишся? Я впала.&lt;br /&gt;</w:t>
        <w:br/>
        <w:t>Дай же руку.&lt;br /&gt;</w:t>
        <w:br/>
        <w:t>Т е о д о р о&lt;br /&gt;</w:t>
        <w:br/>
        <w:t>Із поваги&lt;br /&gt;</w:t>
        <w:br/>
        <w:t>я руки не смів подати.&lt;br /&gt;</w:t>
        <w:br/>
        <w:t>Д і а н а&lt;br /&gt;</w:t>
        <w:br/>
        <w:t>Через плащ даєш ти руку?&lt;br /&gt;</w:t>
        <w:br/>
        <w:t>Грубість дуже делікатна!&lt;br /&gt;</w:t>
        <w:br/>
        <w:t>Т е о д о р о&lt;br /&gt;</w:t>
        <w:br/>
        <w:t>Вас проводячи до церкви,&lt;br /&gt;</w:t>
        <w:br/>
        <w:t>руку так дає Октавйо.&lt;br /&gt;</w:t>
        <w:br/>
        <w:t>Д і а н а&lt;br /&gt;</w:t>
        <w:br/>
        <w:t>Та її ж я не прошу;&lt;br /&gt;</w:t>
        <w:br/>
        <w:t>та рука вже сім десятків&lt;br /&gt;</w:t>
        <w:br/>
        <w:t>років не рука, не дивно,&lt;br /&gt;</w:t>
        <w:br/>
        <w:t>що її вгортає саван.&lt;br /&gt;</w:t>
        <w:br/>
        <w:t>Щоб того, хто впав, підтримать,&lt;br /&gt;</w:t>
        <w:br/>
        <w:t>руку нічого вгортати;&lt;br /&gt;</w:t>
        <w:br/>
        <w:t>як попав твій друг в засаду,&lt;br /&gt;</w:t>
        <w:br/>
        <w:t>панцир нічого вдягати,—&lt;br /&gt;</w:t>
        <w:br/>
        <w:t>поки прийдеш, його вб'ють.&lt;br /&gt;</w:t>
        <w:br/>
        <w:t>І, крім того, я вважаю,&lt;br /&gt;</w:t>
        <w:br/>
        <w:t>що недобра то манера&lt;br /&gt;</w:t>
        <w:br/>
        <w:t>руку шовком обвивати:&lt;br /&gt;</w:t>
        <w:br/>
        <w:t>як рука і справді чесна,&lt;br /&gt;</w:t>
        <w:br/>
        <w:t>хай обличчя не ховає.&lt;br /&gt;</w:t>
        <w:br/>
        <w:t>Т е о д о р о&lt;br /&gt;</w:t>
        <w:br/>
        <w:t>Я ціную вашу ласку.&lt;br /&gt;</w:t>
        <w:br/>
        <w:t>— 57 —&lt;br /&gt;</w:t>
        <w:br/>
        <w:t>Д і а н а&lt;br /&gt;</w:t>
        <w:br/>
        <w:t>Якби був ти знатній дамі&lt;br /&gt;</w:t>
        <w:br/>
        <w:t>провожатим, їй би руку,&lt;br /&gt;</w:t>
        <w:br/>
        <w:t>як Октавйо, подавав ти.&lt;br /&gt;</w:t>
        <w:br/>
        <w:t>Але ти мій секретар,&lt;br /&gt;</w:t>
        <w:br/>
        <w:t>і тримать в секреті мусиш&lt;br /&gt;</w:t>
        <w:br/>
        <w:t>ти оце моє падіння,&lt;br /&gt;</w:t>
        <w:br/>
        <w:t>коли хочеш сам піднятись.&lt;br /&gt;</w:t>
        <w:br/>
        <w:t>(Виходить).&lt;br /&gt;</w:t>
        <w:br/>
        <w:t>ЯВА ДВАДЦЯТЬ ТРЕТЯ&lt;br /&gt;</w:t>
        <w:br/>
        <w:t>Т е о д о р о сам.&lt;br /&gt;</w:t>
        <w:br/>
        <w:t>Т е о д о р о&lt;br /&gt;</w:t>
        <w:br/>
        <w:t>Невже це так? Чи це мені не сниться?&lt;br /&gt;</w:t>
        <w:br/>
        <w:t>Ні, справді, руку дати попросила,&lt;br /&gt;</w:t>
        <w:br/>
        <w:t>і личко їй рум'янцями скрасила&lt;br /&gt;</w:t>
        <w:br/>
        <w:t>напіврозкрита ніжна таємниця.&lt;br /&gt;</w:t>
        <w:br/>
        <w:t>Невже ж моя сподіванка здійсниться?&lt;br /&gt;</w:t>
        <w:br/>
        <w:t>І вірю я, і вірити несила...&lt;br /&gt;</w:t>
        <w:br/>
        <w:t>Що ж діяти? Віддамся долі сміло —&lt;br /&gt;</w:t>
        <w:br/>
        <w:t>Непевність мусить скоро проясниться.&lt;br /&gt;</w:t>
        <w:br/>
        <w:t>А як Марчелла? Це ж для неї зрада...&lt;br /&gt;</w:t>
        <w:br/>
        <w:t>Жінки на нас надії покладають,&lt;br /&gt;</w:t>
        <w:br/>
        <w:t>а ми... Та ні, з них кожна зміні рада,&lt;br /&gt;</w:t>
        <w:br/>
        <w:t>вони мужчин частіше покидають,&lt;br /&gt;</w:t>
        <w:br/>
        <w:t>аби знайшлась нова якась принада;&lt;br /&gt;</w:t>
        <w:br/>
        <w:t>а коли так — нехай самі страждають!&lt;br /&gt;</w:t>
        <w:br/>
        <w:t>ДІЯ ДРУГА&lt;br /&gt;</w:t>
        <w:br/>
        <w:t>Вулиця.&lt;br /&gt;</w:t>
        <w:br/>
        <w:t>ЯВА ПЕРША&lt;br /&gt;</w:t>
        <w:br/>
        <w:t>Граф Ф е д е р і к о, Л е о н і д о.&lt;br /&gt;</w:t>
        <w:br/>
        <w:t>Ф е д е р і к о&lt;br /&gt;</w:t>
        <w:br/>
        <w:t>Де вона, скажи?&lt;br /&gt;</w:t>
        <w:br/>
        <w:t>Л е о н і д о&lt;br /&gt;</w:t>
        <w:br/>
        <w:t>У храмі.&lt;br /&gt;</w:t>
        <w:br/>
        <w:t>Тут недавно ось пройшла,&lt;br /&gt;</w:t>
        <w:br/>
        <w:t>мов ясна зоря зійшла&lt;br /&gt;</w:t>
        <w:br/>
        <w:t>над квітчастими лугами.&lt;br /&gt;</w:t>
        <w:br/>
        <w:t>Ще хвилинку підождіть,&lt;br /&gt;</w:t>
        <w:br/>
        <w:t>вийде скоро вже Діана;&lt;br /&gt;</w:t>
        <w:br/>
        <w:t>добре знаю капелана —&lt;br /&gt;</w:t>
        <w:br/>
        <w:t>він не звик мирян томить.&lt;br /&gt;</w:t>
        <w:br/>
        <w:t>Ф е д е р і к о&lt;br /&gt;</w:t>
        <w:br/>
        <w:t>Ех, поговорить би з нею...&lt;br /&gt;</w:t>
        <w:br/>
        <w:t>Л е о н і д о&lt;br /&gt;</w:t>
        <w:br/>
        <w:t>Ви ж кузен їй, всім відомо;&lt;br /&gt;</w:t>
        <w:br/>
        <w:t>проведіть її додому.&lt;br /&gt;</w:t>
        <w:br/>
        <w:t>Ф е д е р і к о&lt;br /&gt;</w:t>
        <w:br/>
        <w:t>Їй доводжусь я ріднею,&lt;br /&gt;</w:t>
        <w:br/>
        <w:t>та відколи покохав,&lt;br /&gt;</w:t>
        <w:br/>
        <w:t>став кузен їй підозрілим;&lt;br /&gt;</w:t>
        <w:br/>
        <w:t>ні, раніш таким несмілим&lt;br /&gt;</w:t>
        <w:br/>
        <w:t>я ніколи не бував.&lt;br /&gt;</w:t>
        <w:br/>
        <w:t>Можна вільно йти до дами&lt;br /&gt;</w:t>
        <w:br/>
        <w:t>просто родичам, знайомим,&lt;br /&gt;</w:t>
        <w:br/>
        <w:t>— 59 —&lt;br /&gt;</w:t>
        <w:br/>
        <w:t>не турбуючись прийомом;&lt;br /&gt;</w:t>
        <w:br/>
        <w:t>а полюбиш до нестями,&lt;br /&gt;</w:t>
        <w:br/>
        <w:t>наберешся враз біди:&lt;br /&gt;</w:t>
        <w:br/>
        <w:t>прагнеш зустрічі й страшишся,&lt;br /&gt;</w:t>
        <w:br/>
        <w:t>говорити — й то боїшся,&lt;br /&gt;</w:t>
        <w:br/>
        <w:t>в гості хоч і не ходи.&lt;br /&gt;</w:t>
        <w:br/>
        <w:t>От і в мене в серці ніж,&lt;br /&gt;</w:t>
        <w:br/>
        <w:t>закохався я в кузину&lt;br /&gt;</w:t>
        <w:br/>
        <w:t>і без неї в'яну, гину,&lt;br /&gt;</w:t>
        <w:br/>
        <w:t>та не можу, як раніш,&lt;br /&gt;</w:t>
        <w:br/>
        <w:t>вільно бачитися з нею;&lt;br /&gt;</w:t>
        <w:br/>
        <w:t>втрата ця мені страшна.&lt;br /&gt;</w:t>
        <w:br/>
        <w:t>ЯВА ДРУГА&lt;br /&gt;</w:t>
        <w:br/>
        <w:t>Входять Р і к а р д о й Ч е л і о і спиняються віддалік&lt;br /&gt;</w:t>
        <w:br/>
        <w:t>від Федеріко й Леонідо.&lt;br /&gt;</w:t>
        <w:br/>
        <w:t>Ч е л і о&lt;br /&gt;</w:t>
        <w:br/>
        <w:t>Пішки в церкву йшла вона&lt;br /&gt;</w:t>
        <w:br/>
        <w:t>разом з челяддю своєю.&lt;br /&gt;</w:t>
        <w:br/>
        <w:t>Р і к а р д о&lt;br /&gt;</w:t>
        <w:br/>
        <w:t>Церква близько, й любить пава&lt;br /&gt;</w:t>
        <w:br/>
        <w:t>показать свою ходу —&lt;br /&gt;</w:t>
        <w:br/>
        <w:t>хоче бути на виду.&lt;br /&gt;</w:t>
        <w:br/>
        <w:t>Ч е л і о&lt;br /&gt;</w:t>
        <w:br/>
        <w:t>Як уранці величаво&lt;br /&gt;</w:t>
        <w:br/>
        <w:t>в променистім ореолі&lt;br /&gt;</w:t>
        <w:br/>
        <w:t>злотосяйне сонце сходить,&lt;br /&gt;</w:t>
        <w:br/>
        <w:t>білі баранці золотить,&lt;br /&gt;</w:t>
        <w:br/>
        <w:t>що пасуться в синім полі&lt;br /&gt;</w:t>
        <w:br/>
        <w:t>(так писав один піїт&lt;br /&gt;</w:t>
        <w:br/>
        <w:t>про рожеві ранні хмари),—&lt;br /&gt;</w:t>
        <w:br/>
        <w:t>так свої являє чари&lt;br /&gt;</w:t>
        <w:br/>
        <w:t>і дивує ними світ&lt;br /&gt;</w:t>
        <w:br/>
        <w:t>ця божественна Діана,&lt;br /&gt;</w:t>
        <w:br/>
        <w:t>ця графиня де Бельфлор.&lt;br /&gt;</w:t>
        <w:br/>
        <w:t>Р і к а р д о&lt;br /&gt;</w:t>
        <w:br/>
        <w:t>Добре сплів ти слів узор,&lt;br /&gt;</w:t>
        <w:br/>
        <w:t>їй така і личить шана.&lt;br /&gt;</w:t>
        <w:br/>
        <w:t>Пролягає сонця путь&lt;br /&gt;</w:t>
        <w:br/>
        <w:t>мимо знаків зодіаку,10&lt;br /&gt;</w:t>
        <w:br/>
        <w:t>що честять його всіляко&lt;br /&gt;</w:t>
        <w:br/>
        <w:t>і його жагуче ждуть.&lt;br /&gt;</w:t>
        <w:br/>
        <w:t>Бачиш, онде Федеріко&lt;br /&gt;</w:t>
        <w:br/>
        <w:t>теж чекає промінця.&lt;br /&gt;</w:t>
        <w:br/>
        <w:t>Ч е л і о&lt;br /&gt;</w:t>
        <w:br/>
        <w:t>Чи на того ж баранця&lt;br /&gt;</w:t>
        <w:br/>
        <w:t>гляне сонце сяйнолике?&lt;br /&gt;</w:t>
        <w:br/>
        <w:t>Р і к а р д о&lt;br /&gt;</w:t>
        <w:br/>
        <w:t>Він же родич, може й так,&lt;br /&gt;</w:t>
        <w:br/>
        <w:t>та й прийшов сюди раніше,&lt;br /&gt;</w:t>
        <w:br/>
        <w:t>ну, а я з'явивсь пізніше:&lt;br /&gt;</w:t>
        <w:br/>
        <w:t>лев нехай мій буде знак11.&lt;br /&gt;</w:t>
        <w:br/>
        <w:t>Ф е д е р і к о&lt;br /&gt;</w:t>
        <w:br/>
        <w:t>То Рікардо?&lt;br /&gt;</w:t>
        <w:br/>
        <w:t>Л е о н і д о&lt;br /&gt;</w:t>
        <w:br/>
        <w:t>_ Так, маркіз.&lt;br /&gt;</w:t>
        <w:br/>
        <w:t>10 Знаки зодіаку — позначення місяців року за видимим рухом сонця&lt;br /&gt;</w:t>
        <w:br/>
        <w:t>відносно сузір'їв. Назва "зодіак" походить від того, що більшість з його&lt;br /&gt;</w:t>
        <w:br/>
        <w:t>сузір'їв, як вважають, названо було давніми халдеями і єгиптянами ім'ям&lt;br /&gt;</w:t>
        <w:br/>
        <w:t>тварин.&lt;br /&gt;</w:t>
        <w:br/>
        <w:t>11 Знак лева — сузір'я Лева; знак зодіаку тут відповідає місяцю липню.&lt;br /&gt;</w:t>
        <w:br/>
        <w:t>— 61 —&lt;br /&gt;</w:t>
        <w:br/>
        <w:t>Ф е д е р і к о&lt;br /&gt;</w:t>
        <w:br/>
        <w:t>Це нікого не здивує,&lt;br /&gt;</w:t>
        <w:br/>
        <w:t>що і він отут вартує.&lt;br /&gt;</w:t>
        <w:br/>
        <w:t>Л е о н і д о&lt;br /&gt;</w:t>
        <w:br/>
        <w:t>Він вродливий, як Наркіс.&lt;br /&gt;</w:t>
        <w:br/>
        <w:t>Ф е д е р і к о&lt;br /&gt;</w:t>
        <w:br/>
        <w:t>Так сказав ти, Леонідо,&lt;br /&gt;</w:t>
        <w:br/>
        <w:t>мов ревнуєш, не інакше.&lt;br /&gt;</w:t>
        <w:br/>
        <w:t>Л е о н і д о&lt;br /&gt;</w:t>
        <w:br/>
        <w:t>Ви ревнуєте?&lt;br /&gt;</w:t>
        <w:br/>
        <w:t>Ф е д е р і к о&lt;br /&gt;</w:t>
        <w:br/>
        <w:t>Аякже!&lt;br /&gt;</w:t>
        <w:br/>
        <w:t>Він вродливий — дітись ніде.&lt;br /&gt;</w:t>
        <w:br/>
        <w:t>Л е о н і д о&lt;br /&gt;</w:t>
        <w:br/>
        <w:t>Та вона ж його не любить,&lt;br /&gt;</w:t>
        <w:br/>
        <w:t>недоречна ваша ревність.&lt;br /&gt;</w:t>
        <w:br/>
        <w:t>Ф е д е р і к о&lt;br /&gt;</w:t>
        <w:br/>
        <w:t>Звідки в тебе тая певність?&lt;br /&gt;</w:t>
        <w:br/>
        <w:t>Л е о н і д о&lt;br /&gt;</w:t>
        <w:br/>
        <w:t>Ця красуня всіх вас губить,&lt;br /&gt;</w:t>
        <w:br/>
        <w:t>бо байдужа і гордлива,&lt;br /&gt;</w:t>
        <w:br/>
        <w:t>і нікого їй не шкода.&lt;br /&gt;</w:t>
        <w:br/>
        <w:t>Ф е д е р і к о&lt;br /&gt;</w:t>
        <w:br/>
        <w:t>Гордовита завжди врода.&lt;br /&gt;</w:t>
        <w:br/>
        <w:t>Л е о н і д о&lt;br /&gt;</w:t>
        <w:br/>
        <w:t>Та жорстокість невродлива.&lt;br /&gt;</w:t>
        <w:br/>
        <w:t>— 62 —&lt;br /&gt;</w:t>
        <w:br/>
        <w:t>Ч е л і о&lt;br /&gt;</w:t>
        <w:br/>
        <w:t>Вже іде.&lt;br /&gt;</w:t>
        <w:br/>
        <w:t>Р і к а р д о&lt;br /&gt;</w:t>
        <w:br/>
        <w:t>Мов світ світає.&lt;br /&gt;</w:t>
        <w:br/>
        <w:t>Ч е л і о&lt;br /&gt;</w:t>
        <w:br/>
        <w:t>Ви підійдете, синьйоре?&lt;br /&gt;</w:t>
        <w:br/>
        <w:t>Р і к а р д о&lt;br /&gt;</w:t>
        <w:br/>
        <w:t>Підійду, але, на горе,&lt;br /&gt;</w:t>
        <w:br/>
        <w:t>мій суперник теж чекає.&lt;br /&gt;</w:t>
        <w:br/>
        <w:t>ЯВА ТРЕТЯ&lt;br /&gt;</w:t>
        <w:br/>
        <w:t>Д і а н а, О к т а в і о, Ф а б і о, за ними М а р ч е л л а,&lt;br /&gt;</w:t>
        <w:br/>
        <w:t>Д о р о т е я та А н а р д а, в накидках; ті, що й були.&lt;br /&gt;</w:t>
        <w:br/>
        <w:t>Ф е д е р і к о&lt;br /&gt;</w:t>
        <w:br/>
        <w:t>(Діані)&lt;br /&gt;</w:t>
        <w:br/>
        <w:t>Я тут чекав, в надії вас зустріти.&lt;br /&gt;</w:t>
        <w:br/>
        <w:t>Д і а н а&lt;br /&gt;</w:t>
        <w:br/>
        <w:t>Мені приємно бачити вас, графе.&lt;br /&gt;</w:t>
        <w:br/>
        <w:t>Р і к а р д о&lt;br /&gt;</w:t>
        <w:br/>
        <w:t>І я, синьйоро, виглядаю вас,&lt;br /&gt;</w:t>
        <w:br/>
        <w:t>я повсякчас до послуг вам готовий.&lt;br /&gt;</w:t>
        <w:br/>
        <w:t>Д і а н а&lt;br /&gt;</w:t>
        <w:br/>
        <w:t>Я дуже рада, дорогий маркізе,&lt;br /&gt;</w:t>
        <w:br/>
        <w:t>спасибі вам.&lt;br /&gt;</w:t>
        <w:br/>
        <w:t>Р і к а р д о&lt;br /&gt;</w:t>
        <w:br/>
        <w:t>Царице мого серця,&lt;br /&gt;</w:t>
        <w:br/>
        <w:t>я вам до гробу відданий.&lt;br /&gt;</w:t>
        <w:br/>
        <w:t>Ф е д е р і к о&lt;br /&gt;</w:t>
        <w:br/>
        <w:t>(до Леонідо)&lt;br /&gt;</w:t>
        <w:br/>
        <w:t>Здається,&lt;br /&gt;</w:t>
        <w:br/>
        <w:t>не бачити мені від неї ласки...&lt;br /&gt;</w:t>
        <w:br/>
        <w:t>Л е о н і д о&lt;br /&gt;</w:t>
        <w:br/>
        <w:t>Сміліше, пане, дійте без опаски!&lt;br /&gt;</w:t>
        <w:br/>
        <w:t>Ф е д е р і к о&lt;br /&gt;</w:t>
        <w:br/>
        <w:t>Ні, Леонідо, марна ця порада:&lt;br /&gt;</w:t>
        <w:br/>
        <w:t>я бачу вже — вона мені не рада.&lt;br /&gt;</w:t>
        <w:br/>
        <w:t>Виходять.&lt;br /&gt;</w:t>
        <w:br/>
        <w:t>ЯВА ЧЕТВЕРТА&lt;br /&gt;</w:t>
        <w:br/>
        <w:t>Зал у графининому палаці.&lt;br /&gt;</w:t>
        <w:br/>
        <w:t>Т е о д о р о сам.&lt;br /&gt;</w:t>
        <w:br/>
        <w:t>Т е о д о р о&lt;br /&gt;</w:t>
        <w:br/>
        <w:t>О моя безумна мріє,&lt;br /&gt;</w:t>
        <w:br/>
        <w:t>линеш ти крилато ввись...&lt;br /&gt;</w:t>
        <w:br/>
        <w:t>Зупинися, зупинись!&lt;br /&gt;</w:t>
        <w:br/>
        <w:t>Я дивлюсь, і серце мліє:&lt;br /&gt;</w:t>
        <w:br/>
        <w:t>вітерець тебе розвіє...&lt;br /&gt;</w:t>
        <w:br/>
        <w:t>Чи досяжна та мета?&lt;br /&gt;</w:t>
        <w:br/>
        <w:t>Що ти скажеш, золота?&lt;br /&gt;</w:t>
        <w:br/>
        <w:t>Може, брати те, що близько,&lt;br /&gt;</w:t>
        <w:br/>
        <w:t>щоб не впав, буває, низько&lt;br /&gt;</w:t>
        <w:br/>
        <w:t>той, хто високо літа?&lt;br /&gt;</w:t>
        <w:br/>
        <w:t>Я тебе не винувачу,&lt;br /&gt;</w:t>
        <w:br/>
        <w:t>мріє гордая моя,&lt;br /&gt;</w:t>
        <w:br/>
        <w:t>— 64 —&lt;br /&gt;</w:t>
        <w:br/>
        <w:t>хоч би й сталося, що я&lt;br /&gt;</w:t>
        <w:br/>
        <w:t>через тебе все утрачу.&lt;br /&gt;</w:t>
        <w:br/>
        <w:t>Ти закохана, я бачу,&lt;br /&gt;</w:t>
        <w:br/>
        <w:t>цьому чудові я рад,&lt;br /&gt;</w:t>
        <w:br/>
        <w:t>та чи буде з того лад?&lt;br /&gt;</w:t>
        <w:br/>
        <w:t>Коли ні — скажи сіромі,&lt;br /&gt;</w:t>
        <w:br/>
        <w:t>хай не ставить на соломі&lt;br /&gt;</w:t>
        <w:br/>
        <w:t>діамантових палат.&lt;br /&gt;</w:t>
        <w:br/>
        <w:t>Якщо я впаду в біду,&lt;br /&gt;</w:t>
        <w:br/>
        <w:t>будем винні ми обоє;&lt;br /&gt;</w:t>
        <w:br/>
        <w:t>що ж нам діяти з тобою?&lt;br /&gt;</w:t>
        <w:br/>
        <w:t>Сміло я вперед піду,&lt;br /&gt;</w:t>
        <w:br/>
        <w:t>згину в тебе на виду,&lt;br /&gt;</w:t>
        <w:br/>
        <w:t>і мені не скажеш ти,&lt;br /&gt;</w:t>
        <w:br/>
        <w:t>що боюсь я висоти,&lt;br /&gt;</w:t>
        <w:br/>
        <w:t>що негідний я кохання,&lt;br /&gt;</w:t>
        <w:br/>
        <w:t>що не рвуся без вагання&lt;br /&gt;</w:t>
        <w:br/>
        <w:t>до жаданої мети.&lt;br /&gt;</w:t>
        <w:br/>
        <w:t>Той, на кого нападуть,&lt;br /&gt;</w:t>
        <w:br/>
        <w:t>має право одбиватись;&lt;br /&gt;</w:t>
        <w:br/>
        <w:t>наше гасло: не здаватись,&lt;br /&gt;</w:t>
        <w:br/>
        <w:t>зневажати долі лють&lt;br /&gt;</w:t>
        <w:br/>
        <w:t>і свою верстати путь.&lt;br /&gt;</w:t>
        <w:br/>
        <w:t>Як недолі не зупиним,&lt;br /&gt;</w:t>
        <w:br/>
        <w:t>то обоє ми загинем:&lt;br /&gt;</w:t>
        <w:br/>
        <w:t>ти — за гордий свій політ,&lt;br /&gt;</w:t>
        <w:br/>
        <w:t>я — за те, що рвався вслід,&lt;br /&gt;</w:t>
        <w:br/>
        <w:t>льотом зваблений орлиним.&lt;br /&gt;</w:t>
        <w:br/>
        <w:t>Так лети ж, безстрашна мріє,&lt;br /&gt;</w:t>
        <w:br/>
        <w:t>линь на зло усім смертям!&lt;br /&gt;</w:t>
        <w:br/>
        <w:t>Важмо сміливо життям&lt;br /&gt;</w:t>
        <w:br/>
        <w:t>за мету, що серце гріє,&lt;br /&gt;</w:t>
        <w:br/>
        <w:t>що веселкою яскріє!&lt;br /&gt;</w:t>
        <w:br/>
        <w:t>Линьмо разом навмання,&lt;br /&gt;</w:t>
        <w:br/>
        <w:t>хай ніщо нас не спиня,&lt;br /&gt;</w:t>
        <w:br/>
        <w:t>а судилося пропасти —&lt;br /&gt;</w:t>
        <w:br/>
        <w:t>будь, що буде! Як упасти,&lt;br /&gt;</w:t>
        <w:br/>
        <w:t>то вже з доброго коня!&lt;br /&gt;</w:t>
        <w:br/>
        <w:t>ЯВА П'ЯТА&lt;br /&gt;</w:t>
        <w:br/>
        <w:t>Т р і с т а н, Т е о д о р о.&lt;br /&gt;</w:t>
        <w:br/>
        <w:t>Т р і с т а н&lt;br /&gt;</w:t>
        <w:br/>
        <w:t>Вам послання шле Марчелла.&lt;br /&gt;</w:t>
        <w:br/>
        <w:t>Ледве вийшла із в'язниці —&lt;br /&gt;</w:t>
        <w:br/>
        <w:t>прагне з вами знов зустріться&lt;br /&gt;</w:t>
        <w:br/>
        <w:t>ваша вірна наречена.&lt;br /&gt;</w:t>
        <w:br/>
        <w:t>Я вручу листа без плати...&lt;br /&gt;</w:t>
        <w:br/>
        <w:t>Чи, злетівши в емпіреї,&lt;br /&gt;</w:t>
        <w:br/>
        <w:t>ви забули вже про неї,&lt;br /&gt;</w:t>
        <w:br/>
        <w:t>не бажаєте і знати?&lt;br /&gt;</w:t>
        <w:br/>
        <w:t>Це вже звичаї суворі,&lt;br /&gt;</w:t>
        <w:br/>
        <w:t>ніби справді при дворі:&lt;br /&gt;</w:t>
        <w:br/>
        <w:t>хто, як кажуть, угорі,&lt;br /&gt;</w:t>
        <w:br/>
        <w:t>хто, як ви от, у фаворі,&lt;br /&gt;</w:t>
        <w:br/>
        <w:t>в того завжди під дверми&lt;br /&gt;</w:t>
        <w:br/>
        <w:t>повно люду, так і суне;&lt;br /&gt;</w:t>
        <w:br/>
        <w:t>а одвернеться Фортуна12 —&lt;br /&gt;</w:t>
        <w:br/>
        <w:t>всяк тіка, мов од чуми.&lt;br /&gt;</w:t>
        <w:br/>
        <w:t>Щоб зарази не було,&lt;br /&gt;</w:t>
        <w:br/>
        <w:t>може, лист побризкать оцтом?&lt;br /&gt;</w:t>
        <w:br/>
        <w:t>Т е о д о р о&lt;br /&gt;</w:t>
        <w:br/>
        <w:t>Ну тебе з твоїм юродством!&lt;br /&gt;</w:t>
        <w:br/>
        <w:t>Дай його сюди, мурло,&lt;br /&gt;</w:t>
        <w:br/>
        <w:t>хоч заразні в тебе руки.&lt;br /&gt;</w:t>
        <w:br/>
        <w:t>_ Ну і ну!&lt;br /&gt;</w:t>
        <w:br/>
        <w:t>12 Ф о р т у н а — богиня випадку і долі (ант. міф.), доля, випадок, удача.&lt;br /&gt;</w:t>
        <w:br/>
        <w:t>Символом Фортуни було колесо, що вічно крутиться. В своїй репліці граф&lt;br /&gt;</w:t>
        <w:br/>
        <w:t>Людовіко, щоб продовжити собі щастя, просить Фортуну зупинити колесо&lt;br /&gt;</w:t>
        <w:br/>
        <w:t>долі.&lt;br /&gt;</w:t>
        <w:br/>
        <w:t>(Читає).&lt;br /&gt;</w:t>
        <w:br/>
        <w:t>"Моєму мужу&lt;br /&gt;</w:t>
        <w:br/>
        <w:t>Теодоро". Мужу? Дуже&lt;br /&gt;</w:t>
        <w:br/>
        <w:t>ти швидка на ції штуки!&lt;br /&gt;</w:t>
        <w:br/>
        <w:t>От дурна!&lt;br /&gt;</w:t>
        <w:br/>
        <w:t>Т р і с т а н&lt;br /&gt;</w:t>
        <w:br/>
        <w:t>Авжеж, дурна.&lt;br /&gt;</w:t>
        <w:br/>
        <w:t>Т е о д о р о&lt;br /&gt;</w:t>
        <w:br/>
        <w:t>З висоти мого польоту&lt;br /&gt;</w:t>
        <w:br/>
        <w:t>на таку дрібну істоту&lt;br /&gt;</w:t>
        <w:br/>
        <w:t>я й не гляну, річ ясна.&lt;br /&gt;</w:t>
        <w:br/>
        <w:t>Т р і с т а н&lt;br /&gt;</w:t>
        <w:br/>
        <w:t>Бач, доп'явсь уже до неба&lt;br /&gt;</w:t>
        <w:br/>
        <w:t>гордий красень Ганімед!&lt;br /&gt;</w:t>
        <w:br/>
        <w:t>Будь ти й найсолодший мед,&lt;br /&gt;</w:t>
        <w:br/>
        <w:t>зневажати мух не треба.&lt;br /&gt;</w:t>
        <w:br/>
        <w:t>Ще учора, не секрет,&lt;br /&gt;</w:t>
        <w:br/>
        <w:t>в вас була Марчелла пташка,&lt;br /&gt;</w:t>
        <w:br/>
        <w:t>а тепер уже комашка.&lt;br /&gt;</w:t>
        <w:br/>
        <w:t>Т е о д о р о&lt;br /&gt;</w:t>
        <w:br/>
        <w:t>Спрямувавши смілий лет&lt;br /&gt;</w:t>
        <w:br/>
        <w:t>аж до сонця золотого,&lt;br /&gt;</w:t>
        <w:br/>
        <w:t>я дивуюсь взагалі,&lt;br /&gt;</w:t>
        <w:br/>
        <w:t>як щось бачу на землі.&lt;br /&gt;</w:t>
        <w:br/>
        <w:t>Т р і с т а н&lt;br /&gt;</w:t>
        <w:br/>
        <w:t>Сперечатись ні до чого.&lt;br /&gt;</w:t>
        <w:br/>
        <w:t>Що ж з листом робити?&lt;br /&gt;</w:t>
        <w:br/>
        <w:t>Т е о д о р о&lt;br /&gt;</w:t>
        <w:br/>
        <w:t>Знищу&lt;br /&gt;</w:t>
        <w:br/>
        <w:t>(Рве листа).&lt;br /&gt;</w:t>
        <w:br/>
        <w:t>— 67 —&lt;br /&gt;</w:t>
        <w:br/>
        <w:t>Т р і с т а н&lt;br /&gt;</w:t>
        <w:br/>
        <w:t>Ви порвали?&lt;br /&gt;</w:t>
        <w:br/>
        <w:t>Т е о д о р о&lt;br /&gt;</w:t>
        <w:br/>
        <w:t>Так, порвав.&lt;br /&gt;</w:t>
        <w:br/>
        <w:t>Т р і с т а н&lt;br /&gt;</w:t>
        <w:br/>
        <w:t>Нащо?&lt;br /&gt;</w:t>
        <w:br/>
        <w:t>Т е о д о р о&lt;br /&gt;</w:t>
        <w:br/>
        <w:t>Відповідь я дав&lt;br /&gt;</w:t>
        <w:br/>
        <w:t>найкоротшу і найшвидшу.&lt;br /&gt;</w:t>
        <w:br/>
        <w:t>Т р і с т а н&lt;br /&gt;</w:t>
        <w:br/>
        <w:t>Ви жорстокі в ділі й слові.&lt;br /&gt;</w:t>
        <w:br/>
        <w:t>Т е о д о р о&lt;br /&gt;</w:t>
        <w:br/>
        <w:t>Я змінивсь за ці два дні.&lt;br /&gt;</w:t>
        <w:br/>
        <w:t>Т р і с т а н&lt;br /&gt;</w:t>
        <w:br/>
        <w:t>Ох, коханці навісні,&lt;br /&gt;</w:t>
        <w:br/>
        <w:t>ви — аптекарі в любові!&lt;br /&gt;</w:t>
        <w:br/>
        <w:t>Ви нанизуєте вряд&lt;br /&gt;</w:t>
        <w:br/>
        <w:t>ті листи, немов рецепти:&lt;br /&gt;</w:t>
        <w:br/>
        <w:t>recipe13 (прийняти себто)&lt;br /&gt;</w:t>
        <w:br/>
        <w:t>заздрощів палючий яд&lt;br /&gt;</w:t>
        <w:br/>
        <w:t>і фіалковий настій;&lt;br /&gt;</w:t>
        <w:br/>
        <w:t>recipe, як став ти хворим,&lt;br /&gt;</w:t>
        <w:br/>
        <w:t>ще й квасентус бурякорум,—&lt;br /&gt;</w:t>
        <w:br/>
        <w:t>заспокійливий напій.&lt;br /&gt;</w:t>
        <w:br/>
        <w:t>Recipe розлуку-злюку&lt;br /&gt;</w:t>
        <w:br/>
        <w:t>й чайну ложку забуття;&lt;br /&gt;</w:t>
        <w:br/>
        <w:t>помагав це пиття&lt;br /&gt;</w:t>
        <w:br/>
        <w:t>вгамувати серця муку.&lt;br /&gt;</w:t>
        <w:br/>
        <w:t>_ Recipe законний шлюб,&lt;br /&gt;</w:t>
        <w:br/>
        <w:t>13 Recipe (лат.) — прийми (медичний термін, який вживається, коли&lt;br /&gt;</w:t>
        <w:br/>
        <w:t>приписують ліки).&lt;br /&gt;</w:t>
        <w:br/>
        <w:t>солоденьку цю тинктуру,&lt;br /&gt;</w:t>
        <w:br/>
        <w:t>щоб полегшити натуру&lt;br /&gt;</w:t>
        <w:br/>
        <w:t>і смагу прогнати з губ.&lt;br /&gt;</w:t>
        <w:br/>
        <w:t>Recipe небесний Signum14&lt;br /&gt;</w:t>
        <w:br/>
        <w:t>Козерогіус — зане,&lt;br /&gt;</w:t>
        <w:br/>
        <w:t>пацієнта mors15 морсне,&lt;br /&gt;</w:t>
        <w:br/>
        <w:t>як із ліками не встигнем.&lt;br /&gt;</w:t>
        <w:br/>
        <w:t>Recipe плаття й капоти,&lt;br /&gt;</w:t>
        <w:br/>
        <w:t>гроші всі віддай купцю,&lt;br /&gt;</w:t>
        <w:br/>
        <w:t>дві таблетки гаманцю,&lt;br /&gt;</w:t>
        <w:br/>
        <w:t>щоб не хворів на сухоти.&lt;br /&gt;</w:t>
        <w:br/>
        <w:t>Цілий рік рецепти ці&lt;br /&gt;</w:t>
        <w:br/>
        <w:t>зберігаються звичайно;&lt;br /&gt;</w:t>
        <w:br/>
        <w:t>як оплатять їх, негайно&lt;br /&gt;</w:t>
        <w:br/>
        <w:t>рвуть на клапті папірці,&lt;br /&gt;</w:t>
        <w:br/>
        <w:t>чи живе слабий, чи вмер...&lt;br /&gt;</w:t>
        <w:br/>
        <w:t>Підвели і ви ту риску&lt;br /&gt;</w:t>
        <w:br/>
        <w:t>і подерли цю записку,—&lt;br /&gt;</w:t>
        <w:br/>
        <w:t>не до неї вам тепер.&lt;br /&gt;</w:t>
        <w:br/>
        <w:t>Т е о д о р о&lt;br /&gt;</w:t>
        <w:br/>
        <w:t>Видно, добре випив ти,&lt;br /&gt;</w:t>
        <w:br/>
        <w:t>що поводишся так сміло.&lt;br /&gt;</w:t>
        <w:br/>
        <w:t>Т р і с т а н&lt;br /&gt;</w:t>
        <w:br/>
        <w:t>Ні, це вас, мабуть, сп'янило&lt;br /&gt;</w:t>
        <w:br/>
        <w:t>прагнення до висоти.&lt;br /&gt;</w:t>
        <w:br/>
        <w:t>Т е о д о р о&lt;br /&gt;</w:t>
        <w:br/>
        <w:t>Кожен мусить мати долю,&lt;br /&gt;</w:t>
        <w:br/>
        <w:t>але справді долю мав&lt;br /&gt;</w:t>
        <w:br/>
        <w:t>тільки той, хто розпізнав&lt;br /&gt;</w:t>
        <w:br/>
        <w:t>в добрий час її сваволю.&lt;br /&gt;</w:t>
        <w:br/>
        <w:t>Або згину, або стану&lt;br /&gt;</w:t>
        <w:br/>
        <w:t>_ скоро графом, де Бельфлор.&lt;br /&gt;</w:t>
        <w:br/>
        <w:t>Signum (лат.) — знак.&lt;br /&gt;</w:t>
        <w:br/>
        <w:t>Mors (лат.) — смерть.&lt;br /&gt;</w:t>
        <w:br/>
        <w:t>Т р і с т а н&lt;br /&gt;</w:t>
        <w:br/>
        <w:t>Жив колись один синьйор,&lt;br /&gt;</w:t>
        <w:br/>
        <w:t>Цезар Борджіа16, мій пане,&lt;br /&gt;</w:t>
        <w:br/>
        <w:t>і у нього був девіз:&lt;br /&gt;</w:t>
        <w:br/>
        <w:t>"Цезар чи ніщо"; та скоро&lt;br /&gt;</w:t>
        <w:br/>
        <w:t>гордовитого синьйора&lt;br /&gt;</w:t>
        <w:br/>
        <w:t>віз чорт зна куди завіз.&lt;br /&gt;</w:t>
        <w:br/>
        <w:t>Хтось про нього написав:&lt;br /&gt;</w:t>
        <w:br/>
        <w:t>"Твій девіз відомий всім —&lt;br /&gt;</w:t>
        <w:br/>
        <w:t>був ти Цезар, став нічим,&lt;br /&gt;</w:t>
        <w:br/>
        <w:t>був ти паном і пропав".&lt;br /&gt;</w:t>
        <w:br/>
        <w:t>Т е о д о р о&lt;br /&gt;</w:t>
        <w:br/>
        <w:t>Я рішивсь без вороття,&lt;br /&gt;</w:t>
        <w:br/>
        <w:t>хай тепер рішав доля —&lt;br /&gt;</w:t>
        <w:br/>
        <w:t>так чи так!&lt;br /&gt;</w:t>
        <w:br/>
        <w:t>ЯВА ШОСТА&lt;br /&gt;</w:t>
        <w:br/>
        <w:t>Входять М а р ч е л л а і Д о р о т е я; вони не відразу&lt;br /&gt;</w:t>
        <w:br/>
        <w:t>помічають Теодоро та Трістана.&lt;br /&gt;</w:t>
        <w:br/>
        <w:t>Д о р о т е я&lt;br /&gt;</w:t>
        <w:br/>
        <w:t>Твоя недоля&lt;br /&gt;</w:t>
        <w:br/>
        <w:t>найщиріше співчуття&lt;br /&gt;</w:t>
        <w:br/>
        <w:t>з-поміж челяді всієї&lt;br /&gt;</w:t>
        <w:br/>
        <w:t>саме в мене виклика.&lt;br /&gt;</w:t>
        <w:br/>
        <w:t>М а р ч е л л а&lt;br /&gt;</w:t>
        <w:br/>
        <w:t>Завжди ти була чутка,&lt;br /&gt;</w:t>
        <w:br/>
        <w:t>моя люба Доротеє,&lt;br /&gt;</w:t>
        <w:br/>
        <w:t>та ще більше нас здружила&lt;br /&gt;</w:t>
        <w:br/>
        <w:t>_ ця неволя навісна;&lt;br /&gt;</w:t>
        <w:br/>
        <w:t>16 Ц е з а р Б о р д ж і а — герцог і кардинал, представник одної з&lt;br /&gt;</w:t>
        <w:br/>
        <w:t>найзнатніших римських родин, син папи Олександра VI, підступний&lt;br /&gt;</w:t>
        <w:br/>
        <w:t>політик, що вчинив цілу низку підлих злочинів. Помер 1507 р.&lt;br /&gt;</w:t>
        <w:br/>
        <w:t>дружба в нас тепер міцна,&lt;br /&gt;</w:t>
        <w:br/>
        <w:t>розірвать її несила.&lt;br /&gt;</w:t>
        <w:br/>
        <w:t>Тільки ж бісової тіні&lt;br /&gt;</w:t>
        <w:br/>
        <w:t>та Анарда, що сама&lt;br /&gt;</w:t>
        <w:br/>
        <w:t>любить Фабйо без ума,&lt;br /&gt;</w:t>
        <w:br/>
        <w:t>продала-таки графині&lt;br /&gt;</w:t>
        <w:br/>
        <w:t>Теодоро і мене.&lt;br /&gt;</w:t>
        <w:br/>
        <w:t>Д о р о т е я&lt;br /&gt;</w:t>
        <w:br/>
        <w:t>Глянь, він тут.&lt;br /&gt;</w:t>
        <w:br/>
        <w:t>М а р ч е л л а&lt;br /&gt;</w:t>
        <w:br/>
        <w:t>О, мій хороший!&lt;br /&gt;</w:t>
        <w:br/>
        <w:t>Т е о д о р о&lt;br /&gt;</w:t>
        <w:br/>
        <w:t>Не підходь до мене, прошу.&lt;br /&gt;</w:t>
        <w:br/>
        <w:t>М а р ч е л л а&lt;br /&gt;</w:t>
        <w:br/>
        <w:t>Як, мій муж мене жене?&lt;br /&gt;</w:t>
        <w:br/>
        <w:t>Я ж люблю тебе так щиро!&lt;br /&gt;</w:t>
        <w:br/>
        <w:t>Т е о д о р о&lt;br /&gt;</w:t>
        <w:br/>
        <w:t>Припини свої химери;&lt;br /&gt;</w:t>
        <w:br/>
        <w:t>у палацах і шпалери&lt;br /&gt;</w:t>
        <w:br/>
        <w:t>мають вуха; знай же міру!&lt;br /&gt;</w:t>
        <w:br/>
        <w:t>Ти не знаєш, чом на них&lt;br /&gt;</w:t>
        <w:br/>
        <w:t>місце дано цим фігурам?&lt;br /&gt;</w:t>
        <w:br/>
        <w:t>Бо за ними попід муром&lt;br /&gt;</w:t>
        <w:br/>
        <w:t>десь підслухувач притих.&lt;br /&gt;</w:t>
        <w:br/>
        <w:t>Як царевич міг німий&lt;br /&gt;</w:t>
        <w:br/>
        <w:t>закричать, що батька вбито,&lt;br /&gt;</w:t>
        <w:br/>
        <w:t>так зуміють говорити&lt;br /&gt;</w:t>
        <w:br/>
        <w:t>й ці фігури в час лихий.&lt;br /&gt;</w:t>
        <w:br/>
        <w:t>М а р ч е л л а&lt;br /&gt;</w:t>
        <w:br/>
        <w:t>Ти читав моє послання?&lt;br /&gt;</w:t>
        <w:br/>
        <w:t>— 71 —&lt;br /&gt;</w:t>
        <w:br/>
        <w:t>Т е о д о р о&lt;br /&gt;</w:t>
        <w:br/>
        <w:t>Не читавши, розірвав.&lt;br /&gt;</w:t>
        <w:br/>
        <w:t>При такому стані справ&lt;br /&gt;</w:t>
        <w:br/>
        <w:t>мусив я порвать кохання.&lt;br /&gt;</w:t>
        <w:br/>
        <w:t>М а р ч е л л а&lt;br /&gt;</w:t>
        <w:br/>
        <w:t>То лежать від нього клапті?&lt;br /&gt;</w:t>
        <w:br/>
        <w:t>Т е о д о р о&lt;br /&gt;</w:t>
        <w:br/>
        <w:t>Так.&lt;br /&gt;</w:t>
        <w:br/>
        <w:t>М а р ч е л л а&lt;br /&gt;</w:t>
        <w:br/>
        <w:t>То ти порвав любов?&lt;br /&gt;</w:t>
        <w:br/>
        <w:t>Т е о д о р о&lt;br /&gt;</w:t>
        <w:br/>
        <w:t>Можу повторити знов.&lt;br /&gt;</w:t>
        <w:br/>
        <w:t>Ти скажи мені, була б ти&lt;br /&gt;</w:t>
        <w:br/>
        <w:t>щасливіша, якби ми&lt;br /&gt;</w:t>
        <w:br/>
        <w:t>за ці любощі та жарти,&lt;br /&gt;</w:t>
        <w:br/>
        <w:t>хоч вони чогось і варті,&lt;br /&gt;</w:t>
        <w:br/>
        <w:t>опинились за дверми&lt;br /&gt;</w:t>
        <w:br/>
        <w:t>цього дому?&lt;br /&gt;</w:t>
        <w:br/>
        <w:t>М а р ч е л л а&lt;br /&gt;</w:t>
        <w:br/>
        <w:t>Що я чую?&lt;br /&gt;</w:t>
        <w:br/>
        <w:t>Т е о д о р о&lt;br /&gt;</w:t>
        <w:br/>
        <w:t>Знай, Марчелло, що віднині&lt;br /&gt;</w:t>
        <w:br/>
        <w:t>я у всім корюсь графині.&lt;br /&gt;</w:t>
        <w:br/>
        <w:t>М а р ч е л л а&lt;br /&gt;</w:t>
        <w:br/>
        <w:t>Зраду бачила лихую&lt;br /&gt;</w:t>
        <w:br/>
        <w:t>я не раз в твоїх очах.&lt;br /&gt;</w:t>
        <w:br/>
        <w:t>— 72 —&lt;br /&gt;</w:t>
        <w:br/>
        <w:t>Т е о д о р о&lt;br /&gt;</w:t>
        <w:br/>
        <w:t>Що ж, Марчелло, будь здорова!&lt;br /&gt;</w:t>
        <w:br/>
        <w:t>Хоч прийшов кінець любові,&lt;br /&gt;</w:t>
        <w:br/>
        <w:t>нам до дружби вільний шлях.&lt;br /&gt;</w:t>
        <w:br/>
        <w:t>М а р ч е л л а&lt;br /&gt;</w:t>
        <w:br/>
        <w:t>Що ти кажеш, Теодоро?&lt;br /&gt;</w:t>
        <w:br/>
        <w:t>Я не вірю!&lt;br /&gt;</w:t>
        <w:br/>
        <w:t>Т е о д о р о&lt;br /&gt;</w:t>
        <w:br/>
        <w:t>Я кажу,&lt;br /&gt;</w:t>
        <w:br/>
        <w:t>що у домі, де служу,&lt;br /&gt;</w:t>
        <w:br/>
        <w:t>я не хочу поговору;&lt;br /&gt;</w:t>
        <w:br/>
        <w:t>тут я виріс. Дай же спокій!&lt;br /&gt;</w:t>
        <w:br/>
        <w:t>М а р ч е л л а&lt;br /&gt;</w:t>
        <w:br/>
        <w:t>Теодоро, схаменись!&lt;br /&gt;</w:t>
        <w:br/>
        <w:t>Ти жартуєш?&lt;br /&gt;</w:t>
        <w:br/>
        <w:t>Т е о д о р о&lt;br /&gt;</w:t>
        <w:br/>
        <w:t>Одчепись!&lt;br /&gt;</w:t>
        <w:br/>
        <w:t>М а р ч е л л а&lt;br /&gt;</w:t>
        <w:br/>
        <w:t>Боже милий!&lt;br /&gt;</w:t>
        <w:br/>
        <w:t>Т е о д о р о&lt;br /&gt;</w:t>
        <w:br/>
        <w:t>От морока!&lt;br /&gt;</w:t>
        <w:br/>
        <w:t>(Виходить).&lt;br /&gt;</w:t>
        <w:br/>
        <w:t>ЯВА СЬОМА&lt;br /&gt;</w:t>
        <w:br/>
        <w:t>М а р ч е л л а, Д о р о т е я, Т р і с т а н.&lt;br /&gt;</w:t>
        <w:br/>
        <w:t>М а р ч е л л а&lt;br /&gt;</w:t>
        <w:br/>
        <w:t>Ох, Трістане! Як же так?&lt;br /&gt;</w:t>
        <w:br/>
        <w:t>— 73 —&lt;br /&gt;</w:t>
        <w:br/>
        <w:t>Т р і с т а н&lt;br /&gt;</w:t>
        <w:br/>
        <w:t>О,&lt;br /&gt;</w:t>
        <w:br/>
        <w:t>це примхливості зразок;&lt;br /&gt;</w:t>
        <w:br/>
        <w:t>приклад він бере з жінок.&lt;br /&gt;</w:t>
        <w:br/>
        <w:t>М а р ч е л л а&lt;br /&gt;</w:t>
        <w:br/>
        <w:t>Із яких?&lt;br /&gt;</w:t>
        <w:br/>
        <w:t>Т р і с т а н&lt;br /&gt;</w:t>
        <w:br/>
        <w:t>Із тих, що м'яко&lt;br /&gt;</w:t>
        <w:br/>
        <w:t>стелять.&lt;br /&gt;</w:t>
        <w:br/>
        <w:t>М а р ч е л л а&lt;br /&gt;</w:t>
        <w:br/>
        <w:t>Міг би ти сказать...&lt;br /&gt;</w:t>
        <w:br/>
        <w:t>Т р і с т а н&lt;br /&gt;</w:t>
        <w:br/>
        <w:t>Говорить про нього гріх вам;&lt;br /&gt;</w:t>
        <w:br/>
        <w:t>я цієї шпаги піхва,&lt;br /&gt;</w:t>
        <w:br/>
        <w:t>я цього листа печать,&lt;br /&gt;</w:t>
        <w:br/>
        <w:t>я цього мандрівця костур,&lt;br /&gt;</w:t>
        <w:br/>
        <w:t>я цього гусара кінь,&lt;br /&gt;</w:t>
        <w:br/>
        <w:t>я ції фігури тінь,&lt;br /&gt;</w:t>
        <w:br/>
        <w:t>я ції рівнини простір,&lt;br /&gt;</w:t>
        <w:br/>
        <w:t>я цього віконця шибка,&lt;br /&gt;</w:t>
        <w:br/>
        <w:t>я цього платана лист,&lt;br /&gt;</w:t>
        <w:br/>
        <w:t>я ції комети хвіст,&lt;br /&gt;</w:t>
        <w:br/>
        <w:t>я цього музики скрипка,&lt;br /&gt;</w:t>
        <w:br/>
        <w:t>я цього танцюри скік,&lt;br /&gt;</w:t>
        <w:br/>
        <w:t>я цього мізинця ніготь,—&lt;br /&gt;</w:t>
        <w:br/>
        <w:t>нам разом ходить і бігать,&lt;br /&gt;</w:t>
        <w:br/>
        <w:t>нерозлучні ми повік.&lt;br /&gt;</w:t>
        <w:br/>
        <w:t>(Виходить).&lt;br /&gt;</w:t>
        <w:br/>
        <w:t>— 74 —&lt;br /&gt;</w:t>
        <w:br/>
        <w:t>ЯВА ВОСЬМА&lt;br /&gt;</w:t>
        <w:br/>
        <w:t>М а р ч е л л а, Д о р о т е я.&lt;br /&gt;</w:t>
        <w:br/>
        <w:t>М а р ч е л л а&lt;br /&gt;</w:t>
        <w:br/>
        <w:t>Що ти скажеш?&lt;br /&gt;</w:t>
        <w:br/>
        <w:t>Д о р о т е я&lt;br /&gt;</w:t>
        <w:br/>
        <w:t>Та нічого.&lt;br /&gt;</w:t>
        <w:br/>
        <w:t>М а р ч е л л а&lt;br /&gt;</w:t>
        <w:br/>
        <w:t>Як нічого?&lt;br /&gt;</w:t>
        <w:br/>
        <w:t>Д о р о т е я&lt;br /&gt;</w:t>
        <w:br/>
        <w:t>Просто так.&lt;br /&gt;</w:t>
        <w:br/>
        <w:t>М а р ч е л л а&lt;br /&gt;</w:t>
        <w:br/>
        <w:t>Ну, то я скажу.&lt;br /&gt;</w:t>
        <w:br/>
        <w:t>Д о р о т е я&lt;br /&gt;</w:t>
        <w:br/>
        <w:t>Однак&lt;br /&gt;</w:t>
        <w:br/>
        <w:t>все це буде ні до чого.&lt;br /&gt;</w:t>
        <w:br/>
        <w:t>Не забула я тих слів&lt;br /&gt;</w:t>
        <w:br/>
        <w:t>про шпалери у палаці.&lt;br /&gt;</w:t>
        <w:br/>
        <w:t>М а р ч е л л а&lt;br /&gt;</w:t>
        <w:br/>
        <w:t>Нічого мені бояться,&lt;br /&gt;</w:t>
        <w:br/>
        <w:t>в серці ревнощі і гнів!&lt;br /&gt;</w:t>
        <w:br/>
        <w:t>Добре знаю, що графиня&lt;br /&gt;</w:t>
        <w:br/>
        <w:t>до зальотників сувора,&lt;br /&gt;</w:t>
        <w:br/>
        <w:t>та, здається, Теодоро&lt;br /&gt;</w:t>
        <w:br/>
        <w:t>ніби жде благовоління,&lt;br /&gt;</w:t>
        <w:br/>
        <w:t>ласки хоче засягти.&lt;br /&gt;</w:t>
        <w:br/>
        <w:t>Д о р о т е я&lt;br /&gt;</w:t>
        <w:br/>
        <w:t>Ой мовчи, це ти з досади.&lt;br /&gt;</w:t>
        <w:br/>
        <w:t>— 75 —&lt;br /&gt;</w:t>
        <w:br/>
        <w:t>М а р ч е л л а&lt;br /&gt;</w:t>
        <w:br/>
        <w:t>Не прощу такої зради;&lt;br /&gt;</w:t>
        <w:br/>
        <w:t>дорого заплатиш ти&lt;br /&gt;</w:t>
        <w:br/>
        <w:t>За діла свої лукаві!&lt;br /&gt;</w:t>
        <w:br/>
        <w:t>ЯВА ДЕВ'ЯТА&lt;br /&gt;</w:t>
        <w:br/>
        <w:t>Ф а б і о; ті, що й були.&lt;br /&gt;</w:t>
        <w:br/>
        <w:t>Ф а б і о&lt;br /&gt;</w:t>
        <w:br/>
        <w:t>Тут, дівчата, секретар?&lt;br /&gt;</w:t>
        <w:br/>
        <w:t>М а р ч е л л а&lt;br /&gt;</w:t>
        <w:br/>
        <w:t>Ти жартуєш? От штукар!&lt;br /&gt;</w:t>
        <w:br/>
        <w:t>Ф а б і о&lt;br /&gt;</w:t>
        <w:br/>
        <w:t>Ну, піду ж його шукати...&lt;br /&gt;</w:t>
        <w:br/>
        <w:t>Хитра ця любов, до ката!&lt;br /&gt;</w:t>
        <w:br/>
        <w:t>Так, буває, лист несуть&lt;br /&gt;</w:t>
        <w:br/>
        <w:t>адресату Теодоро,&lt;br /&gt;</w:t>
        <w:br/>
        <w:t>а нема його — вручить&lt;br /&gt;</w:t>
        <w:br/>
        <w:t>можна й Фабйо. Що ж робить?&lt;br /&gt;</w:t>
        <w:br/>
        <w:t>Я приймаю без докору&lt;br /&gt;</w:t>
        <w:br/>
        <w:t>від Марчелли зло й добро.&lt;br /&gt;</w:t>
        <w:br/>
        <w:t>(Виходить).&lt;br /&gt;</w:t>
        <w:br/>
        <w:t>ЯВА ДЕСЯТА&lt;br /&gt;</w:t>
        <w:br/>
        <w:t>М а р ч е л л а, Д о р о т е я.&lt;br /&gt;</w:t>
        <w:br/>
        <w:t>Д о р о т е я&lt;br /&gt;</w:t>
        <w:br/>
        <w:t>Що ти коїш?&lt;br /&gt;</w:t>
        <w:br/>
        <w:t>М а р ч е л л а&lt;br /&gt;</w:t>
        <w:br/>
        <w:t>Із відчаю&lt;br /&gt;</w:t>
        <w:br/>
        <w:t>що роблю — сама не знаю:&lt;br /&gt;</w:t>
        <w:br/>
        <w:t>все горить в мені нутро.&lt;br /&gt;</w:t>
        <w:br/>
        <w:t>Так Анарда любить Фабйо?&lt;br /&gt;</w:t>
        <w:br/>
        <w:t>Д о р о т е я&lt;br /&gt;</w:t>
        <w:br/>
        <w:t>Любить.&lt;br /&gt;</w:t>
        <w:br/>
        <w:t>М а р ч е л л а&lt;br /&gt;</w:t>
        <w:br/>
        <w:t>Відомщу обом&lt;br /&gt;</w:t>
        <w:br/>
        <w:t>я за зло двократним злом!&lt;br /&gt;</w:t>
        <w:br/>
        <w:t>Ще й не те зробить могла б я.&lt;br /&gt;</w:t>
        <w:br/>
        <w:t>ЯВА ОДИНАДЦЯТА&lt;br /&gt;</w:t>
        <w:br/>
        <w:t>Д і а н а, А н а р д а; ті, що й були.&lt;br /&gt;</w:t>
        <w:br/>
        <w:t>Д і а н а&lt;br /&gt;</w:t>
        <w:br/>
        <w:t>(Анурді)&lt;br /&gt;</w:t>
        <w:br/>
        <w:t>Я ж кажу, що так годилось;&lt;br /&gt;</w:t>
        <w:br/>
        <w:t>не твоя у тім вина.&lt;br /&gt;</w:t>
        <w:br/>
        <w:t>А н а р д а&lt;br /&gt;</w:t>
        <w:br/>
        <w:t>Справа ця така чудна,&lt;br /&gt;</w:t>
        <w:br/>
        <w:t>що я зовсім розгубилась.&lt;br /&gt;</w:t>
        <w:br/>
        <w:t>О, Марчелла тут, дивіться,&lt;br /&gt;</w:t>
        <w:br/>
        <w:t>З Доротеєю говорить.&lt;br /&gt;</w:t>
        <w:br/>
        <w:t>Д і а н а&lt;br /&gt;</w:t>
        <w:br/>
        <w:t>Ох, вона мене заморить...&lt;br /&gt;</w:t>
        <w:br/>
        <w:t>Ти, Марчелло, вийди звідси!&lt;br /&gt;</w:t>
        <w:br/>
        <w:t>М а р ч е л л а&lt;br /&gt;</w:t>
        <w:br/>
        <w:t>Ну, ходімо, Доротеє.&lt;br /&gt;</w:t>
        <w:br/>
        <w:t>— 77 —&lt;br /&gt;</w:t>
        <w:br/>
        <w:t>(Тихо).&lt;br /&gt;</w:t>
        <w:br/>
        <w:t>Бачиш, як вона лютує,&lt;br /&gt;</w:t>
        <w:br/>
        <w:t>що й мій вид її дратує.&lt;br /&gt;</w:t>
        <w:br/>
        <w:t>Що це сталося із нею?&lt;br /&gt;</w:t>
        <w:br/>
        <w:t>Марчелла й Доротея виходять.&lt;br /&gt;</w:t>
        <w:br/>
        <w:t>ЯВА ДВАНАДЦЯТА&lt;br /&gt;</w:t>
        <w:br/>
        <w:t>Д і а н а, А н а р д а.&lt;br /&gt;</w:t>
        <w:br/>
        <w:t>А н а р д а&lt;br /&gt;</w:t>
        <w:br/>
        <w:t>Можна щось сказать?&lt;br /&gt;</w:t>
        <w:br/>
        <w:t>Д і а н а&lt;br /&gt;</w:t>
        <w:br/>
        <w:t>Ну, можна.&lt;br /&gt;</w:t>
        <w:br/>
        <w:t>А н а р д а&lt;br /&gt;</w:t>
        <w:br/>
        <w:t>Ось що, пані, не у гнів:&lt;br /&gt;</w:t>
        <w:br/>
        <w:t>ви нещасних женихів&lt;br /&gt;</w:t>
        <w:br/>
        <w:t>знову мучите безбожно.&lt;br /&gt;</w:t>
        <w:br/>
        <w:t>Ви черстві, як Анаксарта17,&lt;br /&gt;</w:t>
        <w:br/>
        <w:t>як Лукреція, гордливі;&lt;br /&gt;</w:t>
        <w:br/>
        <w:t>ви до них несправедливі...&lt;br /&gt;</w:t>
        <w:br/>
        <w:t>Д і а н а&lt;br /&gt;</w:t>
        <w:br/>
        <w:t>Далі й слухати не варто.&lt;br /&gt;</w:t>
        <w:br/>
        <w:t>А н а р д а&lt;br /&gt;</w:t>
        <w:br/>
        <w:t>Вам за когось треба йти.&lt;br /&gt;</w:t>
        <w:br/>
        <w:t>Чим не пара вам Рікардо?&lt;br /&gt;</w:t>
        <w:br/>
        <w:t>Д і а н а&lt;br /&gt;</w:t>
        <w:br/>
        <w:t>_ Знов про нього ти, Анардо!&lt;br /&gt;</w:t>
        <w:br/>
        <w:t>17 А н а к с а р т а — грецька дівчина, що відкинула любов юнака Іфіса.&lt;br /&gt;</w:t>
        <w:br/>
        <w:t>У відчаї хлопець повісився на дверях її дому. За те, як твердить легенда,&lt;br /&gt;</w:t>
        <w:br/>
        <w:t>що вона байдужно сприйняла його смерть, її було перетворено в камінь.&lt;br /&gt;</w:t>
        <w:br/>
        <w:t>А н а р д а&lt;br /&gt;</w:t>
        <w:br/>
        <w:t>Можна й кращого знайти.&lt;br /&gt;</w:t>
        <w:br/>
        <w:t>Певно, щастя б вам приніс&lt;br /&gt;</w:t>
        <w:br/>
        <w:t>благородний Федеріко.&lt;br /&gt;</w:t>
        <w:br/>
        <w:t>Д і а н а&lt;br /&gt;</w:t>
        <w:br/>
        <w:t>Той незграба й недоріка?&lt;br /&gt;</w:t>
        <w:br/>
        <w:t>А н а р д а&lt;br /&gt;</w:t>
        <w:br/>
        <w:t>Один — граф, другий — маркіз"&lt;br /&gt;</w:t>
        <w:br/>
        <w:t>чом же їм така зневага?&lt;br /&gt;</w:t>
        <w:br/>
        <w:t>Я не тямлю, хоч убий!&lt;br /&gt;</w:t>
        <w:br/>
        <w:t>Д і а н а&lt;br /&gt;</w:t>
        <w:br/>
        <w:t>Той скажений, той дурний,—&lt;br /&gt;</w:t>
        <w:br/>
        <w:t>то за ким же перевага?&lt;br /&gt;</w:t>
        <w:br/>
        <w:t>Ти ж, дурна, не зрозуміла:&lt;br /&gt;</w:t>
        <w:br/>
        <w:t>я обох їх не терплю,&lt;br /&gt;</w:t>
        <w:br/>
        <w:t>бо люблю когось, люблю&lt;br /&gt;</w:t>
        <w:br/>
        <w:t>без надії...&lt;br /&gt;</w:t>
        <w:br/>
        <w:t>А н а р д а&lt;br /&gt;</w:t>
        <w:br/>
        <w:t>Боже милий!&lt;br /&gt;</w:t>
        <w:br/>
        <w:t>Ви — і любите?&lt;br /&gt;</w:t>
        <w:br/>
        <w:t>Д і а н а&lt;br /&gt;</w:t>
        <w:br/>
        <w:t>Я жінка.&lt;br /&gt;</w:t>
        <w:br/>
        <w:t>А н а р д а&lt;br /&gt;</w:t>
        <w:br/>
        <w:t>Жінка з серцем ніби лід.&lt;br /&gt;</w:t>
        <w:br/>
        <w:t>Сонця жар на сотні літ&lt;br /&gt;</w:t>
        <w:br/>
        <w:t>заморозить ця крижинка.&lt;br /&gt;</w:t>
        <w:br/>
        <w:t>Д і а н а&lt;br /&gt;</w:t>
        <w:br/>
        <w:t>Ту крижину, мабуть, кину&lt;br /&gt;</w:t>
        <w:br/>
        <w:t>я безрідному до ніг.&lt;br /&gt;</w:t>
        <w:br/>
        <w:t>— 79 —&lt;br /&gt;</w:t>
        <w:br/>
        <w:t>А н а р д а&lt;br /&gt;</w:t>
        <w:br/>
        <w:t>Боже! Хто б це бути міг?&lt;br /&gt;</w:t>
        <w:br/>
        <w:t>Д і а н а&lt;br /&gt;</w:t>
        <w:br/>
        <w:t>Я від сорому загину,&lt;br /&gt;</w:t>
        <w:br/>
        <w:t>як тобі його назву;&lt;br /&gt;</w:t>
        <w:br/>
        <w:t>честь плямує це кохання.&lt;br /&gt;</w:t>
        <w:br/>
        <w:t>Ох, не знаю, чи страждання&lt;br /&gt;</w:t>
        <w:br/>
        <w:t>я таке переживу.&lt;br /&gt;</w:t>
        <w:br/>
        <w:t>А н а р д а&lt;br /&gt;</w:t>
        <w:br/>
        <w:t>Що ж, колись Семіраміда&lt;br /&gt;</w:t>
        <w:br/>
        <w:t>закохалась в лошака,&lt;br /&gt;</w:t>
        <w:br/>
        <w:t>Пасіфая — у бика;&lt;br /&gt;</w:t>
        <w:br/>
        <w:t>то був сором, дітись ніде.&lt;br /&gt;</w:t>
        <w:br/>
        <w:t>Чоловіка ж полюбить,&lt;br /&gt;</w:t>
        <w:br/>
        <w:t>хоч якого, то не сором.&lt;br /&gt;</w:t>
        <w:br/>
        <w:t>Д і а н а&lt;br /&gt;</w:t>
        <w:br/>
        <w:t>В серці пристрасть ми поборем,&lt;br /&gt;</w:t>
        <w:br/>
        <w:t>треба тільки захотіть.&lt;br /&gt;</w:t>
        <w:br/>
        <w:t>От візьму і розлюблю.&lt;br /&gt;</w:t>
        <w:br/>
        <w:t>А н а р д а&lt;br /&gt;</w:t>
        <w:br/>
        <w:t>Як же так? Чи серце може...&lt;br /&gt;</w:t>
        <w:br/>
        <w:t>Д і а н а&lt;br /&gt;</w:t>
        <w:br/>
        <w:t>Може. Воля переможе,&lt;br /&gt;</w:t>
        <w:br/>
        <w:t>бо не зна вона жалю.&lt;br /&gt;</w:t>
        <w:br/>
        <w:t>З сусідньої кімнати чути музику і спів.&lt;br /&gt;</w:t>
        <w:br/>
        <w:t>Хто там?&lt;br /&gt;</w:t>
        <w:br/>
        <w:t>А н а р д а&lt;br /&gt;</w:t>
        <w:br/>
        <w:t>Фабіо і Клара.&lt;br /&gt;</w:t>
        <w:br/>
        <w:t>— 80 —&lt;br /&gt;</w:t>
        <w:br/>
        <w:t>Д і а н а&lt;br /&gt;</w:t>
        <w:br/>
        <w:t>Невесела їхня пісня.&lt;br /&gt;</w:t>
        <w:br/>
        <w:t>А н а р д а&lt;br /&gt;</w:t>
        <w:br/>
        <w:t>Та і пісня ж, як навмисне,&lt;br /&gt;</w:t>
        <w:br/>
        <w:t>про кохання дивні чари.&lt;br /&gt;</w:t>
        <w:br/>
        <w:t>Спів за лаштунками:&lt;br /&gt;</w:t>
        <w:br/>
        <w:t>Любов нас губить, жалься, милий боже,&lt;br /&gt;</w:t>
        <w:br/>
        <w:t>як серце любить, розлюбить не може.&lt;br /&gt;</w:t>
        <w:br/>
        <w:t>О милий боже, нас кохання губить,&lt;br /&gt;</w:t>
        <w:br/>
        <w:t>як серце любить, зроду не розлюбить...&lt;br /&gt;</w:t>
        <w:br/>
        <w:t>А н а р д а&lt;br /&gt;</w:t>
        <w:br/>
        <w:t>Ну, синьйоро, чули спів?&lt;br /&gt;</w:t>
        <w:br/>
        <w:t>Не по-вашому виходить.&lt;br /&gt;</w:t>
        <w:br/>
        <w:t>Д і а н а&lt;br /&gt;</w:t>
        <w:br/>
        <w:t>В кого розум верховодить,&lt;br /&gt;</w:t>
        <w:br/>
        <w:t>той володар почуттів.&lt;br /&gt;</w:t>
        <w:br/>
        <w:t>Знаю я — аби схотіла,&lt;br /&gt;</w:t>
        <w:br/>
        <w:t>зразу можу розлюбить.&lt;br /&gt;</w:t>
        <w:br/>
        <w:t>А н а р д а&lt;br /&gt;</w:t>
        <w:br/>
        <w:t>Хто здолає це зробить,&lt;br /&gt;</w:t>
        <w:br/>
        <w:t>в того десь нелюдська сила.&lt;br /&gt;</w:t>
        <w:br/>
        <w:t>ЯВА ТРИНАДЦЯТА&lt;br /&gt;</w:t>
        <w:br/>
        <w:t>Т е о д о р о; ті, що й були.&lt;br /&gt;</w:t>
        <w:br/>
        <w:t>Т е о д о р о&lt;br /&gt;</w:t>
        <w:br/>
        <w:t>Фабіо мені сказав,&lt;br /&gt;</w:t>
        <w:br/>
        <w:t>що мене ви викликали.&lt;br /&gt;</w:t>
        <w:br/>
        <w:t>Д і а н а&lt;br /&gt;</w:t>
        <w:br/>
        <w:t>Я чекаю дві години.&lt;br /&gt;</w:t>
        <w:br/>
        <w:t>Т е о д о р о&lt;br /&gt;</w:t>
        <w:br/>
        <w:t>О синьйоро, ви пробачте;&lt;br /&gt;</w:t>
        <w:br/>
        <w:t>я готовий вам до послуг.&lt;br /&gt;</w:t>
        <w:br/>
        <w:t>Д і а н а&lt;br /&gt;</w:t>
        <w:br/>
        <w:t>Ти не раз, напевне, бачив&lt;br /&gt;</w:t>
        <w:br/>
        <w:t>сватачів моїх обох.&lt;br /&gt;</w:t>
        <w:br/>
        <w:t>Т е о д о р о&lt;br /&gt;</w:t>
        <w:br/>
        <w:t>Так, синьйоро.&lt;br /&gt;</w:t>
        <w:br/>
        <w:t>Д і а н а&lt;br /&gt;</w:t>
        <w:br/>
        <w:t>Правда ж, гарні?&lt;br /&gt;</w:t>
        <w:br/>
        <w:t>Що ти скажеш?&lt;br /&gt;</w:t>
        <w:br/>
        <w:t>Т е о д ор о&lt;br /&gt;</w:t>
        <w:br/>
        <w:t>Гарні, правда.&lt;br /&gt;</w:t>
        <w:br/>
        <w:t>Д і а н а&lt;br /&gt;</w:t>
        <w:br/>
        <w:t>В тебе я прошу поради,&lt;br /&gt;</w:t>
        <w:br/>
        <w:t>важко вирішить самій.&lt;br /&gt;</w:t>
        <w:br/>
        <w:t>За котрого вийти заміж?&lt;br /&gt;</w:t>
        <w:br/>
        <w:t>Т е о д о р о&lt;br /&gt;</w:t>
        <w:br/>
        <w:t>Що ж я можу вам порадить&lt;br /&gt;</w:t>
        <w:br/>
        <w:t>в делікатнім цім питанні?&lt;br /&gt;</w:t>
        <w:br/>
        <w:t>Хай вирішує ваш смак.&lt;br /&gt;</w:t>
        <w:br/>
        <w:t>Той, кого мені за пана&lt;br /&gt;</w:t>
        <w:br/>
        <w:t>ви дасте, і буде кращий.&lt;br /&gt;</w:t>
        <w:br/>
        <w:t>— 82 —&lt;br /&gt;</w:t>
        <w:br/>
        <w:t>Д і а н а&lt;br /&gt;</w:t>
        <w:br/>
        <w:t>Ти не справдив сподівання,&lt;br /&gt;</w:t>
        <w:br/>
        <w:t>не сказав своєї думки&lt;br /&gt;</w:t>
        <w:br/>
        <w:t>про таку важливу справу.&lt;br /&gt;</w:t>
        <w:br/>
        <w:t>Т е о д о р о&lt;br /&gt;</w:t>
        <w:br/>
        <w:t>Що тут важить моя думка?&lt;br /&gt;</w:t>
        <w:br/>
        <w:t>Хай порадить вам хтось старший&lt;br /&gt;</w:t>
        <w:br/>
        <w:t>Ви спитайте у Октавйо,&lt;br /&gt;</w:t>
        <w:br/>
        <w:t>у старого кастеляна;&lt;br /&gt;</w:t>
        <w:br/>
        <w:t>він чималий має досвід.&lt;br /&gt;</w:t>
        <w:br/>
        <w:t>Д і а н а&lt;br /&gt;</w:t>
        <w:br/>
        <w:t>Хочу, щоб новий хазяїн&lt;br /&gt;</w:t>
        <w:br/>
        <w:t>і тобі був до вподоби.&lt;br /&gt;</w:t>
        <w:br/>
        <w:t>Як по-твоєму, Рікардо&lt;br /&gt;</w:t>
        <w:br/>
        <w:t>за мого кузена кращий?&lt;br /&gt;</w:t>
        <w:br/>
        <w:t>Т е о д о р о&lt;br /&gt;</w:t>
        <w:br/>
        <w:t>Так.&lt;br /&gt;</w:t>
        <w:br/>
        <w:t>Д і а н а&lt;br /&gt;</w:t>
        <w:br/>
        <w:t>За нього й вийду заміж.&lt;br /&gt;</w:t>
        <w:br/>
        <w:t>Повідом про це маркіза.&lt;br /&gt;</w:t>
        <w:br/>
        <w:t>Графиня й Анарда виходять.&lt;br /&gt;</w:t>
        <w:br/>
        <w:t>ЯВА ЧОТИРНАДЦЯТА&lt;br /&gt;</w:t>
        <w:br/>
        <w:t>Т е о д о р о сам.&lt;br /&gt;</w:t>
        <w:br/>
        <w:t>Т е о д о р о&lt;br /&gt;</w:t>
        <w:br/>
        <w:t>Несподіване нещастя!&lt;br /&gt;</w:t>
        <w:br/>
        <w:t>Незвичайна переміна!&lt;br /&gt;</w:t>
        <w:br/>
        <w:t>Необдумана ухвала!&lt;br /&gt;</w:t>
        <w:br/>
        <w:t>Мрії, горді і величні,&lt;br /&gt;</w:t>
        <w:br/>
        <w:t>— 83 —&lt;br /&gt;</w:t>
        <w:br/>
        <w:t>от тепер пропав я з вами!&lt;br /&gt;</w:t>
        <w:br/>
        <w:t>Сонце крила опалило&lt;br /&gt;</w:t>
        <w:br/>
        <w:t>променем своїм безжальним,&lt;br /&gt;</w:t>
        <w:br/>
        <w:t>щоб не рвався я зухвало&lt;br /&gt;</w:t>
        <w:br/>
        <w:t>до блискучої омани.&lt;br /&gt;</w:t>
        <w:br/>
        <w:t>Ця омана... Ох, Діано!&lt;br /&gt;</w:t>
        <w:br/>
        <w:t>Як я міг словам ласкавим&lt;br /&gt;</w:t>
        <w:br/>
        <w:t>безоглядно так повірить?&lt;br /&gt;</w:t>
        <w:br/>
        <w:t>Ет, яке вже там кохання,&lt;br /&gt;</w:t>
        <w:br/>
        <w:t>де нерівність між людьми!&lt;br /&gt;</w:t>
        <w:br/>
        <w:t>Що ж, як очі ті лукаві&lt;br /&gt;</w:t>
        <w:br/>
        <w:t>так охмарили мій розум...&lt;br /&gt;</w:t>
        <w:br/>
        <w:t>О, вони причарували б&lt;br /&gt;</w:t>
        <w:br/>
        <w:t>І самого Одіссея!18&lt;br /&gt;</w:t>
        <w:br/>
        <w:t>Та навіщо всі ці скарги?&lt;br /&gt;</w:t>
        <w:br/>
        <w:t>Сам я винен. Ну, нічого.&lt;br /&gt;</w:t>
        <w:br/>
        <w:t>Що я, зрештою, втрачаю?&lt;br /&gt;</w:t>
        <w:br/>
        <w:t>Скажем так: я був недужий,&lt;br /&gt;</w:t>
        <w:br/>
        <w:t>ну, тіпала лихоманка;&lt;br /&gt;</w:t>
        <w:br/>
        <w:t>мало що кому верзеться,&lt;br /&gt;</w:t>
        <w:br/>
        <w:t>як лежить він у гарячці?&lt;br /&gt;</w:t>
        <w:br/>
        <w:t>А тепер я знов здоровий;&lt;br /&gt;</w:t>
        <w:br/>
        <w:t>геть же всі думки про графство!&lt;br /&gt;</w:t>
        <w:br/>
        <w:t>Заверну я свого човна&lt;br /&gt;</w:t>
        <w:br/>
        <w:t>до знайомого причалу,—&lt;br /&gt;</w:t>
        <w:br/>
        <w:t>буде з мене і Марчелли,&lt;br /&gt;</w:t>
        <w:br/>
        <w:t>нумо знов її кохати!&lt;br /&gt;</w:t>
        <w:br/>
        <w:t>Як любить, то тільки рівних,&lt;br /&gt;</w:t>
        <w:br/>
        <w:t>знайтеся пани з панами!&lt;br /&gt;</w:t>
        <w:br/>
        <w:t>Та фантазія непевна,&lt;br /&gt;</w:t>
        <w:br/>
        <w:t>як в повітрі дим, розтала;&lt;br /&gt;</w:t>
        <w:br/>
        <w:t>як нема до льоту хисту,&lt;br /&gt;</w:t>
        <w:br/>
        <w:t>_ в хмари нічого літати.&lt;br /&gt;</w:t>
        <w:br/>
        <w:t>18 О д і с с е й — цар о-ва Ітаки, один з героїв Троянської війни, який після&lt;br /&gt;</w:t>
        <w:br/>
        <w:t>її закінчення, повертаючись на батьківщину, здійснив довгу і небезпечну&lt;br /&gt;</w:t>
        <w:br/>
        <w:t>мандрівку. Про його пригоди розповідається в поемі Гомера "Одіссея".&lt;br /&gt;</w:t>
        <w:br/>
        <w:t>ЯВА П'ЯТНАДЦЯТА&lt;br /&gt;</w:t>
        <w:br/>
        <w:t>Ф а б і о, Т е о д о р о.&lt;br /&gt;</w:t>
        <w:br/>
        <w:t>Ф а бі о&lt;br /&gt;</w:t>
        <w:br/>
        <w:t>Ти був уже в синьйори, Теодоро?&lt;br /&gt;</w:t>
        <w:br/>
        <w:t>Т е о д о р о&lt;br /&gt;</w:t>
        <w:br/>
        <w:t>Я був у неї і тобі приніс&lt;br /&gt;</w:t>
        <w:br/>
        <w:t>хорошу новину: ми будем скоро&lt;br /&gt;</w:t>
        <w:br/>
        <w:t>гуляти на весіллі. От сюрприз!&lt;br /&gt;</w:t>
        <w:br/>
        <w:t>На шлюб нарешті зважилась синьйора.&lt;br /&gt;</w:t>
        <w:br/>
        <w:t>Граф сватався до неї і маркіз,&lt;br /&gt;</w:t>
        <w:br/>
        <w:t>вона маркіза вибрала.&lt;br /&gt;</w:t>
        <w:br/>
        <w:t>Ф а б і о&lt;br /&gt;</w:t>
        <w:br/>
        <w:t>На диво&lt;br /&gt;</w:t>
        <w:br/>
        <w:t>розумний вибір.&lt;br /&gt;</w:t>
        <w:br/>
        <w:t>Т е о д о р о&lt;br /&gt;</w:t>
        <w:br/>
        <w:t>Звістку цю щасливу&lt;br /&gt;</w:t>
        <w:br/>
        <w:t>мав я маркізові оце нести,&lt;br /&gt;</w:t>
        <w:br/>
        <w:t>але згадав про тебе, любий друже.&lt;br /&gt;</w:t>
        <w:br/>
        <w:t>Біжи до нього, Фабіо, лети —&lt;br /&gt;</w:t>
        <w:br/>
        <w:t>дістанеш нагороду!&lt;br /&gt;</w:t>
        <w:br/>
        <w:t>Ф а б і о&lt;br /&gt;</w:t>
        <w:br/>
        <w:t>Дуже й дуже&lt;br /&gt;</w:t>
        <w:br/>
        <w:t>тобі я вдячний. Скільки доброти!&lt;br /&gt;</w:t>
        <w:br/>
        <w:t>Біжу. Мені це діло не байдуже,&lt;br /&gt;</w:t>
        <w:br/>
        <w:t>маркізові тим паче. Треба вміть&lt;br /&gt;</w:t>
        <w:br/>
        <w:t>графиню неприступну підкорить.&lt;br /&gt;</w:t>
        <w:br/>
        <w:t>(Виходить).&lt;br /&gt;</w:t>
        <w:br/>
        <w:t>— 85 —&lt;br /&gt;</w:t>
        <w:br/>
        <w:t>ЯВА ШІСТНАДЦЯТА&lt;br /&gt;</w:t>
        <w:br/>
        <w:t>Т р і с т а н, Т е о д о р о.&lt;br /&gt;</w:t>
        <w:br/>
        <w:t>Т р і с т а н&lt;br /&gt;</w:t>
        <w:br/>
        <w:t>Чи то правда, що я чув?&lt;br /&gt;</w:t>
        <w:br/>
        <w:t>Коли так, погане діло!&lt;br /&gt;</w:t>
        <w:br/>
        <w:t>Т е о д о р о&lt;br /&gt;</w:t>
        <w:br/>
        <w:t>Певно, правда, як тобі&lt;br /&gt;</w:t>
        <w:br/>
        <w:t>про мов сказали лихо.&lt;br /&gt;</w:t>
        <w:br/>
        <w:t>Т р і с т а н&lt;br /&gt;</w:t>
        <w:br/>
        <w:t>Знаю я молотників,&lt;br /&gt;</w:t>
        <w:br/>
        <w:t>що графиню, мов копицю,&lt;br /&gt;</w:t>
        <w:br/>
        <w:t>молотили в два ціпи,&lt;br /&gt;</w:t>
        <w:br/>
        <w:t>а котрий із двох щасливший,&lt;br /&gt;</w:t>
        <w:br/>
        <w:t>я того не знаю й досі.&lt;br /&gt;</w:t>
        <w:br/>
        <w:t>Т е о д о р о&lt;br /&gt;</w:t>
        <w:br/>
        <w:t>Вже вона зробила вибір,&lt;br /&gt;</w:t>
        <w:br/>
        <w:t>ця крутілка, ця вертілка,&lt;br /&gt;</w:t>
        <w:br/>
        <w:t>ця гнучка, витка хмелина,&lt;br /&gt;</w:t>
        <w:br/>
        <w:t>березнева ця погода,&lt;br /&gt;</w:t>
        <w:br/>
        <w:t>перемінна щохвилини,&lt;br /&gt;</w:t>
        <w:br/>
        <w:t>ця прицюцькувата річка,&lt;br /&gt;</w:t>
        <w:br/>
        <w:t>що тече угору з гирла,&lt;br /&gt;</w:t>
        <w:br/>
        <w:t>ця химерниця, що в неї&lt;br /&gt;</w:t>
        <w:br/>
        <w:t>по сім п'ятниць має тиждень,&lt;br /&gt;</w:t>
        <w:br/>
        <w:t>ця Діана примху вата,&lt;br /&gt;</w:t>
        <w:br/>
        <w:t>що на глум мене манила,&lt;br /&gt;</w:t>
        <w:br/>
        <w:t>ще й на сміх мене спитала,&lt;br /&gt;</w:t>
        <w:br/>
        <w:t>хто з тих двох мені миліший,&lt;br /&gt;</w:t>
        <w:br/>
        <w:t>щоб за нього вийти заміж...&lt;br /&gt;</w:t>
        <w:br/>
        <w:t>Я стояв, немов прибитий,&lt;br /&gt;</w:t>
        <w:br/>
        <w:t>щось таке пробелькотів їй,&lt;br /&gt;</w:t>
        <w:br/>
        <w:t>мов у тихім божевіллі,&lt;br /&gt;</w:t>
        <w:br/>
        <w:t>а вона мені сказала,&lt;br /&gt;</w:t>
        <w:br/>
        <w:t>що йде заміж за маркіза&lt;br /&gt;</w:t>
        <w:br/>
        <w:t>і мене до нього шле&lt;br /&gt;</w:t>
        <w:br/>
        <w:t>З цею вістю.&lt;br /&gt;</w:t>
        <w:br/>
        <w:t>Т р і с т а н&lt;br /&gt;</w:t>
        <w:br/>
        <w:t>То графиня&lt;br /&gt;</w:t>
        <w:br/>
        <w:t>мужа вже знайшла?&lt;br /&gt;</w:t>
        <w:br/>
        <w:t>Т е о д о р о&lt;br /&gt;</w:t>
        <w:br/>
        <w:t>Як бачиш.&lt;br /&gt;</w:t>
        <w:br/>
        <w:t>Т р і с т а н&lt;br /&gt;</w:t>
        <w:br/>
        <w:t>Бачу я, що вам не смішки...&lt;br /&gt;</w:t>
        <w:br/>
        <w:t>До печеного вогню&lt;br /&gt;</w:t>
        <w:br/>
        <w:t>прикладати не годиться,&lt;br /&gt;</w:t>
        <w:br/>
        <w:t>а то я б вам нагадав&lt;br /&gt;</w:t>
        <w:br/>
        <w:t>мрії горді та величні,&lt;br /&gt;</w:t>
        <w:br/>
        <w:t>що недавно надихали&lt;br /&gt;</w:t>
        <w:br/>
        <w:t>ваше серце.&lt;br /&gt;</w:t>
        <w:br/>
        <w:t>Т е о д о р о&lt;br /&gt;</w:t>
        <w:br/>
        <w:t>Ох, ті мрії&lt;br /&gt;</w:t>
        <w:br/>
        <w:t>видихаю я тепер...&lt;br /&gt;</w:t>
        <w:br/>
        <w:t>Т р і с т а н&lt;br /&gt;</w:t>
        <w:br/>
        <w:t>Ви самі у всьому винні.&lt;br /&gt;</w:t>
        <w:br/>
        <w:t>Т е о д о р о&lt;br /&gt;</w:t>
        <w:br/>
        <w:t>Винен, бо очам жіночим&lt;br /&gt;</w:t>
        <w:br/>
        <w:t>нерозважно я повірив.&lt;br /&gt;</w:t>
        <w:br/>
        <w:t>Т р і с т а н&lt;br /&gt;</w:t>
        <w:br/>
        <w:t>А для наших почуттів&lt;br /&gt;</w:t>
        <w:br/>
        <w:t>то отрута найстрашніша —&lt;br /&gt;</w:t>
        <w:br/>
        <w:t>ті жіночі очі, пане...&lt;br /&gt;</w:t>
        <w:br/>
        <w:t>— 87 —&lt;br /&gt;</w:t>
        <w:br/>
        <w:t>Т е о д о р о&lt;br /&gt;</w:t>
        <w:br/>
        <w:t>А мені тепера стидно,&lt;br /&gt;</w:t>
        <w:br/>
        <w:t>хоч ти вір, хоч ні, Трістане,&lt;br /&gt;</w:t>
        <w:br/>
        <w:t>стидно глянуть людям в вічі.&lt;br /&gt;</w:t>
        <w:br/>
        <w:t>Ну, та бог з ним. Що було,&lt;br /&gt;</w:t>
        <w:br/>
        <w:t>те пройшло. Єдиний вихід —&lt;br /&gt;</w:t>
        <w:br/>
        <w:t>ту любов пустить в непам'ять.&lt;br /&gt;</w:t>
        <w:br/>
        <w:t>Т р і с т а н&lt;br /&gt;</w:t>
        <w:br/>
        <w:t>Будьте смирним і покірним,&lt;br /&gt;</w:t>
        <w:br/>
        <w:t>поверніться до Марчелли.&lt;br /&gt;</w:t>
        <w:br/>
        <w:t>Т е о д о р о&lt;br /&gt;</w:t>
        <w:br/>
        <w:t>Та чи довго ж нам зійтися?&lt;br /&gt;</w:t>
        <w:br/>
        <w:t>ЯВІ СІМНАДЦЯТА&lt;br /&gt;</w:t>
        <w:br/>
        <w:t>входить М а р ч е л л а; вона спершу не помічає&lt;br /&gt;</w:t>
        <w:br/>
        <w:t>Теодоро та Трістана.&lt;br /&gt;</w:t>
        <w:br/>
        <w:t>М а р ч е л л а&lt;br /&gt;</w:t>
        <w:br/>
        <w:t>Чи можна власне серце підманути?&lt;br /&gt;</w:t>
        <w:br/>
        <w:t>Закоханим так важко прикидаться...&lt;br /&gt;</w:t>
        <w:br/>
        <w:t>Встає іще живішою у згадці&lt;br /&gt;</w:t>
        <w:br/>
        <w:t>любов, що ми бажавмо забути.&lt;br /&gt;</w:t>
        <w:br/>
        <w:t>Душа не може сил в собі добути&lt;br /&gt;</w:t>
        <w:br/>
        <w:t>любов'ю від любові лікуваться;&lt;br /&gt;</w:t>
        <w:br/>
        <w:t>я намагалась, та даремна праця —&lt;br /&gt;</w:t>
        <w:br/>
        <w:t>ті ліки, бачу, гірші від отрути.&lt;br /&gt;</w:t>
        <w:br/>
        <w:t>Хотіла я за зраду відомстити,&lt;br /&gt;</w:t>
        <w:br/>
        <w:t>та тільки дужче рану роз'ятрила,&lt;br /&gt;</w:t>
        <w:br/>
        <w:t>хотіла в серці пломінь погасити,&lt;br /&gt;</w:t>
        <w:br/>
        <w:t>— 88 —&lt;br /&gt;</w:t>
        <w:br/>
        <w:t>але його ще більше розпалила...&lt;br /&gt;</w:t>
        <w:br/>
        <w:t>Чи є якась надія, боже-світе?&lt;br /&gt;</w:t>
        <w:br/>
        <w:t>Верни того, без кого жить несила.&lt;br /&gt;</w:t>
        <w:br/>
        <w:t>Т е о д о р о&lt;br /&gt;</w:t>
        <w:br/>
        <w:t>0 Марчелло...&lt;br /&gt;</w:t>
        <w:br/>
        <w:t>М а р ч е л л а&lt;br /&gt;</w:t>
        <w:br/>
        <w:t>Хто це?&lt;br /&gt;</w:t>
        <w:br/>
        <w:t>Т е о д о р о&lt;br /&gt;</w:t>
        <w:br/>
        <w:t>Я.&lt;br /&gt;</w:t>
        <w:br/>
        <w:t>Зовсім ти мене забула...&lt;br /&gt;</w:t>
        <w:br/>
        <w:t>М а р ч е л л а&lt;br /&gt;</w:t>
        <w:br/>
        <w:t>А вина у тім чия?&lt;br /&gt;</w:t>
        <w:br/>
        <w:t>Я душею мов заснула&lt;br /&gt;</w:t>
        <w:br/>
        <w:t>1 ходжу як не своя.&lt;br /&gt;</w:t>
        <w:br/>
        <w:t>Якби знов прийшла до себе,&lt;br /&gt;</w:t>
        <w:br/>
        <w:t>все б я думала про тебе,&lt;br /&gt;</w:t>
        <w:br/>
        <w:t>а щоб цього не було,&lt;br /&gt;</w:t>
        <w:br/>
        <w:t>і собі, й тобі на зло,&lt;br /&gt;</w:t>
        <w:br/>
        <w:t>не прокинуся, не треба.&lt;br /&gt;</w:t>
        <w:br/>
        <w:t>Годі, хлопче, лицемірить,&lt;br /&gt;</w:t>
        <w:br/>
        <w:t>що було, не буде знов.&lt;br /&gt;</w:t>
        <w:br/>
        <w:t>Т е о д о р о&lt;br /&gt;</w:t>
        <w:br/>
        <w:t>Я хотів лиш перевірить,&lt;br /&gt;</w:t>
        <w:br/>
        <w:t>чи міцна твоя любов.&lt;br /&gt;</w:t>
        <w:br/>
        <w:t>Хоч не хочу, мушу вірить,&lt;br /&gt;</w:t>
        <w:br/>
        <w:t>що кохання й не було:&lt;br /&gt;</w:t>
        <w:br/>
        <w:t>кажуть люди, на свіжинку&lt;br /&gt;</w:t>
        <w:br/>
        <w:t>тебе зразу потягло.&lt;br /&gt;</w:t>
        <w:br/>
        <w:t>— 89 —&lt;br /&gt;</w:t>
        <w:br/>
        <w:t>М а р ч е л л а&lt;br /&gt;</w:t>
        <w:br/>
        <w:t>Перевір, чи вірна жінка,&lt;br /&gt;</w:t>
        <w:br/>
        <w:t>перевір, чи б'ється скло...&lt;br /&gt;</w:t>
        <w:br/>
        <w:t>Так, ти майстер красних слів,&lt;br /&gt;</w:t>
        <w:br/>
        <w:t>складно ти брехеньку сплів!&lt;br /&gt;</w:t>
        <w:br/>
        <w:t>Я не вірю в перевірку,&lt;br /&gt;</w:t>
        <w:br/>
        <w:t>знаю: золоту вивірку&lt;br /&gt;</w:t>
        <w:br/>
        <w:t>ти спіймать собі хотів.&lt;br /&gt;</w:t>
        <w:br/>
        <w:t>Ну, то як же полювалось?&lt;br /&gt;</w:t>
        <w:br/>
        <w:t>Справа не така проста,&lt;br /&gt;</w:t>
        <w:br/>
        <w:t>як у думці малювалось?&lt;br /&gt;</w:t>
        <w:br/>
        <w:t>Показав звірок хвоста?&lt;br /&gt;</w:t>
        <w:br/>
        <w:t>Не так сталось, як жадалось?&lt;br /&gt;</w:t>
        <w:br/>
        <w:t>Що ти скажеш, Теодоро?&lt;br /&gt;</w:t>
        <w:br/>
        <w:t>Щось не дуже-то бадьоро&lt;br /&gt;</w:t>
        <w:br/>
        <w:t>став дивитись ти на світ...&lt;br /&gt;</w:t>
        <w:br/>
        <w:t>Знов вернувсь до тих воріт,&lt;br /&gt;</w:t>
        <w:br/>
        <w:t>од яких тікав учора?&lt;br /&gt;</w:t>
        <w:br/>
        <w:t>Признаюсь: я навіть рада,&lt;br /&gt;</w:t>
        <w:br/>
        <w:t>що так швидко на тобі&lt;br /&gt;</w:t>
        <w:br/>
        <w:t>окошилась твоя зрада.&lt;br /&gt;</w:t>
        <w:br/>
        <w:t>Т е о д о р о&lt;br /&gt;</w:t>
        <w:br/>
        <w:t>Не радій моїй журбі,&lt;br /&gt;</w:t>
        <w:br/>
        <w:t>люба, нащо нам ця звада?&lt;br /&gt;</w:t>
        <w:br/>
        <w:t>Помста і любов, заміть,&lt;br /&gt;</w:t>
        <w:br/>
        <w:t>вік противні одна одній:&lt;br /&gt;</w:t>
        <w:br/>
        <w:t>коли любиш — вмій простить.&lt;br /&gt;</w:t>
        <w:br/>
        <w:t>Переможець благородний&lt;br /&gt;</w:t>
        <w:br/>
        <w:t>переможеним не мстить.&lt;br /&gt;</w:t>
        <w:br/>
        <w:t>Збивсь на хвильку я з пуття,&lt;br /&gt;</w:t>
        <w:br/>
        <w:t>нині, повен каяття,&lt;br /&gt;</w:t>
        <w:br/>
        <w:t>знов тобі, моя хороша,&lt;br /&gt;</w:t>
        <w:br/>
        <w:t>в серці збудженім приношу&lt;br /&gt;</w:t>
        <w:br/>
        <w:t>ще сильніше почуття.&lt;br /&gt;</w:t>
        <w:br/>
        <w:t>Не тому, що я не мав&lt;br /&gt;</w:t>
        <w:br/>
        <w:t>там ніякої надії,&lt;br /&gt;</w:t>
        <w:br/>
        <w:t>а тому, що зрячим став;&lt;br /&gt;</w:t>
        <w:br/>
        <w:t>в цій шаленій веремії&lt;br /&gt;</w:t>
        <w:br/>
        <w:t>наші мрії я згадав.&lt;br /&gt;</w:t>
        <w:br/>
        <w:t>Вірю я — в душі своїй&lt;br /&gt;</w:t>
        <w:br/>
        <w:t>теж кохання зберегла ти.&lt;br /&gt;</w:t>
        <w:br/>
        <w:t>М а р ч е л л а&lt;br /&gt;</w:t>
        <w:br/>
        <w:t>Я не хочу — боже крий! —&lt;br /&gt;</w:t>
        <w:br/>
        <w:t>я не хочу руйнувати&lt;br /&gt;</w:t>
        <w:br/>
        <w:t>гордий замок твоїх мрій.&lt;br /&gt;</w:t>
        <w:br/>
        <w:t>Ще надія, кажеш, є?&lt;br /&gt;</w:t>
        <w:br/>
        <w:t>Що ж, сміліш роби своє —&lt;br /&gt;</w:t>
        <w:br/>
        <w:t>все завзятому удасться!&lt;br /&gt;</w:t>
        <w:br/>
        <w:t>Ти своє ще знайдеш щастя,&lt;br /&gt;</w:t>
        <w:br/>
        <w:t>я знайшла уже моє.&lt;br /&gt;</w:t>
        <w:br/>
        <w:t>Так, я Фабйо полюбила,&lt;br /&gt;</w:t>
        <w:br/>
        <w:t>як покинув ти мене;&lt;br /&gt;</w:t>
        <w:br/>
        <w:t>він — не ти, та не в тім сила,&lt;br /&gt;</w:t>
        <w:br/>
        <w:t>хай він гірший,— головне,&lt;br /&gt;</w:t>
        <w:br/>
        <w:t>що за зраду відомстила.&lt;br /&gt;</w:t>
        <w:br/>
        <w:t>Будь здоров, майбутній пане,&lt;br /&gt;</w:t>
        <w:br/>
        <w:t>я вже йду.&lt;br /&gt;</w:t>
        <w:br/>
        <w:t>Т е о д о р о&lt;br /&gt;</w:t>
        <w:br/>
        <w:t>Постій! Чому ж...&lt;br /&gt;</w:t>
        <w:br/>
        <w:t>М а р ч е л л а&lt;br /&gt;</w:t>
        <w:br/>
        <w:t>Ще нас Фабіо застане,&lt;br /&gt;</w:t>
        <w:br/>
        <w:t>а мені він — майже муж.&lt;br /&gt;</w:t>
        <w:br/>
        <w:t>Т е о д о р о&lt;br /&gt;</w:t>
        <w:br/>
        <w:t>Зупини її, Трістане!&lt;br /&gt;</w:t>
        <w:br/>
        <w:t>— 91 —&lt;br /&gt;</w:t>
        <w:br/>
        <w:t>Т р і с т а н&lt;br /&gt;</w:t>
        <w:br/>
        <w:t>Звідки в вас, синьйоро, зло?&lt;br /&gt;</w:t>
        <w:br/>
        <w:t>Що було, те загуло!&lt;br /&gt;</w:t>
        <w:br/>
        <w:t>Знову він до вас вернувся,&lt;br /&gt;</w:t>
        <w:br/>
        <w:t>щирим серцем пригорнувся —&lt;br /&gt;</w:t>
        <w:br/>
        <w:t>Значить, зради не було.&lt;br /&gt;</w:t>
        <w:br/>
        <w:t>Він не винен, бачить бог!&lt;br /&gt;</w:t>
        <w:br/>
        <w:t>М а р ч е л л а&lt;br /&gt;</w:t>
        <w:br/>
        <w:t>Одчепися!&lt;br /&gt;</w:t>
        <w:br/>
        <w:t>Т р і с т а н&lt;br /&gt;</w:t>
        <w:br/>
        <w:t>Та послухай...&lt;br /&gt;</w:t>
        <w:br/>
        <w:t>ЯВА ВІСІМНАДЦЯТА&lt;br /&gt;</w:t>
        <w:br/>
        <w:t>Входять Д і а н а та А н а р д а;&lt;br /&gt;</w:t>
        <w:br/>
        <w:t>Теодоро, Марчелла та Трістан їх не помічають.&lt;br /&gt;</w:t>
        <w:br/>
        <w:t>Д і а н а&lt;br /&gt;</w:t>
        <w:br/>
        <w:t>(набік)&lt;br /&gt;</w:t>
        <w:br/>
        <w:t>Знову тут вони удвох!&lt;br /&gt;</w:t>
        <w:br/>
        <w:t>А н а р д а&lt;br /&gt;</w:t>
        <w:br/>
        <w:t>(тихо Діані)&lt;br /&gt;</w:t>
        <w:br/>
        <w:t>Від розмов тих в'януть вуха...&lt;br /&gt;</w:t>
        <w:br/>
        <w:t>Вам досадно за обох?&lt;br /&gt;</w:t>
        <w:br/>
        <w:t>Бачу я, це вас хвилює.&lt;br /&gt;</w:t>
        <w:br/>
        <w:t>Д і а н а&lt;br /&gt;</w:t>
        <w:br/>
        <w:t>Тихо! Тут зі мною стань.&lt;br /&gt;</w:t>
        <w:br/>
        <w:t>(Набік).&lt;br /&gt;</w:t>
        <w:br/>
        <w:t>Знов ревную, знов люблю я.&lt;br /&gt;</w:t>
        <w:br/>
        <w:t>Діана й Анарда ховаються за портьєрою.&lt;br /&gt;</w:t>
        <w:br/>
        <w:t>— 92 —&lt;br /&gt;</w:t>
        <w:br/>
        <w:t>М а р ч е л л а&lt;br /&gt;</w:t>
        <w:br/>
        <w:t>(Трістанові)&lt;br /&gt;</w:t>
        <w:br/>
        <w:t>Я кажу тобі, одстань.&lt;br /&gt;</w:t>
        <w:br/>
        <w:t>А н а р д а&lt;br /&gt;</w:t>
        <w:br/>
        <w:t>(тихо Діані)&lt;br /&gt;</w:t>
        <w:br/>
        <w:t>Бачте, це Трістан свашкує;&lt;br /&gt;</w:t>
        <w:br/>
        <w:t>він їх хоче примирить&lt;br /&gt;</w:t>
        <w:br/>
        <w:t>після сварки.&lt;br /&gt;</w:t>
        <w:br/>
        <w:t>Д і а н а&lt;br /&gt;</w:t>
        <w:br/>
        <w:t>Цей проноза&lt;br /&gt;</w:t>
        <w:br/>
        <w:t>в печінках мені сидить.&lt;br /&gt;</w:t>
        <w:br/>
        <w:t>Т р і с т а н&lt;br /&gt;</w:t>
        <w:br/>
        <w:t>Знов прийшла коза до воза.&lt;br /&gt;</w:t>
        <w:br/>
        <w:t>Знай, Марчелло, лиш на мить&lt;br /&gt;</w:t>
        <w:br/>
        <w:t>йому очі засліпила&lt;br /&gt;</w:t>
        <w:br/>
        <w:t>ця вродливиця пихата,&lt;br /&gt;</w:t>
        <w:br/>
        <w:t>та його не захопила,&lt;br /&gt;</w:t>
        <w:br/>
        <w:t>бо дурна, хоч і багата;&lt;br /&gt;</w:t>
        <w:br/>
        <w:t>ти ж йому і досі мила.&lt;br /&gt;</w:t>
        <w:br/>
        <w:t>То було таке кохання,&lt;br /&gt;</w:t>
        <w:br/>
        <w:t>як комета. Йди сюди,&lt;br /&gt;</w:t>
        <w:br/>
        <w:t>Теодоро.&lt;br /&gt;</w:t>
        <w:br/>
        <w:t>Д і а н а&lt;br /&gt;</w:t>
        <w:br/>
        <w:t>(набік)&lt;br /&gt;</w:t>
        <w:br/>
        <w:t>Порівняння&lt;br /&gt;</w:t>
        <w:br/>
        <w:t>красномовне.&lt;br /&gt;</w:t>
        <w:br/>
        <w:t>Т е о д о р о&lt;br /&gt;</w:t>
        <w:br/>
        <w:t>Ні, зажди,&lt;br /&gt;</w:t>
        <w:br/>
        <w:t>сам я чув її признання —&lt;br /&gt;</w:t>
        <w:br/>
        <w:t>— 93 —&lt;br /&gt;</w:t>
        <w:br/>
        <w:t>іншого вона кохає...&lt;br /&gt;</w:t>
        <w:br/>
        <w:t>Як же ти цього не втямиш?&lt;br /&gt;</w:t>
        <w:br/>
        <w:t>Т р і с т а н&lt;br /&gt;</w:t>
        <w:br/>
        <w:t>О! І цей вже починає!&lt;br /&gt;</w:t>
        <w:br/>
        <w:t>Т е о до р о&lt;br /&gt;</w:t>
        <w:br/>
        <w:t>Хай іде за Фабйо заміж.&lt;br /&gt;</w:t>
        <w:br/>
        <w:t>Т р і с т а н&lt;br /&gt;</w:t>
        <w:br/>
        <w:t>Що за люди, чорт вас знає!&lt;br /&gt;</w:t>
        <w:br/>
        <w:t>Ну ж бо, годі! Лад і мир.&lt;br /&gt;</w:t>
        <w:br/>
        <w:t>Дайте, пане, вашу руку!&lt;br /&gt;</w:t>
        <w:br/>
        <w:t>Т е о д о р о&lt;br /&gt;</w:t>
        <w:br/>
        <w:t>Ні, спасибі за науку.&lt;br /&gt;</w:t>
        <w:br/>
        <w:t>Т р і с т а н&lt;br /&gt;</w:t>
        <w:br/>
        <w:t>Ну ж, Марчелло... Ти не вір,&lt;br /&gt;</w:t>
        <w:br/>
        <w:t>це він так. Не будь дурна!&lt;br /&gt;</w:t>
        <w:br/>
        <w:t>Т е о д о р о&lt;br /&gt;</w:t>
        <w:br/>
        <w:t>Я до неї з щирим серцем,&lt;br /&gt;</w:t>
        <w:br/>
        <w:t>все сказав їй, а вона...&lt;br /&gt;</w:t>
        <w:br/>
        <w:t>Т р і с т а н&lt;br /&gt;</w:t>
        <w:br/>
        <w:t>А вона, бач, трохи з перцем,&lt;br /&gt;</w:t>
        <w:br/>
        <w:t>так на зло вам витина.&lt;br /&gt;</w:t>
        <w:br/>
        <w:t>М а р ч е л л а&lt;br /&gt;</w:t>
        <w:br/>
        <w:t>Не на зло, а так і є.&lt;br /&gt;</w:t>
        <w:br/>
        <w:t>Т р і с т а н&lt;br /&gt;</w:t>
        <w:br/>
        <w:t>Цить! Ти знову за своє?&lt;br /&gt;</w:t>
        <w:br/>
        <w:t>Навіжені ви обоє!&lt;br /&gt;</w:t>
        <w:br/>
        <w:t>Т е о д о р о&lt;br /&gt;</w:t>
        <w:br/>
        <w:t>Щоб мирився я з такою...&lt;br /&gt;</w:t>
        <w:br/>
        <w:t>М а р ч е л л а&lt;br /&gt;</w:t>
        <w:br/>
        <w:t>Грім мене нехай уб'є,&lt;br /&gt;</w:t>
        <w:br/>
        <w:t>як із ним я помирюся!&lt;br /&gt;</w:t>
        <w:br/>
        <w:t>Т р і с т а н&lt;br /&gt;</w:t>
        <w:br/>
        <w:t>Не божись.&lt;br /&gt;</w:t>
        <w:br/>
        <w:t>М а р ч е л л а&lt;br /&gt;</w:t>
        <w:br/>
        <w:t>(тихо Трістанові)&lt;br /&gt;</w:t>
        <w:br/>
        <w:t>Ще шах — і мат.&lt;br /&gt;</w:t>
        <w:br/>
        <w:t>Відчуваю, що здаюся.&lt;br /&gt;</w:t>
        <w:br/>
        <w:t>Т р і с т а н&lt;br /&gt;</w:t>
        <w:br/>
        <w:t>То держись!&lt;br /&gt;</w:t>
        <w:br/>
        <w:t>Д і а н а&lt;br /&gt;</w:t>
        <w:br/>
        <w:t>(набік)&lt;br /&gt;</w:t>
        <w:br/>
        <w:t>Ну й дипломат&lt;br /&gt;</w:t>
        <w:br/>
        <w:t>цей лакей, як подивлюся!&lt;br /&gt;</w:t>
        <w:br/>
        <w:t>М а р ч е л л а&lt;br /&gt;</w:t>
        <w:br/>
        <w:t>Ну, пусти.&lt;br /&gt;</w:t>
        <w:br/>
        <w:t>Т е о д о р о&lt;br /&gt;</w:t>
        <w:br/>
        <w:t>Пускай.&lt;br /&gt;</w:t>
        <w:br/>
        <w:t>Т р і с т а н&lt;br /&gt;</w:t>
        <w:br/>
        <w:t>Біжи&lt;br /&gt;</w:t>
        <w:br/>
        <w:t>хоч під три вітри, про мене.&lt;br /&gt;</w:t>
        <w:br/>
        <w:t>Т е о д о р о&lt;br /&gt;</w:t>
        <w:br/>
        <w:t>Та куди ж ти? Стій! Держи!&lt;br /&gt;</w:t>
        <w:br/>
        <w:t>— 95 —&lt;br /&gt;</w:t>
        <w:br/>
        <w:t>М а р ч е л л а&lt;br /&gt;</w:t>
        <w:br/>
        <w:t>Я нікуди.&lt;br /&gt;</w:t>
        <w:br/>
        <w:t>Т р і с т а н&lt;br /&gt;</w:t>
        <w:br/>
        <w:t>От скажені!&lt;br /&gt;</w:t>
        <w:br/>
        <w:t>Т е о д о р о&lt;br /&gt;</w:t>
        <w:br/>
        <w:t>Люба!&lt;br /&gt;</w:t>
        <w:br/>
        <w:t>Т р і с т а н&lt;br /&gt;</w:t>
        <w:br/>
        <w:t>Боже поможи.&lt;br /&gt;</w:t>
        <w:br/>
        <w:t>М а р ч е л л а&lt;br /&gt;</w:t>
        <w:br/>
        <w:t>Чи могла ж я так піти,&lt;br /&gt;</w:t>
        <w:br/>
        <w:t>любий мій?&lt;br /&gt;</w:t>
        <w:br/>
        <w:t>Т е о д о р о&lt;br /&gt;</w:t>
        <w:br/>
        <w:t>І я, як ти.&lt;br /&gt;</w:t>
        <w:br/>
        <w:t>Будьмо разом, твердо стіймо!&lt;br /&gt;</w:t>
        <w:br/>
        <w:t>М а р ч е л л а&lt;br /&gt;</w:t>
        <w:br/>
        <w:t>Упади в мої обійми!&lt;br /&gt;</w:t>
        <w:br/>
        <w:t>Т е о д о р о&lt;br /&gt;</w:t>
        <w:br/>
        <w:t>Обійми мене й прости!&lt;br /&gt;</w:t>
        <w:br/>
        <w:t>Т р і с т а н&lt;br /&gt;</w:t>
        <w:br/>
        <w:t>Вдруге хай їх лихо мирить...&lt;br /&gt;</w:t>
        <w:br/>
        <w:t>Нащо ж був весь тарарам?&lt;br /&gt;</w:t>
        <w:br/>
        <w:t>А н а р д а&lt;br /&gt;</w:t>
        <w:br/>
        <w:t>(тихо Діані)&lt;br /&gt;</w:t>
        <w:br/>
        <w:t>Як подобається вам&lt;br /&gt;</w:t>
        <w:br/>
        <w:t>цей концерт?&lt;br /&gt;</w:t>
        <w:br/>
        <w:t>— 96 —&lt;br /&gt;</w:t>
        <w:br/>
        <w:t>Д і а н а&lt;br /&gt;</w:t>
        <w:br/>
        <w:t>Не можна вірить&lt;br /&gt;</w:t>
        <w:br/>
        <w:t>ні мужчинам, ні жінкам.&lt;br /&gt;</w:t>
        <w:br/>
        <w:t>Т е о д о р о&lt;br /&gt;</w:t>
        <w:br/>
        <w:t>Більш мене не будеш мучить?&lt;br /&gt;</w:t>
        <w:br/>
        <w:t>Т р і с т а н&lt;br /&gt;</w:t>
        <w:br/>
        <w:t>О, усе пішло на лад,&lt;br /&gt;</w:t>
        <w:br/>
        <w:t>вже ніщо їх не розлучить.&lt;br /&gt;</w:t>
        <w:br/>
        <w:t>Фактор, бачте, завше рад,&lt;br /&gt;</w:t>
        <w:br/>
        <w:t>як купцю товар усучить.&lt;br /&gt;</w:t>
        <w:br/>
        <w:t>М а р ч е л л а&lt;br /&gt;</w:t>
        <w:br/>
        <w:t>Як тебе я проміняю&lt;br /&gt;</w:t>
        <w:br/>
        <w:t>чи на Фабйо, чи на кого,&lt;br /&gt;</w:t>
        <w:br/>
        <w:t>хай на смерть мене скарав&lt;br /&gt;</w:t>
        <w:br/>
        <w:t>твоя кривда!&lt;br /&gt;</w:t>
        <w:br/>
        <w:t>Т е о д о р о&lt;br /&gt;</w:t>
        <w:br/>
        <w:t>Я нікого,&lt;br /&gt;</w:t>
        <w:br/>
        <w:t>окрім тебе, знать не знаю!&lt;br /&gt;</w:t>
        <w:br/>
        <w:t>Якщо я тебе забуду,&lt;br /&gt;</w:t>
        <w:br/>
        <w:t>небом проклятий хай буду,&lt;br /&gt;</w:t>
        <w:br/>
        <w:t>хай од зради сам загину!&lt;br /&gt;</w:t>
        <w:br/>
        <w:t>М а р ч е л л а&lt;br /&gt;</w:t>
        <w:br/>
        <w:t>Хочеш змить свою провину?&lt;br /&gt;</w:t>
        <w:br/>
        <w:t>Т е о д о р о&lt;br /&gt;</w:t>
        <w:br/>
        <w:t>Жду покірно твого суду.&lt;br /&gt;</w:t>
        <w:br/>
        <w:t>М а р ч е л л а&lt;br /&gt;</w:t>
        <w:br/>
        <w:t>Ну, скажи, що всі жінки&lt;br /&gt;</w:t>
        <w:br/>
        <w:t>некрасиві.&lt;br /&gt;</w:t>
        <w:br/>
        <w:t>Т е о д о р о&lt;br /&gt;</w:t>
        <w:br/>
        <w:t>Всі, крім тебе;&lt;br /&gt;</w:t>
        <w:br/>
        <w:t>визнаю це залюбки.&lt;br /&gt;</w:t>
        <w:br/>
        <w:t>М а р ч е л л а&lt;br /&gt;</w:t>
        <w:br/>
        <w:t>Так. І все ж таки, мій Фебе,&lt;br /&gt;</w:t>
        <w:br/>
        <w:t>я ревную. Ці думки&lt;br /&gt;</w:t>
        <w:br/>
        <w:t>виявляти не годиться&lt;br /&gt;</w:t>
        <w:br/>
        <w:t>тут, при людях...&lt;br /&gt;</w:t>
        <w:br/>
        <w:t>Т р і с т а н&lt;br /&gt;</w:t>
        <w:br/>
        <w:t>Не дивіться,&lt;br /&gt;</w:t>
        <w:br/>
        <w:t>що я тут, кажу зарані.&lt;br /&gt;</w:t>
        <w:br/>
        <w:t>М а р ч е л л а&lt;br /&gt;</w:t>
        <w:br/>
        <w:t>Ну, скажи мені, що пані&lt;br /&gt;</w:t>
        <w:br/>
        <w:t>поганюча.&lt;br /&gt;</w:t>
        <w:br/>
        <w:t>Т е о д о р о&lt;br /&gt;</w:t>
        <w:br/>
        <w:t>Як чортиця.&lt;br /&gt;</w:t>
        <w:br/>
        <w:t>М а р ч е л л а&lt;br /&gt;</w:t>
        <w:br/>
        <w:t>І дурна?&lt;br /&gt;</w:t>
        <w:br/>
        <w:t>Т е о д о р о&lt;br /&gt;</w:t>
        <w:br/>
        <w:t>Дурна, як гуска.&lt;br /&gt;</w:t>
        <w:br/>
        <w:t>М а р ч е л л а&lt;br /&gt;</w:t>
        <w:br/>
        <w:t>І суха?&lt;br /&gt;</w:t>
        <w:br/>
        <w:t>Т е о д о р о&lt;br /&gt;</w:t>
        <w:br/>
        <w:t>Немов тараня.&lt;br /&gt;</w:t>
        <w:br/>
        <w:t>Д і а н а&lt;br /&gt;</w:t>
        <w:br/>
        <w:t>(тихо Анарді)&lt;br /&gt;</w:t>
        <w:br/>
        <w:t>— 98 —&lt;br /&gt;</w:t>
        <w:br/>
        <w:t>Чуєш, що він там блягузка?&lt;br /&gt;</w:t>
        <w:br/>
        <w:t>Неподобне глузування!&lt;br /&gt;</w:t>
        <w:br/>
        <w:t>Ще і тая трясогузка...&lt;br /&gt;</w:t>
        <w:br/>
        <w:t>Я їм зараз...&lt;br /&gt;</w:t>
        <w:br/>
        <w:t>А на р д а&lt;br /&gt;</w:t>
        <w:br/>
        <w:t>Май терпіння,&lt;br /&gt;</w:t>
        <w:br/>
        <w:t>це ж незручно.&lt;br /&gt;</w:t>
        <w:br/>
        <w:t>Т р і с т а н&lt;br /&gt;</w:t>
        <w:br/>
        <w:t>Про графиню,&lt;br /&gt;</w:t>
        <w:br/>
        <w:t>коли хочете, я вам&lt;br /&gt;</w:t>
        <w:br/>
        <w:t>розповім ще дещо.&lt;br /&gt;</w:t>
        <w:br/>
        <w:t>Д і а н а&lt;br /&gt;</w:t>
        <w:br/>
        <w:t>Хам!&lt;br /&gt;</w:t>
        <w:br/>
        <w:t>Мушу слухать це глумління?&lt;br /&gt;</w:t>
        <w:br/>
        <w:t>Ух!&lt;br /&gt;</w:t>
        <w:br/>
        <w:t>Т р і с т а н&lt;br /&gt;</w:t>
        <w:br/>
        <w:t>По-перше...&lt;br /&gt;</w:t>
        <w:br/>
        <w:t>Д і а н а&lt;br /&gt;</w:t>
        <w:br/>
        <w:t>Мабуть, годі,&lt;br /&gt;</w:t>
        <w:br/>
        <w:t>бо по-друге буде гірше.&lt;br /&gt;</w:t>
        <w:br/>
        <w:t>М а р ч е л л а&lt;br /&gt;</w:t>
        <w:br/>
        <w:t>Я піду вже, Теодоро.&lt;br /&gt;</w:t>
        <w:br/>
        <w:t>Діана й Анарда виходять із своєї криївки;&lt;br /&gt;</w:t>
        <w:br/>
        <w:t>Марчелла робить графині реверанс і виходить.&lt;br /&gt;</w:t>
        <w:br/>
        <w:t>Т р і с т а н&lt;br /&gt;</w:t>
        <w:br/>
        <w:t>Ой, графиня!&lt;br /&gt;</w:t>
        <w:br/>
        <w:t>Т е о д о р о&lt;br /&gt;</w:t>
        <w:br/>
        <w:t>(набік)&lt;br /&gt;</w:t>
        <w:br/>
        <w:t>Ой, графиня!&lt;br /&gt;</w:t>
        <w:br/>
        <w:t>Д і а н а&lt;br /&gt;</w:t>
        <w:br/>
        <w:t>Теодоро...&lt;br /&gt;</w:t>
        <w:br/>
        <w:t>Т е о д о р о&lt;br /&gt;</w:t>
        <w:br/>
        <w:t>Я, синьйоро...&lt;br /&gt;</w:t>
        <w:br/>
        <w:t>Т р і с т а н&lt;br /&gt;</w:t>
        <w:br/>
        <w:t>(набік)&lt;br /&gt;</w:t>
        <w:br/>
        <w:t>Утечу, поки не пізно,&lt;br /&gt;</w:t>
        <w:br/>
        <w:t>буде тут і грому, й блиску!&lt;br /&gt;</w:t>
        <w:br/>
        <w:t>(Виходить).&lt;br /&gt;</w:t>
        <w:br/>
        <w:t>ЯВА ДЕВ'ЯТНАДЦЯТА&lt;br /&gt;</w:t>
        <w:br/>
        <w:t>Д і а н а, Т е о д о р о, А н а р д а.&lt;br /&gt;</w:t>
        <w:br/>
        <w:t>Д і а н а&lt;br /&gt;</w:t>
        <w:br/>
        <w:t>Принеси, Анардо, швидше&lt;br /&gt;</w:t>
        <w:br/>
        <w:t>або столик, або бюрко;&lt;br /&gt;</w:t>
        <w:br/>
        <w:t>продиктую я записку&lt;br /&gt;</w:t>
        <w:br/>
        <w:t>свойому секретареві.&lt;br /&gt;</w:t>
        <w:br/>
        <w:t>Т е о д о р о&lt;br /&gt;</w:t>
        <w:br/>
        <w:t>(набік)&lt;br /&gt;</w:t>
        <w:br/>
        <w:t>Вся душа у мене мліє...&lt;br /&gt;</w:t>
        <w:br/>
        <w:t>Що, як чула вона все?&lt;br /&gt;</w:t>
        <w:br/>
        <w:t>Д і а н а&lt;br /&gt;</w:t>
        <w:br/>
        <w:t>(набік)&lt;br /&gt;</w:t>
        <w:br/>
        <w:t>Знов любов моя шаліє,&lt;br /&gt;</w:t>
        <w:br/>
        <w:t>бо її збудила ревність.&lt;br /&gt;</w:t>
        <w:br/>
        <w:t>Він кохає покоївку,&lt;br /&gt;</w:t>
        <w:br/>
        <w:t>хоч, здається, на кохання&lt;br /&gt;</w:t>
        <w:br/>
        <w:t>прав я маю значно більше!&lt;br /&gt;</w:t>
        <w:br/>
        <w:t>Ще вони й глузують з мене!&lt;br /&gt;</w:t>
        <w:br/>
        <w:t>Т е о д о р о&lt;br /&gt;</w:t>
        <w:br/>
        <w:t>(набік)&lt;br /&gt;</w:t>
        <w:br/>
        <w:t>Шепче щось собі сердито...&lt;br /&gt;</w:t>
        <w:br/>
        <w:t>Я ж казав, що у палаці&lt;br /&gt;</w:t>
        <w:br/>
        <w:t>треба бути без'язиким,&lt;br /&gt;</w:t>
        <w:br/>
        <w:t>бо шпалери мають вуха,&lt;br /&gt;</w:t>
        <w:br/>
        <w:t>стіни можуть говорити.&lt;br /&gt;</w:t>
        <w:br/>
        <w:t>А н а р д а&lt;br /&gt;</w:t>
        <w:br/>
        <w:t>Нате вам маленький столик&lt;br /&gt;</w:t>
        <w:br/>
        <w:t>і приладдя.&lt;br /&gt;</w:t>
        <w:br/>
        <w:t>Д і а н а&lt;br /&gt;</w:t>
        <w:br/>
        <w:t>Ну-бо, швидше,&lt;br /&gt;</w:t>
        <w:br/>
        <w:t>Теодоро, приготуйся.&lt;br /&gt;</w:t>
        <w:br/>
        <w:t>Т е о д о р о&lt;br /&gt;</w:t>
        <w:br/>
        <w:t>(набік)&lt;br /&gt;</w:t>
        <w:br/>
        <w:t>Я пропав, пропав навіки.&lt;br /&gt;</w:t>
        <w:br/>
        <w:t>Д і а н а&lt;br /&gt;</w:t>
        <w:br/>
        <w:t>Ну, пиши.&lt;br /&gt;</w:t>
        <w:br/>
        <w:t>Т е о д о р о&lt;br /&gt;</w:t>
        <w:br/>
        <w:t>Диктуйте.&lt;br /&gt;</w:t>
        <w:br/>
        <w:t>Д і а н а&lt;br /&gt;</w:t>
        <w:br/>
        <w:t>Стій,&lt;br /&gt;</w:t>
        <w:br/>
        <w:t>так незручно — на колінах.&lt;br /&gt;</w:t>
        <w:br/>
        <w:t>(Анарді).&lt;br /&gt;</w:t>
        <w:br/>
        <w:t>Підмости йому подушку.&lt;br /&gt;</w:t>
        <w:br/>
        <w:t>— 101 —&lt;br /&gt;</w:t>
        <w:br/>
        <w:t>Т е о д о р о&lt;br /&gt;</w:t>
        <w:br/>
        <w:t>Та нічого.&lt;br /&gt;</w:t>
        <w:br/>
        <w:t>Д і а н а&lt;br /&gt;</w:t>
        <w:br/>
        <w:t>Так зручніше.&lt;br /&gt;</w:t>
        <w:br/>
        <w:t>Т е о д о р о&lt;br /&gt;</w:t>
        <w:br/>
        <w:t>(набік)&lt;br /&gt;</w:t>
        <w:br/>
        <w:t>Все разом — і гнів і ласка...&lt;br /&gt;</w:t>
        <w:br/>
        <w:t>Справа дуже підозріла:&lt;br /&gt;</w:t>
        <w:br/>
        <w:t>під коліна м'яко стеле&lt;br /&gt;</w:t>
        <w:br/>
        <w:t>й може голову одрізать.&lt;br /&gt;</w:t>
        <w:br/>
        <w:t>(Уголос).&lt;br /&gt;</w:t>
        <w:br/>
        <w:t>Я готовий.&lt;br /&gt;</w:t>
        <w:br/>
        <w:t>Д і а н а&lt;br /&gt;</w:t>
        <w:br/>
        <w:t>Ну, пиши.&lt;br /&gt;</w:t>
        <w:br/>
        <w:t>Т е о д о р о&lt;br /&gt;</w:t>
        <w:br/>
        <w:t>(набік)&lt;br /&gt;</w:t>
        <w:br/>
        <w:t>Господи, спаси й помилуй!&lt;br /&gt;</w:t>
        <w:br/>
        <w:t>Діана сідає в високе крісло й диктує, Теодоро пише.&lt;br /&gt;</w:t>
        <w:br/>
        <w:t>Д і а н а&lt;br /&gt;</w:t>
        <w:br/>
        <w:t>"Коли вельможна особа освідчилась простому чолові-&lt;br /&gt;</w:t>
        <w:br/>
        <w:t>кові, то дуже непристойно з його боку залицятися до&lt;br /&gt;</w:t>
        <w:br/>
        <w:t>іншої; та хто не вміє шанувати свого щастя, нехай ши-&lt;br /&gt;</w:t>
        <w:br/>
        <w:t>ється в дурні".&lt;br /&gt;</w:t>
        <w:br/>
        <w:t>Т е о д о р о&lt;br /&gt;</w:t>
        <w:br/>
        <w:t>Це і все?&lt;br /&gt;</w:t>
        <w:br/>
        <w:t>Д і а н а&lt;br /&gt;</w:t>
        <w:br/>
        <w:t>Оце і все.&lt;br /&gt;</w:t>
        <w:br/>
        <w:t>Запечатай цю записку.&lt;br /&gt;</w:t>
        <w:br/>
        <w:t>— 102 —&lt;br /&gt;</w:t>
        <w:br/>
        <w:t>А н а р д а&lt;br /&gt;</w:t>
        <w:br/>
        <w:t>(тихо Діані)&lt;br /&gt;</w:t>
        <w:br/>
        <w:t>Що ви робите, синьйоро?&lt;br /&gt;</w:t>
        <w:br/>
        <w:t>Д і а н а&lt;br /&gt;</w:t>
        <w:br/>
        <w:t>Це такі любовні примхи.&lt;br /&gt;</w:t>
        <w:br/>
        <w:t>А н а р д а&lt;br /&gt;</w:t>
        <w:br/>
        <w:t>Та кого ж ви полюбили?&lt;br /&gt;</w:t>
        <w:br/>
        <w:t>Д і а н а&lt;br /&gt;</w:t>
        <w:br/>
        <w:t>Ще й питаєш! Дуже дивно.&lt;br /&gt;</w:t>
        <w:br/>
        <w:t>Про любов мою в цім домі&lt;br /&gt;</w:t>
        <w:br/>
        <w:t>вже говорить і каміння.&lt;br /&gt;</w:t>
        <w:br/>
        <w:t>Т е о д о р о&lt;br /&gt;</w:t>
        <w:br/>
        <w:t>Запечатав я цидулку,&lt;br /&gt;</w:t>
        <w:br/>
        <w:t>от іще адресу тільки.&lt;br /&gt;</w:t>
        <w:br/>
        <w:t>Д і а н а&lt;br /&gt;</w:t>
        <w:br/>
        <w:t>Лист — тобі. Лише Марчеллі&lt;br /&gt;</w:t>
        <w:br/>
        <w:t>не показуй; не годиться.&lt;br /&gt;</w:t>
        <w:br/>
        <w:t>Прочитай його уважно,&lt;br /&gt;</w:t>
        <w:br/>
        <w:t>може, дещо зрозумієш.&lt;br /&gt;</w:t>
        <w:br/>
        <w:t>Діана й Анарда виходять.&lt;br /&gt;</w:t>
        <w:br/>
        <w:t>ЯВА ДВАДЦЯТА&lt;br /&gt;</w:t>
        <w:br/>
        <w:t>Т е о д о р о, згодом М а р ч е л л а.&lt;br /&gt;</w:t>
        <w:br/>
        <w:t>Т е о д о р о&lt;br /&gt;</w:t>
        <w:br/>
        <w:t>Чудасія, що й казати!&lt;br /&gt;</w:t>
        <w:br/>
        <w:t>Ніби любить, тільки дивно:&lt;br /&gt;</w:t>
        <w:br/>
        <w:t>раз на тиждень кров пускає.&lt;br /&gt;</w:t>
        <w:br/>
        <w:t>Щось занадто вже нерівно&lt;br /&gt;</w:t>
        <w:br/>
        <w:t>б'ється той любовний живчик.&lt;br /&gt;</w:t>
        <w:br/>
        <w:t>Входить М а р ч е л л а.&lt;br /&gt;</w:t>
        <w:br/>
        <w:t>М а р ч е л л а&lt;br /&gt;</w:t>
        <w:br/>
        <w:t>Любий! Що вона хотіла?&lt;br /&gt;</w:t>
        <w:br/>
        <w:t>Я стояла за дверима&lt;br /&gt;</w:t>
        <w:br/>
        <w:t>і од ляку вся тремтіла.&lt;br /&gt;</w:t>
        <w:br/>
        <w:t>Т е о д о р о&lt;br /&gt;</w:t>
        <w:br/>
        <w:t>Та сказала, що тебе&lt;br /&gt;</w:t>
        <w:br/>
        <w:t>хоче з Фабйо одружити;&lt;br /&gt;</w:t>
        <w:br/>
        <w:t>написав я це листа,&lt;br /&gt;</w:t>
        <w:br/>
        <w:t>щоб прислали вам на віно&lt;br /&gt;</w:t>
        <w:br/>
        <w:t>грошей із маєтку.&lt;br /&gt;</w:t>
        <w:br/>
        <w:t>М а р ч е л л а&lt;br /&gt;</w:t>
        <w:br/>
        <w:t>Боже!&lt;br /&gt;</w:t>
        <w:br/>
        <w:t>Що ти кажеш?&lt;br /&gt;</w:t>
        <w:br/>
        <w:t>Т е о д о р о&lt;br /&gt;</w:t>
        <w:br/>
        <w:t>Будь щаслива.&lt;br /&gt;</w:t>
        <w:br/>
        <w:t>Але ти виходиш заміж,&lt;br /&gt;</w:t>
        <w:br/>
        <w:t>пам'ятай же, що віднині&lt;br /&gt;</w:t>
        <w:br/>
        <w:t>нам не личить зустрічатись.&lt;br /&gt;</w:t>
        <w:br/>
        <w:t>М а р ч е л л а&lt;br /&gt;</w:t>
        <w:br/>
        <w:t>Слухай!&lt;br /&gt;</w:t>
        <w:br/>
        <w:t>Т е о д о р о&lt;br /&gt;</w:t>
        <w:br/>
        <w:t>Пізно вже жаліти.&lt;br /&gt;</w:t>
        <w:br/>
        <w:t>(Виходить).&lt;br /&gt;</w:t>
        <w:br/>
        <w:t>— 104 —&lt;br /&gt;</w:t>
        <w:br/>
        <w:t>ЯВА ДВАДЦЯТЬ ПЕРША&lt;br /&gt;</w:t>
        <w:br/>
        <w:t>М а р ч е л л а сама.&lt;br /&gt;</w:t>
        <w:br/>
        <w:t>М а р ч е л л а&lt;br /&gt;</w:t>
        <w:br/>
        <w:t>Ні, цього не може бути,&lt;br /&gt;</w:t>
        <w:br/>
        <w:t>я ніколи не повірю!&lt;br /&gt;</w:t>
        <w:br/>
        <w:t>Знов його до себе надить&lt;br /&gt;</w:t>
        <w:br/>
        <w:t>ця синьйора божевільна.&lt;br /&gt;</w:t>
        <w:br/>
        <w:t>Він як те відро в криниці:&lt;br /&gt;</w:t>
        <w:br/>
        <w:t>спуститься униз — по вінця&lt;br /&gt;</w:t>
        <w:br/>
        <w:t>ласкою наллє лукава,&lt;br /&gt;</w:t>
        <w:br/>
        <w:t>піде вгору — зразу виллє...&lt;br /&gt;</w:t>
        <w:br/>
        <w:t>Ох, невдячний Теодоро!&lt;br /&gt;</w:t>
        <w:br/>
        <w:t>Аби глянула графиня,&lt;br /&gt;</w:t>
        <w:br/>
        <w:t>вже Марчеллу забуваєш!&lt;br /&gt;</w:t>
        <w:br/>
        <w:t>Як поманить — мене кинеш,&lt;br /&gt;</w:t>
        <w:br/>
        <w:t>прожене — ти знов до мене...&lt;br /&gt;</w:t>
        <w:br/>
        <w:t>Доки ж муки ці терпіти?&lt;br /&gt;</w:t>
        <w:br/>
        <w:t>ЯВА ДВАДЦЯТЬ ДРУГА&lt;br /&gt;</w:t>
        <w:br/>
        <w:t>Р і к а р д о, Ф а б і о, М а р ч е л л а.&lt;br /&gt;</w:t>
        <w:br/>
        <w:t>Р і к а р д о&lt;br /&gt;</w:t>
        <w:br/>
        <w:t>Ти ж бачиш, Фабйо, миттю я прибіг,&lt;br /&gt;</w:t>
        <w:br/>
        <w:t>щоб за цю ласку їй подяку скласти,&lt;br /&gt;</w:t>
        <w:br/>
        <w:t>припасти їй всепіддано до ніг.&lt;br /&gt;</w:t>
        <w:br/>
        <w:t>Ф а б і о&lt;br /&gt;</w:t>
        <w:br/>
        <w:t>Скажи, Марчелло, пані...&lt;br /&gt;</w:t>
        <w:br/>
        <w:t>М а р ч е л л а&lt;br /&gt;</w:t>
        <w:br/>
        <w:t>(набік)&lt;br /&gt;</w:t>
        <w:br/>
        <w:t>Де взялась ти,&lt;br /&gt;</w:t>
        <w:br/>
        <w:t>пекельна ревносте, всіх мрій моїх&lt;br /&gt;</w:t>
        <w:br/>
        <w:t>губителько? Я у тяжкій напасті...&lt;br /&gt;</w:t>
        <w:br/>
        <w:t>— 105 —&lt;br /&gt;</w:t>
        <w:br/>
        <w:t>Ф а б і о&lt;br /&gt;</w:t>
        <w:br/>
        <w:t>Ти йдеш чи ні?&lt;br /&gt;</w:t>
        <w:br/>
        <w:t>М а р ч е л л а&lt;br /&gt;</w:t>
        <w:br/>
        <w:t>Іду вже.&lt;br /&gt;</w:t>
        <w:br/>
        <w:t>Ф а б і о&lt;br /&gt;</w:t>
        <w:br/>
        <w:t>Скажеш їй,&lt;br /&gt;</w:t>
        <w:br/>
        <w:t>що жде її господар наш новий.&lt;br /&gt;</w:t>
        <w:br/>
        <w:t>ЯВА ДВАДЦЯТЬ ТРЕТЯ&lt;br /&gt;</w:t>
        <w:br/>
        <w:t>Р і к а р д о, Ф а б і о.&lt;br /&gt;</w:t>
        <w:br/>
        <w:t>Р і к а р д о&lt;br /&gt;</w:t>
        <w:br/>
        <w:t>Зайди якось до нашої господи,&lt;br /&gt;</w:t>
        <w:br/>
        <w:t>тобі я тисячу ескудо дам&lt;br /&gt;</w:t>
        <w:br/>
        <w:t>іще й коня найкращої породи.&lt;br /&gt;</w:t>
        <w:br/>
        <w:t>Ф а б і о&lt;br /&gt;</w:t>
        <w:br/>
        <w:t>Я до могили буду вдячний вам.&lt;br /&gt;</w:t>
        <w:br/>
        <w:t>Р і к а р д о&lt;br /&gt;</w:t>
        <w:br/>
        <w:t>Це буде лиш частина нагороди;&lt;br /&gt;</w:t>
        <w:br/>
        <w:t>ти не слуга, а друг мені, затям.&lt;br /&gt;</w:t>
        <w:br/>
        <w:t>Ф а б і о&lt;br /&gt;</w:t>
        <w:br/>
        <w:t>Спасибі.&lt;br /&gt;</w:t>
        <w:br/>
        <w:t>Р і к а р д о&lt;br /&gt;</w:t>
        <w:br/>
        <w:t>За цю послугу велику&lt;br /&gt;</w:t>
        <w:br/>
        <w:t>тобі я не віддячуся довіку.&lt;br /&gt;</w:t>
        <w:br/>
        <w:t>— 106 —&lt;br /&gt;</w:t>
        <w:br/>
        <w:t>ЯВА ДВАДЦЯТЬ ЧЕТВЕРТА&lt;br /&gt;</w:t>
        <w:br/>
        <w:t>Д і а н а; ті, що й були.&lt;br /&gt;</w:t>
        <w:br/>
        <w:t>Д і а н а&lt;br /&gt;</w:t>
        <w:br/>
        <w:t>Ви тут, маркізе?&lt;br /&gt;</w:t>
        <w:br/>
        <w:t>Р і к а р д о&lt;br /&gt;</w:t>
        <w:br/>
        <w:t>Де ж мені ще буть,&lt;br /&gt;</w:t>
        <w:br/>
        <w:t>як ви до мене Фабіо прислали&lt;br /&gt;</w:t>
        <w:br/>
        <w:t>із вісткою, що осіяла путь:&lt;br /&gt;</w:t>
        <w:br/>
        <w:t>мене за мужа й за слугу обрали&lt;br /&gt;</w:t>
        <w:br/>
        <w:t>ви, почуттів моїх незмінна суть,&lt;br /&gt;</w:t>
        <w:br/>
        <w:t>мого життя єдиний ідеале!&lt;br /&gt;</w:t>
        <w:br/>
        <w:t>Від тих святих, давно жаданих слів&lt;br /&gt;</w:t>
        <w:br/>
        <w:t>я весь сп'янів, збезумів, ошалів...&lt;br /&gt;</w:t>
        <w:br/>
        <w:t>Дозвольте ж ніжки вам поцілувати,&lt;br /&gt;</w:t>
        <w:br/>
        <w:t>володарко довічная моя!&lt;br /&gt;</w:t>
        <w:br/>
        <w:t>Д і а н а&lt;br /&gt;</w:t>
        <w:br/>
        <w:t>Синьйоре, я й не думала вас звати,&lt;br /&gt;</w:t>
        <w:br/>
        <w:t>Це жарт, чи що? Не розумію я.&lt;br /&gt;</w:t>
        <w:br/>
        <w:t>Р і к а р д о&lt;br /&gt;</w:t>
        <w:br/>
        <w:t>То що ж це, Фабйо?&lt;br /&gt;</w:t>
        <w:br/>
        <w:t>Ф а б і о&lt;br /&gt;</w:t>
        <w:br/>
        <w:t>Звідки маю знати?&lt;br /&gt;</w:t>
        <w:br/>
        <w:t>Я виконав наказ секретаря.&lt;br /&gt;</w:t>
        <w:br/>
        <w:t>Хіба б я сам наважився, синьйоро?..&lt;br /&gt;</w:t>
        <w:br/>
        <w:t>Д і а н а&lt;br /&gt;</w:t>
        <w:br/>
        <w:t>Виходить, в цьому винен Теодоро.&lt;br /&gt;</w:t>
        <w:br/>
        <w:t>У нас, маркізе, знаєте, якось&lt;br /&gt;</w:t>
        <w:br/>
        <w:t>була про вас і Федеріко мова;&lt;br /&gt;</w:t>
        <w:br/>
        <w:t>я вас хвалила, от йому й здалось,&lt;br /&gt;</w:t>
        <w:br/>
        <w:t>що руку я віддати вам готова;&lt;br /&gt;</w:t>
        <w:br/>
        <w:t>— 107 —&lt;br /&gt;</w:t>
        <w:br/>
        <w:t>він Фабіо послав до вас нащось.&lt;br /&gt;</w:t>
        <w:br/>
        <w:t>Простіть помилку дурням.&lt;br /&gt;</w:t>
        <w:br/>
        <w:t>Р і к а р д о&lt;br /&gt;</w:t>
        <w:br/>
        <w:t>Ваше слово —&lt;br /&gt;</w:t>
        <w:br/>
        <w:t>закон для мене. Та якби не тут,&lt;br /&gt;</w:t>
        <w:br/>
        <w:t>дістав би чосу вісник-баламут.&lt;br /&gt;</w:t>
        <w:br/>
        <w:t>Прощайте. Маю в серці ще надію&lt;br /&gt;</w:t>
        <w:br/>
        <w:t>діждатися відплати за любов.&lt;br /&gt;</w:t>
        <w:br/>
        <w:t>(Виходить).&lt;br /&gt;</w:t>
        <w:br/>
        <w:t>Д і а н а&lt;br /&gt;</w:t>
        <w:br/>
        <w:t>От бачиш, що ти наробив, тюхтію.&lt;br /&gt;</w:t>
        <w:br/>
        <w:t>Ф а б і о&lt;br /&gt;</w:t>
        <w:br/>
        <w:t>Та то ж не я, а ви на мене знов...&lt;br /&gt;</w:t>
        <w:br/>
        <w:t>Д і а н а&lt;br /&gt;</w:t>
        <w:br/>
        <w:t>Поклич секретаря.&lt;br /&gt;</w:t>
        <w:br/>
        <w:t>(Набік).&lt;br /&gt;</w:t>
        <w:br/>
        <w:t>Я шаленію&lt;br /&gt;</w:t>
        <w:br/>
        <w:t>із ревнощів, а тут іще прийшов&lt;br /&gt;</w:t>
        <w:br/>
        <w:t>цей франт, цей титулований паскуда.&lt;br /&gt;</w:t>
        <w:br/>
        <w:t>Ф а б і о&lt;br /&gt;</w:t>
        <w:br/>
        <w:t>(набік)&lt;br /&gt;</w:t>
        <w:br/>
        <w:t>Пропав мій кінь і тисяча ескудо!&lt;br /&gt;</w:t>
        <w:br/>
        <w:t>(Виходить).&lt;br /&gt;</w:t>
        <w:br/>
        <w:t>ЯВА ДВАДЦЯТЬ П'ЯТА&lt;br /&gt;</w:t>
        <w:br/>
        <w:t>Д і а н а сама.&lt;br /&gt;</w:t>
        <w:br/>
        <w:t>— 108 —&lt;br /&gt;</w:t>
        <w:br/>
        <w:t>Д і а н а&lt;br /&gt;</w:t>
        <w:br/>
        <w:t>Любове, годі! Це страшна забава!&lt;br /&gt;</w:t>
        <w:br/>
        <w:t>Поглянь, як жертва мучиться твоя.&lt;br /&gt;</w:t>
        <w:br/>
        <w:t>Мені ти, певно, скажеш: "Це не я,&lt;br /&gt;</w:t>
        <w:br/>
        <w:t>це тінь моя, її це чорна справа".&lt;br /&gt;</w:t>
        <w:br/>
        <w:t>О ревносте, пораднице лукава,&lt;br /&gt;</w:t>
        <w:br/>
        <w:t>трутизну ллєш ти в серце, мов змія;&lt;br /&gt;</w:t>
        <w:br/>
        <w:t>загине через тебе честь моя,&lt;br /&gt;</w:t>
        <w:br/>
        <w:t>її замінить вічная неслава...&lt;br /&gt;</w:t>
        <w:br/>
        <w:t>Люблю його, хоч знаю, що я — море,&lt;br /&gt;</w:t>
        <w:br/>
        <w:t>а він лиш човник, човничок хисткий.&lt;br /&gt;</w:t>
        <w:br/>
        <w:t>Кому ж із нас страшніший буревій?&lt;br /&gt;</w:t>
        <w:br/>
        <w:t>Любов чи гонор — хто кого поборе?&lt;br /&gt;</w:t>
        <w:br/>
        <w:t>Так туго тятиву я нап'яла,&lt;br /&gt;</w:t>
        <w:br/>
        <w:t>що трісне лук і вломиться стріла.&lt;br /&gt;</w:t>
        <w:br/>
        <w:t>ЯВА ДВАДЦЯТЬ ШОСТА&lt;br /&gt;</w:t>
        <w:br/>
        <w:t>Т е о д о р о, Ф а б і о, Д і а н а.&lt;br /&gt;</w:t>
        <w:br/>
        <w:t>Ф а б і о&lt;br /&gt;</w:t>
        <w:br/>
        <w:t>(тихо до Теодоро)&lt;br /&gt;</w:t>
        <w:br/>
        <w:t>Ледь не вбив мене маркіз;&lt;br /&gt;</w:t>
        <w:br/>
        <w:t>та найбільше я жалію,&lt;br /&gt;</w:t>
        <w:br/>
        <w:t>що ті грошики пропали.&lt;br /&gt;</w:t>
        <w:br/>
        <w:t>Т е о д о р о&lt;br /&gt;</w:t>
        <w:br/>
        <w:t>Ти їх можеш відробити.&lt;br /&gt;</w:t>
        <w:br/>
        <w:t>Ф а б і о&lt;br /&gt;</w:t>
        <w:br/>
        <w:t>Ну?&lt;br /&gt;</w:t>
        <w:br/>
        <w:t>Т е о д о р о&lt;br /&gt;</w:t>
        <w:br/>
        <w:t>Ти ж знаєш, Федеріко&lt;br /&gt;</w:t>
        <w:br/>
        <w:t>З горя мало не сказився,&lt;br /&gt;</w:t>
        <w:br/>
        <w:t>— 109 —&lt;br /&gt;</w:t>
        <w:br/>
        <w:t>як почув, що має успіх&lt;br /&gt;</w:t>
        <w:br/>
        <w:t>тут маркіз. Біжи скоріше&lt;br /&gt;</w:t>
        <w:br/>
        <w:t>і скажи, що шлюб розладивсь.&lt;br /&gt;</w:t>
        <w:br/>
        <w:t>Граф за це тобі червінців&lt;br /&gt;</w:t>
        <w:br/>
        <w:t>цілу торбу дасть.&lt;br /&gt;</w:t>
        <w:br/>
        <w:t>Ф а б і о&lt;br /&gt;</w:t>
        <w:br/>
        <w:t>Біжу!&lt;br /&gt;</w:t>
        <w:br/>
        <w:t>(Виходить).&lt;br /&gt;</w:t>
        <w:br/>
        <w:t>ЯВА ДВАДЦЯТЬ СЬОМА&lt;br /&gt;</w:t>
        <w:br/>
        <w:t>Д і а н а, Т е о д о р о.&lt;br /&gt;</w:t>
        <w:br/>
        <w:t>Т е о д о р о&lt;br /&gt;</w:t>
        <w:br/>
        <w:t>Я з'явився на ваш виклик.&lt;br /&gt;</w:t>
        <w:br/>
        <w:t>Д і а н а&lt;br /&gt;</w:t>
        <w:br/>
        <w:t>Добре, що пішов той йолоп.&lt;br /&gt;</w:t>
        <w:br/>
        <w:t>Т е о д о р о&lt;br /&gt;</w:t>
        <w:br/>
        <w:t>Я читав, мабуть, з годину&lt;br /&gt;</w:t>
        <w:br/>
        <w:t>той ваш лист і зрозумів,&lt;br /&gt;</w:t>
        <w:br/>
        <w:t>що ви ним сказать хотіли.&lt;br /&gt;</w:t>
        <w:br/>
        <w:t>Лиш з високої поваги&lt;br /&gt;</w:t>
        <w:br/>
        <w:t>був із вами я несмілий,&lt;br /&gt;</w:t>
        <w:br/>
        <w:t>як дурний, дивився мовчки&lt;br /&gt;</w:t>
        <w:br/>
        <w:t>на велику вашу милість;&lt;br /&gt;</w:t>
        <w:br/>
        <w:t>я збагнув свою провину&lt;br /&gt;</w:t>
        <w:br/>
        <w:t>і насмілююсь одкрити,&lt;br /&gt;</w:t>
        <w:br/>
        <w:t>що люблю вас — не гнівіться!&lt;br /&gt;</w:t>
        <w:br/>
        <w:t>що люблю вас шанобливо.&lt;br /&gt;</w:t>
        <w:br/>
        <w:t>Зрозумійте цей мій трепет...&lt;br /&gt;</w:t>
        <w:br/>
        <w:t>— 110 —&lt;br /&gt;</w:t>
        <w:br/>
        <w:t>Д і а н а&lt;br /&gt;</w:t>
        <w:br/>
        <w:t>Я тобі охоче вірю.&lt;br /&gt;</w:t>
        <w:br/>
        <w:t>Як би міг ти не любити&lt;br /&gt;</w:t>
        <w:br/>
        <w:t>свою пані й господиню,&lt;br /&gt;</w:t>
        <w:br/>
        <w:t>що добра тобі бажає&lt;br /&gt;</w:t>
        <w:br/>
        <w:t>і тебе цінує більше&lt;br /&gt;</w:t>
        <w:br/>
        <w:t>над усю домашню челядь?&lt;br /&gt;</w:t>
        <w:br/>
        <w:t>Т е о д о р о&lt;br /&gt;</w:t>
        <w:br/>
        <w:t>Знов я вас не розумію.&lt;br /&gt;</w:t>
        <w:br/>
        <w:t>Д і а н а&lt;br /&gt;</w:t>
        <w:br/>
        <w:t>Все тут ясно, Теодоро:&lt;br /&gt;</w:t>
        <w:br/>
        <w:t>бережись переступити&lt;br /&gt;</w:t>
        <w:br/>
        <w:t>от настільки певні межі&lt;br /&gt;</w:t>
        <w:br/>
        <w:t>і свої пориви стримуй.&lt;br /&gt;</w:t>
        <w:br/>
        <w:t>Од вельможної особи&lt;br /&gt;</w:t>
        <w:br/>
        <w:t>незначному чоловіку&lt;br /&gt;</w:t>
        <w:br/>
        <w:t>досить мати небагато&lt;br /&gt;</w:t>
        <w:br/>
        <w:t>тої милості — хоч крихту,&lt;br /&gt;</w:t>
        <w:br/>
        <w:t>щоб відчуть до себе шану,&lt;br /&gt;</w:t>
        <w:br/>
        <w:t>Щоб довіку буть щасливим.&lt;br /&gt;</w:t>
        <w:br/>
        <w:t>Т е о д о р о&lt;br /&gt;</w:t>
        <w:br/>
        <w:t>Мушу я сказать, синьйоро&lt;br /&gt;</w:t>
        <w:br/>
        <w:t>(вибачте мені за щирість),&lt;br /&gt;</w:t>
        <w:br/>
        <w:t>що у ваших міркуваннях&lt;br /&gt;</w:t>
        <w:br/>
        <w:t>часом світлі є проміжки,&lt;br /&gt;</w:t>
        <w:br/>
        <w:t>а у поглядах — не знаю.&lt;br /&gt;</w:t>
        <w:br/>
        <w:t>Нащо вам було живити&lt;br /&gt;</w:t>
        <w:br/>
        <w:t>у душі моїй бентежній&lt;br /&gt;</w:t>
        <w:br/>
        <w:t>ті принадливі надії?&lt;br /&gt;</w:t>
        <w:br/>
        <w:t>Під вагою того щастя&lt;br /&gt;</w:t>
        <w:br/>
        <w:t>я нездужав цілий місяць...&lt;br /&gt;</w:t>
        <w:br/>
        <w:t>Гірко бачити цю долю,&lt;br /&gt;</w:t>
        <w:br/>
        <w:t>тяжко зносити ці примхи:&lt;br /&gt;</w:t>
        <w:br/>
        <w:t>як я трохи охолону,&lt;br /&gt;</w:t>
        <w:br/>
        <w:t>в вас любов огнем жаріє,&lt;br /&gt;</w:t>
        <w:br/>
        <w:t>як я знову розпалюся —&lt;br /&gt;</w:t>
        <w:br/>
        <w:t>Зразу холодом повіє.&lt;br /&gt;</w:t>
        <w:br/>
        <w:t>Знав би я одно, так ви ж&lt;br /&gt;</w:t>
        <w:br/>
        <w:t>мов собака та на сіні&lt;br /&gt;</w:t>
        <w:br/>
        <w:t>у відомій приповідці:&lt;br /&gt;</w:t>
        <w:br/>
        <w:t>на Марчеллі оженитись&lt;br /&gt;</w:t>
        <w:br/>
        <w:t>З ревнощів не даєте,&lt;br /&gt;</w:t>
        <w:br/>
        <w:t>а як я її покину,&lt;br /&gt;</w:t>
        <w:br/>
        <w:t>ви лиш мучите мене,&lt;br /&gt;</w:t>
        <w:br/>
        <w:t>позбавлявши надії.&lt;br /&gt;</w:t>
        <w:br/>
        <w:t>Так я далі жить не можу!&lt;br /&gt;</w:t>
        <w:br/>
        <w:t>Або їжте, або киньте,&lt;br /&gt;</w:t>
        <w:br/>
        <w:t>я вернуся до тієї,&lt;br /&gt;</w:t>
        <w:br/>
        <w:t>котра любить мене щиро...&lt;br /&gt;</w:t>
        <w:br/>
        <w:t>Грати в піжмурки доволі!&lt;br /&gt;</w:t>
        <w:br/>
        <w:t>Д і а н а&lt;br /&gt;</w:t>
        <w:br/>
        <w:t>До Марчелли? Неможливо.&lt;br /&gt;</w:t>
        <w:br/>
        <w:t>Я кажу: цього не буде!&lt;br /&gt;</w:t>
        <w:br/>
        <w:t>Можеш ти любити іншу,&lt;br /&gt;</w:t>
        <w:br/>
        <w:t>будь-кого, лиш не Марчеллу.&lt;br /&gt;</w:t>
        <w:br/>
        <w:t>Зрозуміло?&lt;br /&gt;</w:t>
        <w:br/>
        <w:t>Т е о д о р о&lt;br /&gt;</w:t>
        <w:br/>
        <w:t>Зрозуміло.&lt;br /&gt;</w:t>
        <w:br/>
        <w:t>Бачу, хоче ваша милість&lt;br /&gt;</w:t>
        <w:br/>
        <w:t>силоміццю розлучити&lt;br /&gt;</w:t>
        <w:br/>
        <w:t>двох, що любляться взаємно.&lt;br /&gt;</w:t>
        <w:br/>
        <w:t>Та невже ж бо я повинен,&lt;br /&gt;</w:t>
        <w:br/>
        <w:t>підкорившись вашій волі,&lt;br /&gt;</w:t>
        <w:br/>
        <w:t>те любити, що не миле?&lt;br /&gt;</w:t>
        <w:br/>
        <w:t>Ми кохаємося з нею,&lt;br /&gt;</w:t>
        <w:br/>
        <w:t>і кохання наше чисте,&lt;br /&gt;</w:t>
        <w:br/>
        <w:t>чисте й чесне.&lt;br /&gt;</w:t>
        <w:br/>
        <w:t>Д і а н а&lt;br /&gt;</w:t>
        <w:br/>
        <w:t>Підлий хаме!&lt;br /&gt;</w:t>
        <w:br/>
        <w:t>Ладна я тебе убити!&lt;br /&gt;</w:t>
        <w:br/>
        <w:t>Т е о д о р о&lt;br /&gt;</w:t>
        <w:br/>
        <w:t>Що ви робите, синьйоро?&lt;br /&gt;</w:t>
        <w:br/>
        <w:t>Д і а н а&lt;br /&gt;</w:t>
        <w:br/>
        <w:t>Б'ю негідника по пиці.&lt;br /&gt;</w:t>
        <w:br/>
        <w:t>Маєш! Маєш!&lt;br /&gt;</w:t>
        <w:br/>
        <w:t>ЯВА ДВАДЦЯТЬ ВОСЬМА&lt;br /&gt;</w:t>
        <w:br/>
        <w:t>Ф е д е р і к о, Ф а б і о; ті, що й були.&lt;br /&gt;</w:t>
        <w:br/>
        <w:t>Ф а б і о&lt;br /&gt;</w:t>
        <w:br/>
        <w:t>(тихо до Федеріко)&lt;br /&gt;</w:t>
        <w:br/>
        <w:t>Зачекайте.&lt;br /&gt;</w:t>
        <w:br/>
        <w:t>Ф е д е р і к о&lt;br /&gt;</w:t>
        <w:br/>
        <w:t>Правда, аж незручно ніби...&lt;br /&gt;</w:t>
        <w:br/>
        <w:t>Ні, усе-таки ввійдімо.&lt;br /&gt;</w:t>
        <w:br/>
        <w:t>Що тут діється, кузино?&lt;br /&gt;</w:t>
        <w:br/>
        <w:t>Д і а н а&lt;br /&gt;</w:t>
        <w:br/>
        <w:t>Часом сердиться господар,&lt;br /&gt;</w:t>
        <w:br/>
        <w:t>як слуга в чім провиниться.&lt;br /&gt;</w:t>
        <w:br/>
        <w:t>Ф е д е р і к о&lt;br /&gt;</w:t>
        <w:br/>
        <w:t>Я гадав, моя синьйоро,&lt;br /&gt;</w:t>
        <w:br/>
        <w:t>що, можливо, ви хотіли...&lt;br /&gt;</w:t>
        <w:br/>
        <w:t>Д і а н а&lt;br /&gt;</w:t>
        <w:br/>
        <w:t>Хочу дещо вам сказати.&lt;br /&gt;</w:t>
        <w:br/>
        <w:t>— 113 —&lt;br /&gt;</w:t>
        <w:br/>
        <w:t>Ф е д е р і к о&lt;br /&gt;</w:t>
        <w:br/>
        <w:t>Чи зайти до вас пізніше?&lt;br /&gt;</w:t>
        <w:br/>
        <w:t>Я, мабуть, невчасно втрапив.&lt;br /&gt;</w:t>
        <w:br/>
        <w:t>Д і а н а&lt;br /&gt;</w:t>
        <w:br/>
        <w:t>Саме вчасно, Федеріко;&lt;br /&gt;</w:t>
        <w:br/>
        <w:t>не зважайте, то дрібниці.&lt;br /&gt;</w:t>
        <w:br/>
        <w:t>Я вам дещо про маркіза&lt;br /&gt;</w:t>
        <w:br/>
        <w:t>розповім. Зайдіть до мене.&lt;br /&gt;</w:t>
        <w:br/>
        <w:t>(Виходить).&lt;br /&gt;</w:t>
        <w:br/>
        <w:t>ЯВА ДВАДЦЯТЬ ДЕВ'ЯТА&lt;br /&gt;</w:t>
        <w:br/>
        <w:t>Ф е д е р і к о, Ф а б і о, Т е о д о р о.&lt;br /&gt;</w:t>
        <w:br/>
        <w:t>Ф е д е р і к о&lt;br /&gt;</w:t>
        <w:br/>
        <w:t>(тихо до Фабіо)&lt;br /&gt;</w:t>
        <w:br/>
        <w:t>Фабйо...&lt;br /&gt;</w:t>
        <w:br/>
        <w:t>Ф а б і о&lt;br /&gt;</w:t>
        <w:br/>
        <w:t>Ну?&lt;br /&gt;</w:t>
        <w:br/>
        <w:t>Ф е д е р і к о&lt;br /&gt;</w:t>
        <w:br/>
        <w:t>Щось підозріле.&lt;br /&gt;</w:t>
        <w:br/>
        <w:t>Чи не криється за гнівом&lt;br /&gt;</w:t>
        <w:br/>
        <w:t>тут якась таємна втіха?&lt;br /&gt;</w:t>
        <w:br/>
        <w:t>Ф а б і о&lt;br /&gt;</w:t>
        <w:br/>
        <w:t>Їй же богу, я не знаю.&lt;br /&gt;</w:t>
        <w:br/>
        <w:t>Дуже, пане, мені дивно,&lt;br /&gt;</w:t>
        <w:br/>
        <w:t>що вона його побила;&lt;br /&gt;</w:t>
        <w:br/>
        <w:t>не було цього раніше&lt;br /&gt;</w:t>
        <w:br/>
        <w:t>із синьйорою ніколи.&lt;br /&gt;</w:t>
        <w:br/>
        <w:t>— 114 —&lt;br /&gt;</w:t>
        <w:br/>
        <w:t>Ф е д е р і к о&lt;br /&gt;</w:t>
        <w:br/>
        <w:t>Бач, у крові вся хустина.&lt;br /&gt;</w:t>
        <w:br/>
        <w:t>Федеріко й Фабіо виходять.&lt;br /&gt;</w:t>
        <w:br/>
        <w:t>ЯВА ТРИДЦЯТА&lt;br /&gt;</w:t>
        <w:br/>
        <w:t>Т е о д о р о сам.&lt;br /&gt;</w:t>
        <w:br/>
        <w:t>Т е о д о р о&lt;br /&gt;</w:t>
        <w:br/>
        <w:t>Яке ж ім'я цій грізній шурі-бурі,&lt;br /&gt;</w:t>
        <w:br/>
        <w:t>як не любов? Та як вельможні пані&lt;br /&gt;</w:t>
        <w:br/>
        <w:t>усі такі оприскливі в коханні,&lt;br /&gt;</w:t>
        <w:br/>
        <w:t>то чи не краще нам любити фурій?&lt;br /&gt;</w:t>
        <w:br/>
        <w:t>Нехай шляхетства кодекси похмурі&lt;br /&gt;</w:t>
        <w:br/>
        <w:t>утіх не визнають, що рівно дані&lt;br /&gt;</w:t>
        <w:br/>
        <w:t>людині кожній в будь-якому стані,—&lt;br /&gt;</w:t>
        <w:br/>
        <w:t>та нащо ж потурать своїй натурі?&lt;br /&gt;</w:t>
        <w:br/>
        <w:t>О ручко мила, що мене побила,&lt;br /&gt;</w:t>
        <w:br/>
        <w:t>хотів би я тебе поцілувати,&lt;br /&gt;</w:t>
        <w:br/>
        <w:t>хоч іти б мені іще й не те зробила...&lt;br /&gt;</w:t>
        <w:br/>
        <w:t>Не думав я, що ти така завзята!&lt;br /&gt;</w:t>
        <w:br/>
        <w:t>Але як ти такі узори пишеш,&lt;br /&gt;</w:t>
        <w:br/>
        <w:t>то не любов'ю — ревнощами дишеш.&lt;br /&gt;</w:t>
        <w:br/>
        <w:t>ЯВА ТРИДЦЯТЬ ПЕРША&lt;br /&gt;</w:t>
        <w:br/>
        <w:t>Т р і с т а н, Т е о д о р о.&lt;br /&gt;</w:t>
        <w:br/>
        <w:t>Т р і с т а н&lt;br /&gt;</w:t>
        <w:br/>
        <w:t>Боягуз на поле бою&lt;br /&gt;</w:t>
        <w:br/>
        <w:t>потрапляє після битви...&lt;br /&gt;</w:t>
        <w:br/>
        <w:t>Я прийшов, як все скінчилось.&lt;br /&gt;</w:t>
        <w:br/>
        <w:t>— 115 —&lt;br /&gt;</w:t>
        <w:br/>
        <w:t>Т е о д о р о&lt;br /&gt;</w:t>
        <w:br/>
        <w:t>Ой Трістане...&lt;br /&gt;</w:t>
        <w:br/>
        <w:t>Т р і с т а н&lt;br /&gt;</w:t>
        <w:br/>
        <w:t>Що за лихо?&lt;br /&gt;</w:t>
        <w:br/>
        <w:t>Хустка в крові... Глянь!&lt;br /&gt;</w:t>
        <w:br/>
        <w:t>Т е о д о р о&lt;br /&gt;</w:t>
        <w:br/>
        <w:t>На пам'ять&lt;br /&gt;</w:t>
        <w:br/>
        <w:t>часто нам любов ревнива&lt;br /&gt;</w:t>
        <w:br/>
        <w:t>кров'ю пише.&lt;br /&gt;</w:t>
        <w:br/>
        <w:t>Т р і с т а н&lt;br /&gt;</w:t>
        <w:br/>
        <w:t>Добра пам'ять!&lt;br /&gt;</w:t>
        <w:br/>
        <w:t>От так ревнощі! Аж смішно.&lt;br /&gt;</w:t>
        <w:br/>
        <w:t>Т е о д о р о&lt;br /&gt;</w:t>
        <w:br/>
        <w:t>Не дивуйся! Ця скажена&lt;br /&gt;</w:t>
        <w:br/>
        <w:t>від бажання шаленіє,&lt;br /&gt;</w:t>
        <w:br/>
        <w:t>та вволити це бажання&lt;br /&gt;</w:t>
        <w:br/>
        <w:t>уважає за негідне.&lt;br /&gt;</w:t>
        <w:br/>
        <w:t>От вона мене й побила,&lt;br /&gt;</w:t>
        <w:br/>
        <w:t>їй страшне моє обличчя:&lt;br /&gt;</w:t>
        <w:br/>
        <w:t>в нім, як в дзеркалі, відбилась&lt;br /&gt;</w:t>
        <w:br/>
        <w:t>вся дурна її гординя.&lt;br /&gt;</w:t>
        <w:br/>
        <w:t>Т р і с т а н&lt;br /&gt;</w:t>
        <w:br/>
        <w:t>Не дивуюсь я, синьйоре,&lt;br /&gt;</w:t>
        <w:br/>
        <w:t>як Джованна чи Лючія&lt;br /&gt;</w:t>
        <w:br/>
        <w:t>З ревнощів мене лупцює,&lt;br /&gt;</w:t>
        <w:br/>
        <w:t>рве даровану хустину,&lt;br /&gt;</w:t>
        <w:br/>
        <w:t>чи роздряпує всю пику,&lt;br /&gt;</w:t>
        <w:br/>
        <w:t>чи волочить за чуприну,&lt;br /&gt;</w:t>
        <w:br/>
        <w:t>як узна, що в гречку скочив;&lt;br /&gt;</w:t>
        <w:br/>
        <w:t>що ти хочеш од мужичок,&lt;br /&gt;</w:t>
        <w:br/>
        <w:t>як валові в них панчохи&lt;br /&gt;</w:t>
        <w:br/>
        <w:t>і ялові черевики?&lt;br /&gt;</w:t>
        <w:br/>
        <w:t>Та коли так само чинить&lt;br /&gt;</w:t>
        <w:br/>
        <w:t>велеможная графиня,—&lt;br /&gt;</w:t>
        <w:br/>
        <w:t>це вже, вибачайте, свинство.&lt;br /&gt;</w:t>
        <w:br/>
        <w:t>Т е о д о р о&lt;br /&gt;</w:t>
        <w:br/>
        <w:t>Може, й так; та що я вдію?&lt;br /&gt;</w:t>
        <w:br/>
        <w:t>То вона мене мов любить,&lt;br /&gt;</w:t>
        <w:br/>
        <w:t>то готова з люті знищить;&lt;br /&gt;</w:t>
        <w:br/>
        <w:t>від Марчелли віддаляє,&lt;br /&gt;</w:t>
        <w:br/>
        <w:t>а до себе не наблизить;&lt;br /&gt;</w:t>
        <w:br/>
        <w:t>як на неї не дивлюся,&lt;br /&gt;</w:t>
        <w:br/>
        <w:t>знову вудочку закине...&lt;br /&gt;</w:t>
        <w:br/>
        <w:t>Сміх і горе! Одне слово —&lt;br /&gt;</w:t>
        <w:br/>
        <w:t>мов собака той на сіні:&lt;br /&gt;</w:t>
        <w:br/>
        <w:t>сам не гам і вам не дам.&lt;br /&gt;</w:t>
        <w:br/>
        <w:t>Я не знаю, що робити.&lt;br /&gt;</w:t>
        <w:br/>
        <w:t>Т р і с т а н&lt;br /&gt;</w:t>
        <w:br/>
        <w:t>Розкажу вам, пане, притчу.&lt;br /&gt;</w:t>
        <w:br/>
        <w:t>Був колись учений лікар,&lt;br /&gt;</w:t>
        <w:br/>
        <w:t>що не мав спокою в домі,&lt;br /&gt;</w:t>
        <w:br/>
        <w:t>бо весь час сварилась-гризлась&lt;br /&gt;</w:t>
        <w:br/>
        <w:t>його ключниця з слугою:&lt;br /&gt;</w:t>
        <w:br/>
        <w:t>За сніданком, за обідом,&lt;br /&gt;</w:t>
        <w:br/>
        <w:t>день і ніч йому ні спати&lt;br /&gt;</w:t>
        <w:br/>
        <w:t>не давали, ні трудитись.&lt;br /&gt;</w:t>
        <w:br/>
        <w:t>Раз якось той лікар з лекцій&lt;br /&gt;</w:t>
        <w:br/>
        <w:t>у свій дім забіг на хвильку&lt;br /&gt;</w:t>
        <w:br/>
        <w:t>(книжку взять, чи що,— не знаю)&lt;br /&gt;</w:t>
        <w:br/>
        <w:t>і побачив диво дивне:&lt;br /&gt;</w:t>
        <w:br/>
        <w:t>його ключниця з слугою&lt;br /&gt;</w:t>
        <w:br/>
        <w:t>спочивала у обіймах.&lt;br /&gt;</w:t>
        <w:br/>
        <w:t>"Слава богу! — мовив лікар.—&lt;br /&gt;</w:t>
        <w:br/>
        <w:t>Хоч тепер у домі тихо!"&lt;br /&gt;</w:t>
        <w:br/>
        <w:t>Так і в вас, напевне, буде&lt;br /&gt;</w:t>
        <w:br/>
        <w:t>після сварок цих постійних.&lt;br /&gt;</w:t>
        <w:br/>
        <w:t>ЯВА ТРИДЦЯТЬ ДРУГА&lt;br /&gt;</w:t>
        <w:br/>
        <w:t>Д і а н а; ті, що й були.&lt;br /&gt;</w:t>
        <w:br/>
        <w:t>Д і а н а&lt;br /&gt;</w:t>
        <w:br/>
        <w:t>Теодоро...&lt;br /&gt;</w:t>
        <w:br/>
        <w:t>Т е о д о р о&lt;br /&gt;</w:t>
        <w:br/>
        <w:t>Що?&lt;br /&gt;</w:t>
        <w:br/>
        <w:t>(Набік).&lt;br /&gt;</w:t>
        <w:br/>
        <w:t>Прийшла вже,&lt;br /&gt;</w:t>
        <w:br/>
        <w:t>упириця.&lt;br /&gt;</w:t>
        <w:br/>
        <w:t>Д і а н а&lt;br /&gt;</w:t>
        <w:br/>
        <w:t>Я хотіла&lt;br /&gt;</w:t>
        <w:br/>
        <w:t>лиш дізнатись, що з тобою.&lt;br /&gt;</w:t>
        <w:br/>
        <w:t>Т е о д о р о&lt;br /&gt;</w:t>
        <w:br/>
        <w:t>Та нічого, ось дивіться.&lt;br /&gt;</w:t>
        <w:br/>
        <w:t>Д і а н а&lt;br /&gt;</w:t>
        <w:br/>
        <w:t>Тобі добре?&lt;br /&gt;</w:t>
        <w:br/>
        <w:t>Т е о д о р о&lt;br /&gt;</w:t>
        <w:br/>
        <w:t>Так.&lt;br /&gt;</w:t>
        <w:br/>
        <w:t>Д і а н а&lt;br /&gt;</w:t>
        <w:br/>
        <w:t>А де&lt;br /&gt;</w:t>
        <w:br/>
        <w:t>"прошу пані"?&lt;br /&gt;</w:t>
        <w:br/>
        <w:t>Т е о д о р о&lt;br /&gt;</w:t>
        <w:br/>
        <w:t>Що ж просити,&lt;br /&gt;</w:t>
        <w:br/>
        <w:t>як од вас одно я бачу —&lt;br /&gt;</w:t>
        <w:br/>
        <w:t>кривду, кривду й ще раз кривду.&lt;br /&gt;</w:t>
        <w:br/>
        <w:t>— 118 —&lt;br /&gt;</w:t>
        <w:br/>
        <w:t>Д і а н а&lt;br /&gt;</w:t>
        <w:br/>
        <w:t>Що ти знаєш!&lt;br /&gt;</w:t>
        <w:br/>
        <w:t>Т е о д о р о&lt;br /&gt;</w:t>
        <w:br/>
        <w:t>Та нічого.&lt;br /&gt;</w:t>
        <w:br/>
        <w:t>Ваших слів не розумію,&lt;br /&gt;</w:t>
        <w:br/>
        <w:t>а удари відчуваю;&lt;br /&gt;</w:t>
        <w:br/>
        <w:t>мабуть, лиш на це я здібний.&lt;br /&gt;</w:t>
        <w:br/>
        <w:t>Не люблю вас — вам досадно,&lt;br /&gt;</w:t>
        <w:br/>
        <w:t>а люблю — ви знов у гніві,&lt;br /&gt;</w:t>
        <w:br/>
        <w:t>як забуду — вам обидно,&lt;br /&gt;</w:t>
        <w:br/>
        <w:t>а згадаю — ви сердиті,&lt;br /&gt;</w:t>
        <w:br/>
        <w:t>як я скромний — нерозумний,&lt;br /&gt;</w:t>
        <w:br/>
        <w:t>а як смілий — божевільний...&lt;br /&gt;</w:t>
        <w:br/>
        <w:t>Доки ж так мені каратись?&lt;br /&gt;</w:t>
        <w:br/>
        <w:t>Вбийте або дайте жити!&lt;br /&gt;</w:t>
        <w:br/>
        <w:t>Д і а н а&lt;br /&gt;</w:t>
        <w:br/>
        <w:t>Кров ішла?&lt;br /&gt;</w:t>
        <w:br/>
        <w:t>Т е о д о р о&lt;br /&gt;</w:t>
        <w:br/>
        <w:t>А то не йшла?&lt;br /&gt;</w:t>
        <w:br/>
        <w:t>Д і а н а&lt;br /&gt;</w:t>
        <w:br/>
        <w:t>Дай-но хусточку.&lt;br /&gt;</w:t>
        <w:br/>
        <w:t>Т е о д о р о&lt;br /&gt;</w:t>
        <w:br/>
        <w:t>Навіщо?&lt;br /&gt;</w:t>
        <w:br/>
        <w:t>Д і а н а&lt;br /&gt;</w:t>
        <w:br/>
        <w:t>Я візьму цю кров на спомин.&lt;br /&gt;</w:t>
        <w:br/>
        <w:t>Там тобі Октавйо видасть&lt;br /&gt;</w:t>
        <w:br/>
        <w:t>враз дві тисячі ескудо;&lt;br /&gt;</w:t>
        <w:br/>
        <w:t>я уже розпорядилась.&lt;br /&gt;</w:t>
        <w:br/>
        <w:t>Т е о д о р о&lt;br /&gt;</w:t>
        <w:br/>
        <w:t>Це ж навіщо?&lt;br /&gt;</w:t>
        <w:br/>
        <w:t>Д і а н а&lt;br /&gt;</w:t>
        <w:br/>
        <w:t>Щоб ти міг&lt;br /&gt;</w:t>
        <w:br/>
        <w:t>хусточку нову купити.&lt;br /&gt;</w:t>
        <w:br/>
        <w:t>(Виходить).&lt;br /&gt;</w:t>
        <w:br/>
        <w:t>ЯВА ТРИДЦЯТЬ ТРЕТЯ&lt;br /&gt;</w:t>
        <w:br/>
        <w:t>Т е о д о р о, Т р і с т а н.&lt;br /&gt;</w:t>
        <w:br/>
        <w:t>Т е о д о р о&lt;br /&gt;</w:t>
        <w:br/>
        <w:t>Де ти бачив щось подібне?&lt;br /&gt;</w:t>
        <w:br/>
        <w:t>Т р і с т а н&lt;br /&gt;</w:t>
        <w:br/>
        <w:t>Справді, пане, дивовижа!&lt;br /&gt;</w:t>
        <w:br/>
        <w:t>Т е о д о р о&lt;br /&gt;</w:t>
        <w:br/>
        <w:t>Аж дві тисячі ескудо...&lt;br /&gt;</w:t>
        <w:br/>
        <w:t>Т р і с т а н&lt;br /&gt;</w:t>
        <w:br/>
        <w:t>За таку хорошу ціну&lt;br /&gt;</w:t>
        <w:br/>
        <w:t>можна ляпаси хапати.&lt;br /&gt;</w:t>
        <w:br/>
        <w:t>Т е о д о р о&lt;br /&gt;</w:t>
        <w:br/>
        <w:t>Узяла мою хустину,&lt;br /&gt;</w:t>
        <w:br/>
        <w:t>а то, каже, на нову.&lt;br /&gt;</w:t>
        <w:br/>
        <w:t>Т р і с т а н&lt;br /&gt;</w:t>
        <w:br/>
        <w:t>Це за кров вона платила;&lt;br /&gt;</w:t>
        <w:br/>
        <w:t>значить, чесна молода&lt;br /&gt;</w:t>
        <w:br/>
        <w:t>ваша ніздря.&lt;br /&gt;</w:t>
        <w:br/>
        <w:t>— 120 —&lt;br /&gt;</w:t>
        <w:br/>
        <w:t>Т е о д о р о&lt;br /&gt;</w:t>
        <w:br/>
        <w:t>Укусила&lt;br /&gt;</w:t>
        <w:br/>
        <w:t>й лащиться тепер, собака.&lt;br /&gt;</w:t>
        <w:br/>
        <w:t>Т р і с т а н&lt;br /&gt;</w:t>
        <w:br/>
        <w:t>Все це, мабуть, так скінчиться,&lt;br /&gt;</w:t>
        <w:br/>
        <w:t>як у ключниці тієї&lt;br /&gt;</w:t>
        <w:br/>
        <w:t>із слугою.&lt;br /&gt;</w:t>
        <w:br/>
        <w:t>Т е о д о р о&lt;br /&gt;</w:t>
        <w:br/>
        <w:t>Та якби ж то!&lt;br /&gt;</w:t>
        <w:br/>
        <w:t>ДІЯ ТРЕТЯ&lt;br /&gt;</w:t>
        <w:br/>
        <w:t>Вулиця.&lt;br /&gt;</w:t>
        <w:br/>
        <w:t>ЯВА ПЕРША&lt;br /&gt;</w:t>
        <w:br/>
        <w:t>Ф е д е р і к о, Р і к а р д о; трохи віддалік Ч е л і о.&lt;br /&gt;</w:t>
        <w:br/>
        <w:t>Р і к а р д о&lt;br /&gt;</w:t>
        <w:br/>
        <w:t>Била, кажете?&lt;br /&gt;</w:t>
        <w:br/>
        <w:t>Ф е д е р і к о&lt;br /&gt;</w:t>
        <w:br/>
        <w:t>Сам бачив.&lt;br /&gt;</w:t>
        <w:br/>
        <w:t>Р і к а р д о&lt;br /&gt;</w:t>
        <w:br/>
        <w:t>От так диво! А чому ж би?&lt;br /&gt;</w:t>
        <w:br/>
        <w:t>Ф е д е р і к о&lt;br /&gt;</w:t>
        <w:br/>
        <w:t>Провинивсь, мовляв, по службі...&lt;br /&gt;</w:t>
        <w:br/>
        <w:t>Та в жінок такої вдачі,&lt;br /&gt;</w:t>
        <w:br/>
        <w:t>як Діана, бить мужчину...&lt;br /&gt;</w:t>
        <w:br/>
        <w:t>Щось тут, знаєте, не те.&lt;br /&gt;</w:t>
        <w:br/>
        <w:t>Справи служби — то пусте,&lt;br /&gt;</w:t>
        <w:br/>
        <w:t>іншу слід шукать причину.&lt;br /&gt;</w:t>
        <w:br/>
        <w:t>Недарма цей Теодоро&lt;br /&gt;</w:t>
        <w:br/>
        <w:t>став тепер таким бідовим.&lt;br /&gt;</w:t>
        <w:br/>
        <w:t>Р і к а р д о&lt;br /&gt;</w:t>
        <w:br/>
        <w:t>Всяко служать слуги вдовам.&lt;br /&gt;</w:t>
        <w:br/>
        <w:t>Ф е д е р і к о&lt;br /&gt;</w:t>
        <w:br/>
        <w:t>Не бояться й поговору!&lt;br /&gt;</w:t>
        <w:br/>
        <w:t>Чи поможе їм утайка?&lt;br /&gt;</w:t>
        <w:br/>
        <w:t>Виявляться всі грішки...&lt;br /&gt;</w:t>
        <w:br/>
        <w:t>Тут мені про два горшки&lt;br /&gt;</w:t>
        <w:br/>
        <w:t>пригадалась давня байка.&lt;br /&gt;</w:t>
        <w:br/>
        <w:t>— 122 —&lt;br /&gt;</w:t>
        <w:br/>
        <w:t>Як по річці йшов плавун&lt;br /&gt;</w:t>
        <w:br/>
        <w:t>навесні, в час водопілля,&lt;br /&gt;</w:t>
        <w:br/>
        <w:t>винесла на берег хвиля&lt;br /&gt;</w:t>
        <w:br/>
        <w:t>горщик з глини і чавун.&lt;br /&gt;</w:t>
        <w:br/>
        <w:t>Той, що з глини, мав десь толк&lt;br /&gt;</w:t>
        <w:br/>
        <w:t>і, як тільки-но очунявсь,&lt;br /&gt;</w:t>
        <w:br/>
        <w:t>од чавунного одсунувсь,&lt;br /&gt;</w:t>
        <w:br/>
        <w:t>щоб його він не потовк.&lt;br /&gt;</w:t>
        <w:br/>
        <w:t>От яка в цій байці сила:&lt;br /&gt;</w:t>
        <w:br/>
        <w:t>із заліза чоловік,&lt;br /&gt;</w:t>
        <w:br/>
        <w:t>жінка — з глини; і на стик&lt;br /&gt;</w:t>
        <w:br/>
        <w:t>не лишиться глина ціла.&lt;br /&gt;</w:t>
        <w:br/>
        <w:t>Р і к а р д о&lt;br /&gt;</w:t>
        <w:br/>
        <w:t>Того дня як сам не свій&lt;br /&gt;</w:t>
        <w:br/>
        <w:t>був я од її гордині,&lt;br /&gt;</w:t>
        <w:br/>
        <w:t>і того, що бачу нині,&lt;br /&gt;</w:t>
        <w:br/>
        <w:t>не помітив, мов сліпий.&lt;br /&gt;</w:t>
        <w:br/>
        <w:t>Так, змінився Теодоро;&lt;br /&gt;</w:t>
        <w:br/>
        <w:t>Звідки взявсь у нього паж,&lt;br /&gt;</w:t>
        <w:br/>
        <w:t>Звідки коні, екіпаж&lt;br /&gt;</w:t>
        <w:br/>
        <w:t>і розкішнії убори?&lt;br /&gt;</w:t>
        <w:br/>
        <w:t>Певно, він її коханець...&lt;br /&gt;</w:t>
        <w:br/>
        <w:t>Справа, бачиться, ясна.&lt;br /&gt;</w:t>
        <w:br/>
        <w:t>Ф е д е р і к о&lt;br /&gt;</w:t>
        <w:br/>
        <w:t>Що ж, чекати, поки взна&lt;br /&gt;</w:t>
        <w:br/>
        <w:t>кожен неаполітанець&lt;br /&gt;</w:t>
        <w:br/>
        <w:t>про ганьбу мойого роду?&lt;br /&gt;</w:t>
        <w:br/>
        <w:t>Що з негідником зробить,&lt;br /&gt;</w:t>
        <w:br/>
        <w:t>як по-вашому?&lt;br /&gt;</w:t>
        <w:br/>
        <w:t>Р і к а р д о&lt;br /&gt;</w:t>
        <w:br/>
        <w:t>Убить&lt;br /&gt;</w:t>
        <w:br/>
        <w:t>і кінці сховати в воду.&lt;br /&gt;</w:t>
        <w:br/>
        <w:t>Ф е д е р і к о&lt;br /&gt;</w:t>
        <w:br/>
        <w:t>Це можливо?&lt;br /&gt;</w:t>
        <w:br/>
        <w:t>Р і к а р д о&lt;br /&gt;</w:t>
        <w:br/>
        <w:t>Безумовно!&lt;br /&gt;</w:t>
        <w:br/>
        <w:t>Є такі, що цим живуть:&lt;br /&gt;</w:t>
        <w:br/>
        <w:t>плату золотом беруть&lt;br /&gt;</w:t>
        <w:br/>
        <w:t>і вертають кров'ю сповна.&lt;br /&gt;</w:t>
        <w:br/>
        <w:t>Пошукаємо найманця,&lt;br /&gt;</w:t>
        <w:br/>
        <w:t>він його одразу рішить!&lt;br /&gt;</w:t>
        <w:br/>
        <w:t>Ф е д е р і к о&lt;br /&gt;</w:t>
        <w:br/>
        <w:t>Та якби уже скоріше!&lt;br /&gt;</w:t>
        <w:br/>
        <w:t>Р і к а р д о&lt;br /&gt;</w:t>
        <w:br/>
        <w:t>Може, вдасться того ланця&lt;br /&gt;</w:t>
        <w:br/>
        <w:t>ще сьогодні приколоть.&lt;br /&gt;</w:t>
        <w:br/>
        <w:t>Ф е д е р і к о&lt;br /&gt;</w:t>
        <w:br/>
        <w:t>(помітивши Трістана, що наближається з трьома&lt;br /&gt;</w:t>
        <w:br/>
        <w:t>товаришами)&lt;br /&gt;</w:t>
        <w:br/>
        <w:t>То не вбивці?&lt;br /&gt;</w:t>
        <w:br/>
        <w:t>Р і к а р д о&lt;br /&gt;</w:t>
        <w:br/>
        <w:t>Певно, вбивці.&lt;br /&gt;</w:t>
        <w:br/>
        <w:t>Ф е д е р і к о&lt;br /&gt;</w:t>
        <w:br/>
        <w:t>На погибель нечестивцю&lt;br /&gt;</w:t>
        <w:br/>
        <w:t>їх прислав сюди Господь.&lt;br /&gt;</w:t>
        <w:br/>
        <w:t>ЯВА ДРУГА&lt;br /&gt;</w:t>
        <w:br/>
        <w:t>Т р і с т а н, у новому вбранні; Ф у р і о, А н т о н е л л о,&lt;br /&gt;</w:t>
        <w:br/>
        <w:t>Л і р а н о; ті, що й були.&lt;br /&gt;</w:t>
        <w:br/>
        <w:t>— 124 —&lt;br /&gt;</w:t>
        <w:br/>
        <w:t>Ф у р і о&lt;br /&gt;</w:t>
        <w:br/>
        <w:t>Сьогодні, друже, з тебе могорич;&lt;br /&gt;</w:t>
        <w:br/>
        <w:t>ми сприснемо обнову цю чудову.&lt;br /&gt;</w:t>
        <w:br/>
        <w:t>А н т о н е л л о&lt;br /&gt;</w:t>
        <w:br/>
        <w:t>Звичайна річ, тобі платить, Трістане.&lt;br /&gt;</w:t>
        <w:br/>
        <w:t>Т р і с т а н&lt;br /&gt;</w:t>
        <w:br/>
        <w:t>За мною діло, братчики, не стане.&lt;br /&gt;</w:t>
        <w:br/>
        <w:t>Л і р а н о&lt;br /&gt;</w:t>
        <w:br/>
        <w:t>Ох же й костюмчик!&lt;br /&gt;</w:t>
        <w:br/>
        <w:t>Т р і с т а н&lt;br /&gt;</w:t>
        <w:br/>
        <w:t>Правда, песогірший.&lt;br /&gt;</w:t>
        <w:br/>
        <w:t>Але це все — дурниці і дрібниці&lt;br /&gt;</w:t>
        <w:br/>
        <w:t>порівняно із тим, що буде потім:&lt;br /&gt;</w:t>
        <w:br/>
        <w:t>коли не переміниться фортуна,&lt;br /&gt;</w:t>
        <w:br/>
        <w:t>я завтра — секретар секретаря.&lt;br /&gt;</w:t>
        <w:br/>
        <w:t>Л і р а н о&lt;br /&gt;</w:t>
        <w:br/>
        <w:t>Графиня, мабуть, дуже милостива&lt;br /&gt;</w:t>
        <w:br/>
        <w:t>до твого пана?&lt;br /&gt;</w:t>
        <w:br/>
        <w:t>Т р і с т а н&lt;br /&gt;</w:t>
        <w:br/>
        <w:t>Так, у неї він&lt;br /&gt;</w:t>
        <w:br/>
        <w:t>За праву руку; через нього й я&lt;br /&gt;</w:t>
        <w:br/>
        <w:t>фавору сподобився доступити.&lt;br /&gt;</w:t>
        <w:br/>
        <w:t>Та годі про фортуну, краще пити.&lt;br /&gt;</w:t>
        <w:br/>
        <w:t>Ф у р і о&lt;br /&gt;</w:t>
        <w:br/>
        <w:t>У цій корчмі мальвазія19 напрочуд,&lt;br /&gt;</w:t>
        <w:br/>
        <w:t>_іще й адамові, як кажуть, слізки.&lt;br /&gt;</w:t>
        <w:br/>
        <w:t>М а л ь в а з і я — сорт десертного грецького вина.&lt;br /&gt;</w:t>
        <w:br/>
        <w:t>Т р і с т а н&lt;br /&gt;</w:t>
        <w:br/>
        <w:t>Візьмімо грецького вина; мене&lt;br /&gt;</w:t>
        <w:br/>
        <w:t>щось потягло якраз на грецьку мову.&lt;br /&gt;</w:t>
        <w:br/>
        <w:t>Р і к а р д о&lt;br /&gt;</w:t>
        <w:br/>
        <w:t>(тихо до Федеріко)&lt;br /&gt;</w:t>
        <w:br/>
        <w:t>Отой смуглявий, бачте, жукуватий,&lt;br /&gt;</w:t>
        <w:br/>
        <w:t>у них найстарший, мабуть, бо усі&lt;br /&gt;</w:t>
        <w:br/>
        <w:t>до нього чемні, в'ються коло нього.&lt;br /&gt;</w:t>
        <w:br/>
        <w:t>Гей, Челіо!&lt;br /&gt;</w:t>
        <w:br/>
        <w:t>Ч е л і о&lt;br /&gt;</w:t>
        <w:br/>
        <w:t>Я тут.&lt;br /&gt;</w:t>
        <w:br/>
        <w:t>Р і к а р д о&lt;br /&gt;</w:t>
        <w:br/>
        <w:t>Піди поклич&lt;br /&gt;</w:t>
        <w:br/>
        <w:t>того жука.&lt;br /&gt;</w:t>
        <w:br/>
        <w:t>Ч е л і о&lt;br /&gt;</w:t>
        <w:br/>
        <w:t>(гукає Трістана)&lt;br /&gt;</w:t>
        <w:br/>
        <w:t>Агов, добродію!&lt;br /&gt;</w:t>
        <w:br/>
        <w:t>Не кваптеся так до святого дому;&lt;br /&gt;</w:t>
        <w:br/>
        <w:t>мій пан маркіз щось мав вам казати.&lt;br /&gt;</w:t>
        <w:br/>
        <w:t>Т р і с т а н&lt;br /&gt;</w:t>
        <w:br/>
        <w:t>(до своїх хлопців)&lt;br /&gt;</w:t>
        <w:br/>
        <w:t>Товариші, мене вельможа кличе,&lt;br /&gt;</w:t>
        <w:br/>
        <w:t>повинен я спитать, чого він хоче.&lt;br /&gt;</w:t>
        <w:br/>
        <w:t>Ідіть замовте сім чи вісім кварт,&lt;br /&gt;</w:t>
        <w:br/>
        <w:t>і сиру не забудьте на закуску,&lt;br /&gt;</w:t>
        <w:br/>
        <w:t>а я спитаю в нього, в чому річ.&lt;br /&gt;</w:t>
        <w:br/>
        <w:t>А н т о н е л л о&lt;br /&gt;</w:t>
        <w:br/>
        <w:t>Та не барися ж!&lt;br /&gt;</w:t>
        <w:br/>
        <w:t>Т р і с т а н&lt;br /&gt;</w:t>
        <w:br/>
        <w:t>Я лиш на хвилинку.&lt;br /&gt;</w:t>
        <w:br/>
        <w:t>Фуріо, Антонелло та Лірано виходять.&lt;br /&gt;</w:t>
        <w:br/>
        <w:t>ЯВА ТРЕТЯ&lt;br /&gt;</w:t>
        <w:br/>
        <w:t>Р і к а р д о, Ф е д е р і к о, Ч е л і о, Т р і с т а н.&lt;br /&gt;</w:t>
        <w:br/>
        <w:t>Т р і с т а н&lt;br /&gt;</w:t>
        <w:br/>
        <w:t>Що скажете, ясновельможний пане?&lt;br /&gt;</w:t>
        <w:br/>
        <w:t>Р і к а р д о&lt;br /&gt;</w:t>
        <w:br/>
        <w:t>На тебе, мій молодче, хто не гляне,&lt;br /&gt;</w:t>
        <w:br/>
        <w:t>одразу одгадає, хто ти єсть.&lt;br /&gt;</w:t>
        <w:br/>
        <w:t>Признайся, ти, мабуть, із тих людей,&lt;br /&gt;</w:t>
        <w:br/>
        <w:t>що кокають людей?&lt;br /&gt;</w:t>
        <w:br/>
        <w:t>Т р і с т а н&lt;br /&gt;</w:t>
        <w:br/>
        <w:t>(набік)&lt;br /&gt;</w:t>
        <w:br/>
        <w:t>Оце так штука!&lt;br /&gt;</w:t>
        <w:br/>
        <w:t>Зітхальники графині тут удвох&lt;br /&gt;</w:t>
        <w:br/>
        <w:t>щось замишляють. Треба прикидатись.&lt;br /&gt;</w:t>
        <w:br/>
        <w:t>Ф е д е р і к о&lt;br /&gt;</w:t>
        <w:br/>
        <w:t>Відповідай!&lt;br /&gt;</w:t>
        <w:br/>
        <w:t>Т р і с т а н&lt;br /&gt;</w:t>
        <w:br/>
        <w:t>Мені здалося спершу,&lt;br /&gt;</w:t>
        <w:br/>
        <w:t>що панство з мого ремесла жартує;&lt;br /&gt;</w:t>
        <w:br/>
        <w:t>аж бачу — ні. Клянуся всемогутнім,&lt;br /&gt;</w:t>
        <w:br/>
        <w:t>який потугу смертному дарує,&lt;br /&gt;</w:t>
        <w:br/>
        <w:t>у всім Неаполі немає шпаги,&lt;br /&gt;</w:t>
        <w:br/>
        <w:t>що не тремтіла б од мого імення.&lt;br /&gt;</w:t>
        <w:br/>
        <w:t>Назву себе — всім Гекторам я Гектор,&lt;br /&gt;</w:t>
        <w:br/>
        <w:t>лиш не троянський, неаполітанський.&lt;br /&gt;</w:t>
        <w:br/>
        <w:t>— 127 —&lt;br /&gt;</w:t>
        <w:br/>
        <w:t>Ф е д е р і к о&lt;br /&gt;</w:t>
        <w:br/>
        <w:t>Такого нам, Рікардо, саме й треба.&lt;br /&gt;</w:t>
        <w:br/>
        <w:t>Ми не жартуємо, клянуся небом!&lt;br /&gt;</w:t>
        <w:br/>
        <w:t>Якщо ти справді рук таких владика&lt;br /&gt;</w:t>
        <w:br/>
        <w:t>і візьмешся убити чоловіка —&lt;br /&gt;</w:t>
        <w:br/>
        <w:t>тебе чекає щедра нагорода.&lt;br /&gt;</w:t>
        <w:br/>
        <w:t>Т р і с т а н&lt;br /&gt;</w:t>
        <w:br/>
        <w:t>Червінців двісті, якщо вам не шкода.&lt;br /&gt;</w:t>
        <w:br/>
        <w:t>Я й чорта вб'ю!&lt;br /&gt;</w:t>
        <w:br/>
        <w:t>Р і к а р д о&lt;br /&gt;</w:t>
        <w:br/>
        <w:t>Одержиш навіть триста,&lt;br /&gt;</w:t>
        <w:br/>
        <w:t>та вбий його цієї ночі.&lt;br /&gt;</w:t>
        <w:br/>
        <w:t>Т р і с т а н&lt;br /&gt;</w:t>
        <w:br/>
        <w:t>Добре.&lt;br /&gt;</w:t>
        <w:br/>
        <w:t>Скажіть кого і видайте завдаток.&lt;br /&gt;</w:t>
        <w:br/>
        <w:t>Р і к а р д о&lt;br /&gt;</w:t>
        <w:br/>
        <w:t>Чи знаєш ти графиню де Бельфлор?&lt;br /&gt;</w:t>
        <w:br/>
        <w:t>Т р і с т а н&lt;br /&gt;</w:t>
        <w:br/>
        <w:t>У неї в домі маю добрих друзів.&lt;br /&gt;</w:t>
        <w:br/>
        <w:t>Р і к а р д о&lt;br /&gt;</w:t>
        <w:br/>
        <w:t>Уб'єш ти в неї одного слугу?&lt;br /&gt;</w:t>
        <w:br/>
        <w:t>Т р і с т а н&lt;br /&gt;</w:t>
        <w:br/>
        <w:t>Уб'ю всіх слуг, уб'ю усіх служебок,&lt;br /&gt;</w:t>
        <w:br/>
        <w:t>а скажете, то й коней переб'ю.&lt;br /&gt;</w:t>
        <w:br/>
        <w:t>Р і к а р д о&lt;br /&gt;</w:t>
        <w:br/>
        <w:t>Ні, ти повинен вбити Теодоро.&lt;br /&gt;</w:t>
        <w:br/>
        <w:t>— 128 —&lt;br /&gt;</w:t>
        <w:br/>
        <w:t>Т р і с т а н&lt;br /&gt;</w:t>
        <w:br/>
        <w:t>Секретаря? Складна це річ, синьйори.&lt;br /&gt;</w:t>
        <w:br/>
        <w:t>Як я дізнався, він вже не виходить&lt;br /&gt;</w:t>
        <w:br/>
        <w:t>вночі із дому, певне, боячись&lt;br /&gt;</w:t>
        <w:br/>
        <w:t>посланців ваших. Але й тут є вихід:&lt;br /&gt;</w:t>
        <w:br/>
        <w:t>мене до нього кликали на службу.&lt;br /&gt;</w:t>
        <w:br/>
        <w:t>Охоче я запрошення прийму&lt;br /&gt;</w:t>
        <w:br/>
        <w:t>і так же щиро услужу, що він&lt;br /&gt;</w:t>
        <w:br/>
        <w:t>одної ночі в бозі опочине,&lt;br /&gt;</w:t>
        <w:br/>
        <w:t>а я лишусь без жодних підозрінь.&lt;br /&gt;</w:t>
        <w:br/>
        <w:t>Ну, як задумано?&lt;br /&gt;</w:t>
        <w:br/>
        <w:t>Ф е д е р і к о&lt;br /&gt;</w:t>
        <w:br/>
        <w:t>У всьому місті&lt;br /&gt;</w:t>
        <w:br/>
        <w:t>навряд чи знайдем другого такого,&lt;br /&gt;</w:t>
        <w:br/>
        <w:t>щоб справив так уміло цю роботу.&lt;br /&gt;</w:t>
        <w:br/>
        <w:t>Ставай туди на службу, уклади&lt;br /&gt;</w:t>
        <w:br/>
        <w:t>його на спокій і до нас прийди.&lt;br /&gt;</w:t>
        <w:br/>
        <w:t>Т р і с т а н&lt;br /&gt;</w:t>
        <w:br/>
        <w:t>Мені потрібно зараз сто ескудо.&lt;br /&gt;</w:t>
        <w:br/>
        <w:t>Р і к а р д о&lt;br /&gt;</w:t>
        <w:br/>
        <w:t>Тим часом маєш п'ятдесят; як я&lt;br /&gt;</w:t>
        <w:br/>
        <w:t>тебе побачу в домі у графині,&lt;br /&gt;</w:t>
        <w:br/>
        <w:t>то дам тобі не сто, а кількасот.&lt;br /&gt;</w:t>
        <w:br/>
        <w:t>Т р і с т а н&lt;br /&gt;</w:t>
        <w:br/>
        <w:t>Мені, синьйоре, зайвого не треба.&lt;br /&gt;</w:t>
        <w:br/>
        <w:t>Та поки що прощайте, ясне панство,&lt;br /&gt;</w:t>
        <w:br/>
        <w:t>мене чекають друзі — Муролом,&lt;br /&gt;</w:t>
        <w:br/>
        <w:t>Різун, Рукатий і Чортополох;&lt;br /&gt;</w:t>
        <w:br/>
        <w:t>щоб не подумали чогось лихого.&lt;br /&gt;</w:t>
        <w:br/>
        <w:t>Р і к а р д о&lt;br /&gt;</w:t>
        <w:br/>
        <w:t>І правда. Будь здоров.&lt;br /&gt;</w:t>
        <w:br/>
        <w:t>Ф е д е р і к о&lt;br /&gt;</w:t>
        <w:br/>
        <w:t>Яка удача!&lt;br /&gt;</w:t>
        <w:br/>
        <w:t>Р і к а р д о&lt;br /&gt;</w:t>
        <w:br/>
        <w:t>Вважайте, Теодоро вже небіжчик.&lt;br /&gt;</w:t>
        <w:br/>
        <w:t>Ф е д е р і к о&lt;br /&gt;</w:t>
        <w:br/>
        <w:t>А гарний був із біса, вражий син!&lt;br /&gt;</w:t>
        <w:br/>
        <w:t>Федеріко, Рікардо й Челіо виходять.&lt;br /&gt;</w:t>
        <w:br/>
        <w:t>Т р і с т а н&lt;br /&gt;</w:t>
        <w:br/>
        <w:t>Повинен пана я попередити.&lt;br /&gt;</w:t>
        <w:br/>
        <w:t>Прощайте, друзі, прощавай, вино!&lt;br /&gt;</w:t>
        <w:br/>
        <w:t>Піду додому, звідси далеченько.&lt;br /&gt;</w:t>
        <w:br/>
        <w:t>Та чи не він ото сюди чвалає?&lt;br /&gt;</w:t>
        <w:br/>
        <w:t>ЯВА ЧЕТВЕРТА&lt;br /&gt;</w:t>
        <w:br/>
        <w:t>Т е о д о р о, Т р і с т а н.&lt;br /&gt;</w:t>
        <w:br/>
        <w:t>Т р і с т а н&lt;br /&gt;</w:t>
        <w:br/>
        <w:t>Куди це ви,синьйоре?&lt;br /&gt;</w:t>
        <w:br/>
        <w:t>Т е о д о р о&lt;br /&gt;</w:t>
        <w:br/>
        <w:t>Сам не знаю...&lt;br /&gt;</w:t>
        <w:br/>
        <w:t>Таке зі мною діється, Трістане,&lt;br /&gt;</w:t>
        <w:br/>
        <w:t>що всюди, світом нудячи, ходжу;&lt;br /&gt;</w:t>
        <w:br/>
        <w:t>за хмарами десь сонце осіянне,&lt;br /&gt;</w:t>
        <w:br/>
        <w:t>чи я ж його проміння спобіжу?&lt;br /&gt;</w:t>
        <w:br/>
        <w:t>Ще вчора мав я ласку у Діани,&lt;br /&gt;</w:t>
        <w:br/>
        <w:t>а нині зустрічаю, мов чужу.&lt;br /&gt;</w:t>
        <w:br/>
        <w:t>Ні крихітки немає вже надії...&lt;br /&gt;</w:t>
        <w:br/>
        <w:t>Ну що ж, нехай Марчелла злорадіє.&lt;br /&gt;</w:t>
        <w:br/>
        <w:t>— 130 —&lt;br /&gt;</w:t>
        <w:br/>
        <w:t>Т р і с т а н&lt;br /&gt;</w:t>
        <w:br/>
        <w:t>Ходіть мерщій додому, не годиться,&lt;br /&gt;</w:t>
        <w:br/>
        <w:t>щоб нас тут бачили удвох.&lt;br /&gt;</w:t>
        <w:br/>
        <w:t>Т е о д о р о&lt;br /&gt;</w:t>
        <w:br/>
        <w:t>Чому?&lt;br /&gt;</w:t>
        <w:br/>
        <w:t>Т р і с т а н&lt;br /&gt;</w:t>
        <w:br/>
        <w:t>Я зараз вам одкрию таємницю:&lt;br /&gt;</w:t>
        <w:br/>
        <w:t>комусь потрібна ваша смерть.&lt;br /&gt;</w:t>
        <w:br/>
        <w:t>Т е о д о р о&lt;br /&gt;</w:t>
        <w:br/>
        <w:t>Кому?&lt;br /&gt;</w:t>
        <w:br/>
        <w:t>Оце дивниця!&lt;br /&gt;</w:t>
        <w:br/>
        <w:t>Т р і с т а н&lt;br /&gt;</w:t>
        <w:br/>
        <w:t>Зовсім не дивниця;&lt;br /&gt;</w:t>
        <w:br/>
        <w:t>я бачу тут політику пряму.&lt;br /&gt;</w:t>
        <w:br/>
        <w:t>Граф і маркіз оце мене зустріли&lt;br /&gt;</w:t>
        <w:br/>
        <w:t>і вбити вас уже підговорили.&lt;br /&gt;</w:t>
        <w:br/>
        <w:t>Т е о д о р о&lt;br /&gt;</w:t>
        <w:br/>
        <w:t>Вони, мене?&lt;br /&gt;</w:t>
        <w:br/>
        <w:t>Т р і с т а н&lt;br /&gt;</w:t>
        <w:br/>
        <w:t>Та, певно, догадались&lt;br /&gt;</w:t>
        <w:br/>
        <w:t>по ляпасах, що їм не світить шлюб,&lt;br /&gt;</w:t>
        <w:br/>
        <w:t>і от на мене, бачите, напались,&lt;br /&gt;</w:t>
        <w:br/>
        <w:t>гадаючи, що з мене душогуб,&lt;br /&gt;</w:t>
        <w:br/>
        <w:t>аж сто дублонів дати обіцялись;&lt;br /&gt;</w:t>
        <w:br/>
        <w:t>я вже дістав завдаток за ваш труп.&lt;br /&gt;</w:t>
        <w:br/>
        <w:t>Я їм сказав, що йду до вас служити,&lt;br /&gt;</w:t>
        <w:br/>
        <w:t>щоб вас безпечно шпагою прошити.&lt;br /&gt;</w:t>
        <w:br/>
        <w:t>Все склалось якнайкраще, так од згуби&lt;br /&gt;</w:t>
        <w:br/>
        <w:t>упевнено я вас обороню.&lt;br /&gt;</w:t>
        <w:br/>
        <w:t>— 131 —&lt;br /&gt;</w:t>
        <w:br/>
        <w:t>Т е о д о р о&lt;br /&gt;</w:t>
        <w:br/>
        <w:t>Навіщо це? Життя мені не любе,&lt;br /&gt;</w:t>
        <w:br/>
        <w:t>доволі вже повільного вогню!&lt;br /&gt;</w:t>
        <w:br/>
        <w:t>Я хочу вмерти.&lt;br /&gt;</w:t>
        <w:br/>
        <w:t>Т р і с т а н&lt;br /&gt;</w:t>
        <w:br/>
        <w:t>От іще рахуба!&lt;br /&gt;</w:t>
        <w:br/>
        <w:t>Т е о д о р о&lt;br /&gt;</w:t>
        <w:br/>
        <w:t>Я буду рад смертельному дапню...&lt;br /&gt;</w:t>
        <w:br/>
        <w:t>Якби не стан, що ділить нас стіною,&lt;br /&gt;</w:t>
        <w:br/>
        <w:t>Діана б одружилася зі мною,&lt;br /&gt;</w:t>
        <w:br/>
        <w:t>а так вона за честь свою боїться&lt;br /&gt;</w:t>
        <w:br/>
        <w:t>і у собі вбиває почуття.&lt;br /&gt;</w:t>
        <w:br/>
        <w:t>Т р і с т а н&lt;br /&gt;</w:t>
        <w:br/>
        <w:t>А помогти вам з нею одружиться?&lt;br /&gt;</w:t>
        <w:br/>
        <w:t>Т е о д о р о&lt;br /&gt;</w:t>
        <w:br/>
        <w:t>Тобі я був би вдячний все життя.&lt;br /&gt;</w:t>
        <w:br/>
        <w:t>Та як?&lt;br /&gt;</w:t>
        <w:br/>
        <w:t>Т р і с т а н&lt;br /&gt;</w:t>
        <w:br/>
        <w:t>Відкриться може таємниця,&lt;br /&gt;</w:t>
        <w:br/>
        <w:t>що ви — вельможі згублене дитя.&lt;br /&gt;</w:t>
        <w:br/>
        <w:t>Коли такого батька вам знайду я,&lt;br /&gt;</w:t>
        <w:br/>
        <w:t>графиня, думаю, не пошкодує.&lt;br /&gt;</w:t>
        <w:br/>
        <w:t>Т е о д о р о&lt;br /&gt;</w:t>
        <w:br/>
        <w:t>Авжеж що так!&lt;br /&gt;</w:t>
        <w:br/>
        <w:t>Т р і с т а н&lt;br /&gt;</w:t>
        <w:br/>
        <w:t>Старий граф Людовіко&lt;br /&gt;</w:t>
        <w:br/>
        <w:t>тому вже двадцять років як послав&lt;br /&gt;</w:t>
        <w:br/>
        <w:t>на Мальту сина, вашого тезка,&lt;br /&gt;</w:t>
        <w:br/>
        <w:t>що небожем доводився магістру.&lt;br /&gt;</w:t>
        <w:br/>
        <w:t>— 132 —&lt;br /&gt;</w:t>
        <w:br/>
        <w:t>Попався він до маврів у неволю&lt;br /&gt;</w:t>
        <w:br/>
        <w:t>і з того часу безвісти пропав.&lt;br /&gt;</w:t>
        <w:br/>
        <w:t>Так от, цей граф — ваш батько, ну, а ви&lt;br /&gt;</w:t>
        <w:br/>
        <w:t>його синок. Я справу цю влаштую.&lt;br /&gt;</w:t>
        <w:br/>
        <w:t>Т е о д о р о&lt;br /&gt;</w:t>
        <w:br/>
        <w:t>Гляди, Трістане, справа це серйозна —&lt;br /&gt;</w:t>
        <w:br/>
        <w:t>життям і честю поплатитись можна.&lt;br /&gt;</w:t>
        <w:br/>
        <w:t>Виходять.&lt;br /&gt;</w:t>
        <w:br/>
        <w:t>ЯВА П'ЯТА&lt;br /&gt;</w:t>
        <w:br/>
        <w:t>Зал у графининому палаці.&lt;br /&gt;</w:t>
        <w:br/>
        <w:t>Т е о д о р о, Т р і с т а н.&lt;br /&gt;</w:t>
        <w:br/>
        <w:t>Т р і с т а н&lt;br /&gt;</w:t>
        <w:br/>
        <w:t>От ми і дома. Боже вам щасти!&lt;br /&gt;</w:t>
        <w:br/>
        <w:t>Як ми це діло впорати потрафим,&lt;br /&gt;</w:t>
        <w:br/>
        <w:t>уже сьогодні зробитесь ви графом.&lt;br /&gt;</w:t>
        <w:br/>
        <w:t>(Виходить).&lt;br /&gt;</w:t>
        <w:br/>
        <w:t>ЯВА ШОСТА&lt;br /&gt;</w:t>
        <w:br/>
        <w:t>Т е о д о р о сам.&lt;br /&gt;</w:t>
        <w:br/>
        <w:t>Т е о д о р о&lt;br /&gt;</w:t>
        <w:br/>
        <w:t>Ні, щоб мене не вбила люта мука,&lt;br /&gt;</w:t>
        <w:br/>
        <w:t>подамся десь до дальніх берегів...&lt;br /&gt;</w:t>
        <w:br/>
        <w:t>Любов не знає зліших ворогів,&lt;br /&gt;</w:t>
        <w:br/>
        <w:t>як забуття, як віддаль і розлука.&lt;br /&gt;</w:t>
        <w:br/>
        <w:t>З очей ізникне любощів спонука —&lt;br /&gt;</w:t>
        <w:br/>
        <w:t>і жар, дивись, у серці перетлів...&lt;br /&gt;</w:t>
        <w:br/>
        <w:t>Одна розлука після цих жалів&lt;br /&gt;</w:t>
        <w:br/>
        <w:t>душевного спокою запорука.&lt;br /&gt;</w:t>
        <w:br/>
        <w:t>Там жде мене утіха забуття,&lt;br /&gt;</w:t>
        <w:br/>
        <w:t>якої всякий пристрасно жадає,&lt;br /&gt;</w:t>
        <w:br/>
        <w:t>хто, як і я, від любощів страждає.&lt;br /&gt;</w:t>
        <w:br/>
        <w:t>Покину ж тут усе без вороття;&lt;br /&gt;</w:t>
        <w:br/>
        <w:t>сховавшися в чужім далекім краї,&lt;br /&gt;</w:t>
        <w:br/>
        <w:t>любов свою і муку поховаю.&lt;br /&gt;</w:t>
        <w:br/>
        <w:t>ЯВА СЬОМА&lt;br /&gt;</w:t>
        <w:br/>
        <w:t>Д і а н а, Т е о д о р о.&lt;br /&gt;</w:t>
        <w:br/>
        <w:t>Д і а н а&lt;br /&gt;</w:t>
        <w:br/>
        <w:t>Як ся маєш, Теодоро?&lt;br /&gt;</w:t>
        <w:br/>
        <w:t>Вже полегшало тобі?&lt;br /&gt;</w:t>
        <w:br/>
        <w:t>Т е о д о р о&lt;br /&gt;</w:t>
        <w:br/>
        <w:t>Я кохаюся в журбі&lt;br /&gt;</w:t>
        <w:br/>
        <w:t>і розважуся не скоро.&lt;br /&gt;</w:t>
        <w:br/>
        <w:t>Не лякаюсь я недуги;&lt;br /&gt;</w:t>
        <w:br/>
        <w:t>признаюся, навпаки:&lt;br /&gt;</w:t>
        <w:br/>
        <w:t>про одужання думки&lt;br /&gt;</w:t>
        <w:br/>
        <w:t>Завдають ще більше туги.&lt;br /&gt;</w:t>
        <w:br/>
        <w:t>О благословенні болі,&lt;br /&gt;</w:t>
        <w:br/>
        <w:t>що бальзам у душу ллють!&lt;br /&gt;</w:t>
        <w:br/>
        <w:t>Не страшна і смерті лють&lt;br /&gt;</w:t>
        <w:br/>
        <w:t>у такій заласній долі.&lt;br /&gt;</w:t>
        <w:br/>
        <w:t>Лиш одного мені жаль:&lt;br /&gt;</w:t>
        <w:br/>
        <w:t>мушу я в далекі далі&lt;br /&gt;</w:t>
        <w:br/>
        <w:t>від натхненниці печалі&lt;br /&gt;</w:t>
        <w:br/>
        <w:t>завезти мою печаль.&lt;br /&gt;</w:t>
        <w:br/>
        <w:t>Д і а н а&lt;br /&gt;</w:t>
        <w:br/>
        <w:t>Мусиш їхати? Чому це?&lt;br /&gt;</w:t>
        <w:br/>
        <w:t>Т е о д о р о&lt;br /&gt;</w:t>
        <w:br/>
        <w:t>Вбити хтять мене.&lt;br /&gt;</w:t>
        <w:br/>
        <w:t>Д і а н а&lt;br /&gt;</w:t>
        <w:br/>
        <w:t>І вб'ють.&lt;br /&gt;</w:t>
        <w:br/>
        <w:t>Т е о д о р о&lt;br /&gt;</w:t>
        <w:br/>
        <w:t>Кови смертнії кують&lt;br /&gt;</w:t>
        <w:br/>
        <w:t>ті, що заздрять моїй муці.&lt;br /&gt;</w:t>
        <w:br/>
        <w:t>Як дозволите мені,&lt;br /&gt;</w:t>
        <w:br/>
        <w:t>я в Іспанію поїду.&lt;br /&gt;</w:t>
        <w:br/>
        <w:t>Д і а н а&lt;br /&gt;</w:t>
        <w:br/>
        <w:t>І минеться все без сліду...&lt;br /&gt;</w:t>
        <w:br/>
        <w:t>Це розумно удвійні.&lt;br /&gt;</w:t>
        <w:br/>
        <w:t>У далекому краю&lt;br /&gt;</w:t>
        <w:br/>
        <w:t>ти свою розмаєш тугу,&lt;br /&gt;</w:t>
        <w:br/>
        <w:t>я зроню сльозинку-другу,&lt;br /&gt;</w:t>
        <w:br/>
        <w:t>Зате честі не вроню.&lt;br /&gt;</w:t>
        <w:br/>
        <w:t>Граф ревнує, очевидно,&lt;br /&gt;</w:t>
        <w:br/>
        <w:t>вже про все дізнався він...&lt;br /&gt;</w:t>
        <w:br/>
        <w:t>Із усіх оцих причин&lt;br /&gt;</w:t>
        <w:br/>
        <w:t>нам розстатись необхідно,&lt;br /&gt;</w:t>
        <w:br/>
        <w:t>Їдь. Шість тисяч золотих&lt;br /&gt;</w:t>
        <w:br/>
        <w:t>ти дістанеш на дорогу.&lt;br /&gt;</w:t>
        <w:br/>
        <w:t>Т е о д о р о&lt;br /&gt;</w:t>
        <w:br/>
        <w:t>Щоб забули ви тривогу,&lt;br /&gt;</w:t>
        <w:br/>
        <w:t>їду. Падаю до ніг.&lt;br /&gt;</w:t>
        <w:br/>
        <w:t>Д і а н а&lt;br /&gt;</w:t>
        <w:br/>
        <w:t>Ну-бо, годі... Бо й мені&lt;br /&gt;</w:t>
        <w:br/>
        <w:t>теж не легко. Йди вже.&lt;br /&gt;</w:t>
        <w:br/>
        <w:t>Т е о д о р о&lt;br /&gt;</w:t>
        <w:br/>
        <w:t>(набік)&lt;br /&gt;</w:t>
        <w:br/>
        <w:t>Ах!&lt;br /&gt;</w:t>
        <w:br/>
        <w:t>В неї сльози ув очах...&lt;br /&gt;</w:t>
        <w:br/>
        <w:t>— 135 —&lt;br /&gt;</w:t>
        <w:br/>
        <w:t>Д і а н а&lt;br /&gt;</w:t>
        <w:br/>
        <w:t>Підеш ти коли чи ні?&lt;br /&gt;</w:t>
        <w:br/>
        <w:t>Т е о д о р о&lt;br /&gt;</w:t>
        <w:br/>
        <w:t>Я вже йду.&lt;br /&gt;</w:t>
        <w:br/>
        <w:t>Д і а н а&lt;br /&gt;</w:t>
        <w:br/>
        <w:t>Іди... Зажди!&lt;br /&gt;</w:t>
        <w:br/>
        <w:t>Слухай...&lt;br /&gt;</w:t>
        <w:br/>
        <w:t>Т е о д о р о&lt;br /&gt;</w:t>
        <w:br/>
        <w:t>Що вам?&lt;br /&gt;</w:t>
        <w:br/>
        <w:t>Д і а н а&lt;br /&gt;</w:t>
        <w:br/>
        <w:t>Ні, нічого;&lt;br /&gt;</w:t>
        <w:br/>
        <w:t>йди.&lt;br /&gt;</w:t>
        <w:br/>
        <w:t>Т е о д о р о&lt;br /&gt;</w:t>
        <w:br/>
        <w:t>Іду вже.&lt;br /&gt;</w:t>
        <w:br/>
        <w:t>Д і а н а&lt;br /&gt;</w:t>
        <w:br/>
        <w:t>(набік)&lt;br /&gt;</w:t>
        <w:br/>
        <w:t>О тривого...&lt;br /&gt;</w:t>
        <w:br/>
        <w:t>Чи кохання так завжди&lt;br /&gt;</w:t>
        <w:br/>
        <w:t>мучить серце наше?&lt;br /&gt;</w:t>
        <w:br/>
        <w:t>(Вголос).&lt;br /&gt;</w:t>
        <w:br/>
        <w:t>Ну,&lt;br /&gt;</w:t>
        <w:br/>
        <w:t>ти вже йдеш?&lt;br /&gt;</w:t>
        <w:br/>
        <w:t>Т е о д о р о&lt;br /&gt;</w:t>
        <w:br/>
        <w:t>Іду, Синьйоро.&lt;br /&gt;</w:t>
        <w:br/>
        <w:t>(Виходить).&lt;br /&gt;</w:t>
        <w:br/>
        <w:t>— 136 —&lt;br /&gt;</w:t>
        <w:br/>
        <w:t>Д і а н а&lt;br /&gt;</w:t>
        <w:br/>
        <w:t>Я покарана суворо.&lt;br /&gt;</w:t>
        <w:br/>
        <w:t>Честь... Кляну тебе, кляну,&lt;br /&gt;</w:t>
        <w:br/>
        <w:t>вигадко людська химерна!&lt;br /&gt;</w:t>
        <w:br/>
        <w:t>Все нещастя через тебе,&lt;br /&gt;</w:t>
        <w:br/>
        <w:t>честь! А може, так і треба,&lt;br /&gt;</w:t>
        <w:br/>
        <w:t>може, й справді нас од скверни&lt;br /&gt;</w:t>
        <w:br/>
        <w:t>тільки ти і бережеш?&lt;br /&gt;</w:t>
        <w:br/>
        <w:t>Т е о д о р о вертає.&lt;br /&gt;</w:t>
        <w:br/>
        <w:t>Т е о д о р о&lt;br /&gt;</w:t>
        <w:br/>
        <w:t>Чи сьогодні їхать маю,&lt;br /&gt;</w:t>
        <w:br/>
        <w:t>чи коли?&lt;br /&gt;</w:t>
        <w:br/>
        <w:t>Д і а н а&lt;br /&gt;</w:t>
        <w:br/>
        <w:t>Ах, я не знаю...&lt;br /&gt;</w:t>
        <w:br/>
        <w:t>Але ти не знаєш теж,&lt;br /&gt;</w:t>
        <w:br/>
        <w:t>що мені у цій журбі&lt;br /&gt;</w:t>
        <w:br/>
        <w:t>тяжко й глянути на тебе.&lt;br /&gt;</w:t>
        <w:br/>
        <w:t>Т е о д о р о&lt;br /&gt;</w:t>
        <w:br/>
        <w:t>Пані, я прийшов по себе;&lt;br /&gt;</w:t>
        <w:br/>
        <w:t>я ж при вас, не при собі.&lt;br /&gt;</w:t>
        <w:br/>
        <w:t>Як без себе я поїду?&lt;br /&gt;</w:t>
        <w:br/>
        <w:t>Поверніть мені мене!&lt;br /&gt;</w:t>
        <w:br/>
        <w:t>Д і а н а&lt;br /&gt;</w:t>
        <w:br/>
        <w:t>Годі вже... Це щось страшне!&lt;br /&gt;</w:t>
        <w:br/>
        <w:t>Не випитуй, не вивідуй,&lt;br /&gt;</w:t>
        <w:br/>
        <w:t>не верну, і не благай!&lt;br /&gt;</w:t>
        <w:br/>
        <w:t>В серці, що скипає кров'ю,&lt;br /&gt;</w:t>
        <w:br/>
        <w:t>честь змагається з любов'ю —&lt;br /&gt;</w:t>
        <w:br/>
        <w:t>боротьбі не заважай!&lt;br /&gt;</w:t>
        <w:br/>
        <w:t>їдь! Підвладні почуттям,&lt;br /&gt;</w:t>
        <w:br/>
        <w:t>ми не знатимем спокою:&lt;br /&gt;</w:t>
        <w:br/>
        <w:t>ти лишишся тут зі мною,&lt;br /&gt;</w:t>
        <w:br/>
        <w:t>я з тобою буду там.&lt;br /&gt;</w:t>
        <w:br/>
        <w:t>Т е о д о р о&lt;br /&gt;</w:t>
        <w:br/>
        <w:t>Я вже йду, вельможна пані.&lt;br /&gt;</w:t>
        <w:br/>
        <w:t>Б'ю чолом.&lt;br /&gt;</w:t>
        <w:br/>
        <w:t>(Виходить).&lt;br /&gt;</w:t>
        <w:br/>
        <w:t>ЯВА ВОСЬМА&lt;br /&gt;</w:t>
        <w:br/>
        <w:t>Д і а н а сама.&lt;br /&gt;</w:t>
        <w:br/>
        <w:t>Д і а н а&lt;br /&gt;</w:t>
        <w:br/>
        <w:t>Прокляття їй,&lt;br /&gt;</w:t>
        <w:br/>
        <w:t>тій вельможності моїй,&lt;br /&gt;</w:t>
        <w:br/>
        <w:t>що вбива моє кохання!&lt;br /&gt;</w:t>
        <w:br/>
        <w:t>Де ті очі, що сіяли&lt;br /&gt;</w:t>
        <w:br/>
        <w:t>наче зорі серед ночі?&lt;br /&gt;</w:t>
        <w:br/>
        <w:t>Він поїхав... Плачте, очі;&lt;br /&gt;</w:t>
        <w:br/>
        <w:t>бачили, що купували.&lt;br /&gt;</w:t>
        <w:br/>
        <w:t>Треба ж, очі, вам було&lt;br /&gt;</w:t>
        <w:br/>
        <w:t>на нерівню задивлятись?&lt;br /&gt;</w:t>
        <w:br/>
        <w:t>Ви не знали, з ким кохатись,&lt;br /&gt;</w:t>
        <w:br/>
        <w:t>і собі, й мені на зло...&lt;br /&gt;</w:t>
        <w:br/>
        <w:t>Тож пізнайте, як не знали,&lt;br /&gt;</w:t>
        <w:br/>
        <w:t>ви тепер жалі жіночі:&lt;br /&gt;</w:t>
        <w:br/>
        <w:t>дні і ночі плачте, очі;&lt;br /&gt;</w:t>
        <w:br/>
        <w:t>бачили, що купували.&lt;br /&gt;</w:t>
        <w:br/>
        <w:t>Може, скажете, що сонце&lt;br /&gt;</w:t>
        <w:br/>
        <w:t>світить також на болото,&lt;br /&gt;</w:t>
        <w:br/>
        <w:t>що його проміння злото&lt;br /&gt;</w:t>
        <w:br/>
        <w:t>не брудниться в ополонці?&lt;br /&gt;</w:t>
        <w:br/>
        <w:t>Виправдання це невдале,&lt;br /&gt;</w:t>
        <w:br/>
        <w:t>я і слухати не хочу...&lt;br /&gt;</w:t>
        <w:br/>
        <w:t>— 138 —&lt;br /&gt;</w:t>
        <w:br/>
        <w:t>Хоч не хочу — плачте, очі;&lt;br /&gt;</w:t>
        <w:br/>
        <w:t>бачили, що купували.&lt;br /&gt;</w:t>
        <w:br/>
        <w:t>ЯВА ДЕВ'ЯТА&lt;br /&gt;</w:t>
        <w:br/>
        <w:t>М а р ч е л л а, Д і а н а.&lt;br /&gt;</w:t>
        <w:br/>
        <w:t>М а р ч е л л а&lt;br /&gt;</w:t>
        <w:br/>
        <w:t>Якщо служба довгорічна,&lt;br /&gt;</w:t>
        <w:br/>
        <w:t>щира й вірна, нелукава,&lt;br /&gt;</w:t>
        <w:br/>
        <w:t>на відплату має право,—&lt;br /&gt;</w:t>
        <w:br/>
        <w:t>буду дякувать вам вічно,&lt;br /&gt;</w:t>
        <w:br/>
        <w:t>коли ви, синьйоро мила,&lt;br /&gt;</w:t>
        <w:br/>
        <w:t>та відпустите служницю,&lt;br /&gt;</w:t>
        <w:br/>
        <w:t>що, робивши, як годиться,&lt;br /&gt;</w:t>
        <w:br/>
        <w:t>мимохіть вас прогнівила.&lt;br /&gt;</w:t>
        <w:br/>
        <w:t>Д і а н а&lt;br /&gt;</w:t>
        <w:br/>
        <w:t>Відпустить, кого? Куди?&lt;br /&gt;</w:t>
        <w:br/>
        <w:t>Я тебе не розумію.&lt;br /&gt;</w:t>
        <w:br/>
        <w:t>М а р ч е л л а&lt;br /&gt;</w:t>
        <w:br/>
        <w:t>Я вам все, як є, відкрию.&lt;br /&gt;</w:t>
        <w:br/>
        <w:t>Щоб позбутися біди,&lt;br /&gt;</w:t>
        <w:br/>
        <w:t>Теодоро мій сьогодні&lt;br /&gt;</w:t>
        <w:br/>
        <w:t>від'їжджає до Мадріда;&lt;br /&gt;</w:t>
        <w:br/>
        <w:t>хай із ним і я поїду.&lt;br /&gt;</w:t>
        <w:br/>
        <w:t>Д і а н а&lt;br /&gt;</w:t>
        <w:br/>
        <w:t>Ти із ним? А він же згодний?&lt;br /&gt;</w:t>
        <w:br/>
        <w:t>М а р ч е л л а&lt;br /&gt;</w:t>
        <w:br/>
        <w:t>Як би я у вас просила,&lt;br /&gt;</w:t>
        <w:br/>
        <w:t>щоб не мала його згоди?&lt;br /&gt;</w:t>
        <w:br/>
        <w:t>Не наважилась би зроду!&lt;br /&gt;</w:t>
        <w:br/>
        <w:t>— 139 —&lt;br /&gt;</w:t>
        <w:br/>
        <w:t>Д і а н а&lt;br /&gt;</w:t>
        <w:br/>
        <w:t>Що, із ним ти говорила?&lt;br /&gt;</w:t>
        <w:br/>
        <w:t>М а р ч е л л а&lt;br /&gt;</w:t>
        <w:br/>
        <w:t>Сам мене він попрохав.&lt;br /&gt;</w:t>
        <w:br/>
        <w:t>Д і а н а&lt;br /&gt;</w:t>
        <w:br/>
        <w:t>(набік)&lt;br /&gt;</w:t>
        <w:br/>
        <w:t>Це зухвальство небувале!&lt;br /&gt;</w:t>
        <w:br/>
        <w:t>М а р ч е л л а&lt;br /&gt;</w:t>
        <w:br/>
        <w:t>Все ми з ним обміркували&lt;br /&gt;</w:t>
        <w:br/>
        <w:t>аж до найдрібніших справ,&lt;br /&gt;</w:t>
        <w:br/>
        <w:t>як удвох на кораблі&lt;br /&gt;</w:t>
        <w:br/>
        <w:t>нам зручніше влаштуватись.&lt;br /&gt;</w:t>
        <w:br/>
        <w:t>Д і а н а&lt;br /&gt;</w:t>
        <w:br/>
        <w:t>(набік)&lt;br /&gt;</w:t>
        <w:br/>
        <w:t>Мусить гонор тут сховатись —&lt;br /&gt;</w:t>
        <w:br/>
        <w:t>справи вже занадто злі!&lt;br /&gt;</w:t>
        <w:br/>
        <w:t>Та любов зуміє скоро&lt;br /&gt;</w:t>
        <w:br/>
        <w:t>відвести і цей удар,&lt;br /&gt;</w:t>
        <w:br/>
        <w:t>і з душі спаде тягар...&lt;br /&gt;</w:t>
        <w:br/>
        <w:t>М а р ч е л л а&lt;br /&gt;</w:t>
        <w:br/>
        <w:t>Ви дозволите, синьйоро?&lt;br /&gt;</w:t>
        <w:br/>
        <w:t>Д і а н а&lt;br /&gt;</w:t>
        <w:br/>
        <w:t>Ні, Марчелло, знай, без тебе&lt;br /&gt;</w:t>
        <w:br/>
        <w:t>жити просто не могла б я...&lt;br /&gt;</w:t>
        <w:br/>
        <w:t>Та і як ти кинеш Фабйо?&lt;br /&gt;</w:t>
        <w:br/>
        <w:t>Він же молиться на тебе.&lt;br /&gt;</w:t>
        <w:br/>
        <w:t>Вам, я бачу, саме впору&lt;br /&gt;</w:t>
        <w:br/>
        <w:t>увійти в зв'язок подружній.&lt;br /&gt;</w:t>
        <w:br/>
        <w:t>— 140 —&lt;br /&gt;</w:t>
        <w:br/>
        <w:t>М а р ч е л л а&lt;br /&gt;</w:t>
        <w:br/>
        <w:t>Мені Фабйо осоружний,&lt;br /&gt;</w:t>
        <w:br/>
        <w:t>я кохаю Теодоро!&lt;br /&gt;</w:t>
        <w:br/>
        <w:t>Д і а н а&lt;br /&gt;</w:t>
        <w:br/>
        <w:t>(набік)&lt;br /&gt;</w:t>
        <w:br/>
        <w:t>До яких страшних думок&lt;br /&gt;</w:t>
        <w:br/>
        <w:t>це кохання нас доводить!&lt;br /&gt;</w:t>
        <w:br/>
        <w:t>(Вголос).&lt;br /&gt;</w:t>
        <w:br/>
        <w:t>Фабйо більш тобі підходить.&lt;br /&gt;</w:t>
        <w:br/>
        <w:t>М а р ч е л л а&lt;br /&gt;</w:t>
        <w:br/>
        <w:t>Пані...&lt;br /&gt;</w:t>
        <w:br/>
        <w:t>Д і а н а&lt;br /&gt;</w:t>
        <w:br/>
        <w:t>Годі балачок!&lt;br /&gt;</w:t>
        <w:br/>
        <w:t>(Виходить).&lt;br /&gt;</w:t>
        <w:br/>
        <w:t>ЯВА ДЕСЯТА&lt;br /&gt;</w:t>
        <w:br/>
        <w:t>М а р ч е л л а сама.&lt;br /&gt;</w:t>
        <w:br/>
        <w:t>М а р ч е л л а&lt;br /&gt;</w:t>
        <w:br/>
        <w:t>Що може вдіяти моє кохання&lt;br /&gt;</w:t>
        <w:br/>
        <w:t>проти ції тиранської сваволі?&lt;br /&gt;</w:t>
        <w:br/>
        <w:t>Коритись силі мушу мимоволі,&lt;br /&gt;</w:t>
        <w:br/>
        <w:t>даремні всі пручання й сперечання.&lt;br /&gt;</w:t>
        <w:br/>
        <w:t>Сподіванки розвіялись зарання&lt;br /&gt;</w:t>
        <w:br/>
        <w:t>від подиху ворожої недолі...&lt;br /&gt;</w:t>
        <w:br/>
        <w:t>Любов моя — тендітний цвіт красолі,&lt;br /&gt;</w:t>
        <w:br/>
        <w:t>недосвітом прибитий в час світання.&lt;br /&gt;</w:t>
        <w:br/>
        <w:t>— 141 —&lt;br /&gt;</w:t>
        <w:br/>
        <w:t>Втішали серце й душу ніжні квіти,&lt;br /&gt;</w:t>
        <w:br/>
        <w:t>що сила зла оповила в жалобу;&lt;br /&gt;</w:t>
        <w:br/>
        <w:t>любов розбилась об чужу жадобу.&lt;br /&gt;</w:t>
        <w:br/>
        <w:t>Що може хвору душу оживити,&lt;br /&gt;</w:t>
        <w:br/>
        <w:t>коли немає плоду по цвітінню,&lt;br /&gt;</w:t>
        <w:br/>
        <w:t>коли кохана мрія стала тінню?&lt;br /&gt;</w:t>
        <w:br/>
        <w:t>(Виходить).&lt;br /&gt;</w:t>
        <w:br/>
        <w:t>ЯВА ОДИНАДЦЯТА&lt;br /&gt;</w:t>
        <w:br/>
        <w:t>Світлиця в домі графа Людовіко.&lt;br /&gt;</w:t>
        <w:br/>
        <w:t>Г р а ф Л ю д о в і к о, К а м і л л о.&lt;br /&gt;</w:t>
        <w:br/>
        <w:t>К а м і л л о&lt;br /&gt;</w:t>
        <w:br/>
        <w:t>Щоб ваш рід не перевівся —&lt;br /&gt;</w:t>
        <w:br/>
        <w:t>ради іншої немає.&lt;br /&gt;</w:t>
        <w:br/>
        <w:t>Л ю д о в і к о&lt;br /&gt;</w:t>
        <w:br/>
        <w:t>Старість вража налягає...&lt;br /&gt;</w:t>
        <w:br/>
        <w:t>Ще б я, може, й оженився,&lt;br /&gt;</w:t>
        <w:br/>
        <w:t>та якби ж воно знаття,&lt;br /&gt;</w:t>
        <w:br/>
        <w:t>що напевне будуть діти;&lt;br /&gt;</w:t>
        <w:br/>
        <w:t>страшно, піде правди діти,&lt;br /&gt;</w:t>
        <w:br/>
        <w:t>одружитись без пуття.&lt;br /&gt;</w:t>
        <w:br/>
        <w:t>Чоловік одно гада,&lt;br /&gt;</w:t>
        <w:br/>
        <w:t>а виходить зовсім інше;&lt;br /&gt;</w:t>
        <w:br/>
        <w:t>щоб не стало часом гірше...&lt;br /&gt;</w:t>
        <w:br/>
        <w:t>При старому ж молода —&lt;br /&gt;</w:t>
        <w:br/>
        <w:t>як на клені буйний плющ,&lt;br /&gt;</w:t>
        <w:br/>
        <w:t>що із нього соки тягне;&lt;br /&gt;</w:t>
        <w:br/>
        <w:t>клен нещасний сохне, чахне,&lt;br /&gt;</w:t>
        <w:br/>
        <w:t>плющ пишається все дужч.&lt;br /&gt;</w:t>
        <w:br/>
        <w:t>Ні, облишмо цю розмову,&lt;br /&gt;</w:t>
        <w:br/>
        <w:t>бо вона ізнов мені&lt;br /&gt;</w:t>
        <w:br/>
        <w:t>нагадала давні дні,&lt;br /&gt;</w:t>
        <w:br/>
        <w:t>роз'ятрила рану знову.&lt;br /&gt;</w:t>
        <w:br/>
        <w:t>Де дитя моє кохане,&lt;br /&gt;</w:t>
        <w:br/>
        <w:t>мій синочок Теодоро?&lt;br /&gt;</w:t>
        <w:br/>
        <w:t>Двадцять літ його я з моря&lt;br /&gt;</w:t>
        <w:br/>
        <w:t>виглядаю...&lt;br /&gt;</w:t>
        <w:br/>
        <w:t>ЯВА ДВАНАДЦЯТА&lt;br /&gt;</w:t>
        <w:br/>
        <w:t>П а ж, згодом Т р і с т а н і Ф у р і о; ті, що й були.&lt;br /&gt;</w:t>
        <w:br/>
        <w:t>П а ж&lt;br /&gt;</w:t>
        <w:br/>
        <w:t>До вас, пане,&lt;br /&gt;</w:t>
        <w:br/>
        <w:t>з Греції якийсь купець.&lt;br /&gt;</w:t>
        <w:br/>
        <w:t>Л ю д о в і к о&lt;br /&gt;</w:t>
        <w:br/>
        <w:t>Упусти його.&lt;br /&gt;</w:t>
        <w:br/>
        <w:t>Паж виходить; за якусь хвилю з'являються Т р і с т а н&lt;br /&gt;</w:t>
        <w:br/>
        <w:t>і Ф у р і о в грецькому перевдязі.&lt;br /&gt;</w:t>
        <w:br/>
        <w:t>Т р і с т а н&lt;br /&gt;</w:t>
        <w:br/>
        <w:t>При вході&lt;br /&gt;</w:t>
        <w:br/>
        <w:t>миру й щастя цій господі&lt;br /&gt;</w:t>
        <w:br/>
        <w:t>я бажаю. Хай творець&lt;br /&gt;</w:t>
        <w:br/>
        <w:t>ниспошле вам те, чого&lt;br /&gt;</w:t>
        <w:br/>
        <w:t>ви жадаєте найбільше.&lt;br /&gt;</w:t>
        <w:br/>
        <w:t>Л ю д о в і к о&lt;br /&gt;</w:t>
        <w:br/>
        <w:t>Дякую. Скажіть, відкіль же&lt;br /&gt;</w:t>
        <w:br/>
        <w:t>прибули ви і чого?&lt;br /&gt;</w:t>
        <w:br/>
        <w:t>Т р і с т а н&lt;br /&gt;</w:t>
        <w:br/>
        <w:t>Я приїхав із Стамбула,&lt;br /&gt;</w:t>
        <w:br/>
        <w:t>побував уже на Кіпрі&lt;br /&gt;</w:t>
        <w:br/>
        <w:t>і в Венеції; везу я&lt;br /&gt;</w:t>
        <w:br/>
        <w:t>килими й шовки персидські.&lt;br /&gt;</w:t>
        <w:br/>
        <w:t>Та не тільки для торгівлі&lt;br /&gt;</w:t>
        <w:br/>
        <w:t>— 143 —&lt;br /&gt;</w:t>
        <w:br/>
        <w:t>у Неаполь я приїхав —&lt;br /&gt;</w:t>
        <w:br/>
        <w:t>маю ще й родинну справу.&lt;br /&gt;</w:t>
        <w:br/>
        <w:t>Ну і гарне ж ваше місто!&lt;br /&gt;</w:t>
        <w:br/>
        <w:t>Поки там мої підручні&lt;br /&gt;</w:t>
        <w:br/>
        <w:t>всі попродають тканини,&lt;br /&gt;</w:t>
        <w:br/>
        <w:t>я ходжу собі й любуюсь&lt;br /&gt;</w:t>
        <w:br/>
        <w:t>на цей город гордо-пишний,&lt;br /&gt;</w:t>
        <w:br/>
        <w:t>що не має в світі рівні.&lt;br /&gt;</w:t>
        <w:br/>
        <w:t>Л ю д о в і к о&lt;br /&gt;</w:t>
        <w:br/>
        <w:t>Правда, пречудове місто&lt;br /&gt;</w:t>
        <w:br/>
        <w:t>наш Неаполь?&lt;br /&gt;</w:t>
        <w:br/>
        <w:t>Т р і с т а н&lt;br /&gt;</w:t>
        <w:br/>
        <w:t>Правда. От що,&lt;br /&gt;</w:t>
        <w:br/>
        <w:t>пане: батько мій покійний&lt;br /&gt;</w:t>
        <w:br/>
        <w:t>був у Греції купцем&lt;br /&gt;</w:t>
        <w:br/>
        <w:t>і, либонь, найбільше зиску&lt;br /&gt;</w:t>
        <w:br/>
        <w:t>мав він із работоргівлі.&lt;br /&gt;</w:t>
        <w:br/>
        <w:t>Раз в Астекліях на ринку&lt;br /&gt;</w:t>
        <w:br/>
        <w:t>він купив малого хлопця;&lt;br /&gt;</w:t>
        <w:br/>
        <w:t>хлопець той такий вродливий&lt;br /&gt;</w:t>
        <w:br/>
        <w:t>був і гожий,— ну, здавалось,&lt;br /&gt;</w:t>
        <w:br/>
        <w:t>неземне якесь створіння.&lt;br /&gt;</w:t>
        <w:br/>
        <w:t>Він придбав його у турків,&lt;br /&gt;</w:t>
        <w:br/>
        <w:t>що були його схопили&lt;br /&gt;</w:t>
        <w:br/>
        <w:t>разом з іншими рабами&lt;br /&gt;</w:t>
        <w:br/>
        <w:t>на галері десь мальтійській,&lt;br /&gt;</w:t>
        <w:br/>
        <w:t>в Кефалонії, здається.&lt;br /&gt;</w:t>
        <w:br/>
        <w:t>Л ю д о в і к о&lt;br /&gt;</w:t>
        <w:br/>
        <w:t>Боже! Чуєш ти, Камілло?&lt;br /&gt;</w:t>
        <w:br/>
        <w:t>Т р і с т а н&lt;br /&gt;</w:t>
        <w:br/>
        <w:t>Батько хлопчика вподобав&lt;br /&gt;</w:t>
        <w:br/>
        <w:t>і в свою узяв родину,&lt;br /&gt;</w:t>
        <w:br/>
        <w:t>щоб зі мною і сестрою&lt;br /&gt;</w:t>
        <w:br/>
        <w:t>ріс як рідний.&lt;br /&gt;</w:t>
        <w:br/>
        <w:t>Л ю д о в і к о&lt;br /&gt;</w:t>
        <w:br/>
        <w:t>Чоловіче!&lt;br /&gt;</w:t>
        <w:br/>
        <w:t>Постривай... Ох, серце б'ється.&lt;br /&gt;</w:t>
        <w:br/>
        <w:t>Боже правий!&lt;br /&gt;</w:t>
        <w:br/>
        <w:t>Т р і с т а н&lt;br /&gt;</w:t>
        <w:br/>
        <w:t>(набік)&lt;br /&gt;</w:t>
        <w:br/>
        <w:t>Клює рибка!&lt;br /&gt;</w:t>
        <w:br/>
        <w:t>Л ю д о в і к о&lt;br /&gt;</w:t>
        <w:br/>
        <w:t>Ти скажи, як звали хлопця?&lt;br /&gt;</w:t>
        <w:br/>
        <w:t>Т р і с т а н&lt;br /&gt;</w:t>
        <w:br/>
        <w:t>Теодоро.&lt;br /&gt;</w:t>
        <w:br/>
        <w:t>Л ю д о в і к о&lt;br /&gt;</w:t>
        <w:br/>
        <w:t>Боже милий!&lt;br /&gt;</w:t>
        <w:br/>
        <w:t>Серце чуло, що то він!&lt;br /&gt;</w:t>
        <w:br/>
        <w:t>Сльози стримати несила...&lt;br /&gt;</w:t>
        <w:br/>
        <w:t>Т р і с т а н&lt;br /&gt;</w:t>
        <w:br/>
        <w:t>Так і ріс той любий хлопчик,&lt;br /&gt;</w:t>
        <w:br/>
        <w:t>я ж кажу, у нас в родині;&lt;br /&gt;</w:t>
        <w:br/>
        <w:t>З ним укупі виростала&lt;br /&gt;</w:t>
        <w:br/>
        <w:t>і сестра Філімоклія,&lt;br /&gt;</w:t>
        <w:br/>
        <w:t>і, як часто це буває,&lt;br /&gt;</w:t>
        <w:br/>
        <w:t>діти змалку полюбились.&lt;br /&gt;</w:t>
        <w:br/>
        <w:t>Як минуло їм шістнадцять&lt;br /&gt;</w:t>
        <w:br/>
        <w:t>(батько саме був в од'їзді),&lt;br /&gt;</w:t>
        <w:br/>
        <w:t>та любов дійшла до скутку:&lt;br /&gt;</w:t>
        <w:br/>
        <w:t>всі помітили — сестричка&lt;br /&gt;</w:t>
        <w:br/>
        <w:t>стала спереду горбата.&lt;br /&gt;</w:t>
        <w:br/>
        <w:t>Теодоро, боячися&lt;br /&gt;</w:t>
        <w:br/>
        <w:t>— 145 —&lt;br /&gt;</w:t>
        <w:br/>
        <w:t>покарання, втік із дому&lt;br /&gt;</w:t>
        <w:br/>
        <w:t>і лишив Філімоклію.&lt;br /&gt;</w:t>
        <w:br/>
        <w:t>Батько мій, Катіборратос,&lt;br /&gt;</w:t>
        <w:br/>
        <w:t>менше донькою журився,&lt;br /&gt;</w:t>
        <w:br/>
        <w:t>більш за хлопцем побивався&lt;br /&gt;</w:t>
        <w:br/>
        <w:t>і помер із горя, бідний.&lt;br /&gt;</w:t>
        <w:br/>
        <w:t>Як сестра вродила сина,&lt;br /&gt;</w:t>
        <w:br/>
        <w:t>ми дитину охрестили&lt;br /&gt;</w:t>
        <w:br/>
        <w:t>(віра, бачте, в нас та сама,&lt;br /&gt;</w:t>
        <w:br/>
        <w:t>тільки церква ніби інша)&lt;br /&gt;</w:t>
        <w:br/>
        <w:t>і назвали Темістоклом;&lt;br /&gt;</w:t>
        <w:br/>
        <w:t>нині це дитя вродливе&lt;br /&gt;</w:t>
        <w:br/>
        <w:t>із сестрою пробував&lt;br /&gt;</w:t>
        <w:br/>
        <w:t>у містечку Ксенобії.&lt;br /&gt;</w:t>
        <w:br/>
        <w:t>Коли їхав я сюди,&lt;br /&gt;</w:t>
        <w:br/>
        <w:t>я з собою взяв, між іншим,&lt;br /&gt;</w:t>
        <w:br/>
        <w:t>Теодорові прикмети,&lt;br /&gt;</w:t>
        <w:br/>
        <w:t>списані ретельно й пильно.&lt;br /&gt;</w:t>
        <w:br/>
        <w:t>Я ходжу, питаю всюди,&lt;br /&gt;</w:t>
        <w:br/>
        <w:t>аж одна стара грекиня,&lt;br /&gt;</w:t>
        <w:br/>
        <w:t>що в моїм заїзді служить,&lt;br /&gt;</w:t>
        <w:br/>
        <w:t>раптом каже: "А можливо,&lt;br /&gt;</w:t>
        <w:br/>
        <w:t>Теодоро ваш — це син&lt;br /&gt;</w:t>
        <w:br/>
        <w:t>пана графа Людовіко?"&lt;br /&gt;</w:t>
        <w:br/>
        <w:t>Як зрадів я цій догадці!&lt;br /&gt;</w:t>
        <w:br/>
        <w:t>Став шукати ваш будинок,&lt;br /&gt;</w:t>
        <w:br/>
        <w:t>та мені вказали люди&lt;br /&gt;</w:t>
        <w:br/>
        <w:t>помилково дім графині&lt;br /&gt;</w:t>
        <w:br/>
        <w:t>де Бельфлор. Зайшов туди&lt;br /&gt;</w:t>
        <w:br/>
        <w:t>і наткнувсь одразу...&lt;br /&gt;</w:t>
        <w:br/>
        <w:t>Л ю д о в і к о&lt;br /&gt;</w:t>
        <w:br/>
        <w:t>Мліє&lt;br /&gt;</w:t>
        <w:br/>
        <w:t>вся душа.&lt;br /&gt;</w:t>
        <w:br/>
        <w:t>Т р і с т а н&lt;br /&gt;</w:t>
        <w:br/>
        <w:t>...на Теодоро.&lt;br /&gt;</w:t>
        <w:br/>
        <w:t>Л ю д о в і к о&lt;br /&gt;</w:t>
        <w:br/>
        <w:t>Теодоро!&lt;br /&gt;</w:t>
        <w:br/>
        <w:t>Т р і с т а н&lt;br /&gt;</w:t>
        <w:br/>
        <w:t>Він хотів був&lt;br /&gt;</w:t>
        <w:br/>
        <w:t>утекти, але не зміг.&lt;br /&gt;</w:t>
        <w:br/>
        <w:t>Спершу й я вагався, звісно,&lt;br /&gt;</w:t>
        <w:br/>
        <w:t>він змужнів, змінився трохи.&lt;br /&gt;</w:t>
        <w:br/>
        <w:t>Сіли ми, заговорили;&lt;br /&gt;</w:t>
        <w:br/>
        <w:t>він соромився спочатку,&lt;br /&gt;</w:t>
        <w:br/>
        <w:t>все просив, щоб я у місті&lt;br /&gt;</w:t>
        <w:br/>
        <w:t>не розказував нікому,&lt;br /&gt;</w:t>
        <w:br/>
        <w:t>що він був колись невільник,&lt;br /&gt;</w:t>
        <w:br/>
        <w:t>це могло б йому пошкодить&lt;br /&gt;</w:t>
        <w:br/>
        <w:t>і позбавити довіри.&lt;br /&gt;</w:t>
        <w:br/>
        <w:t>Я й кажу: "А що, як ти .&lt;br /&gt;</w:t>
        <w:br/>
        <w:t>вернеш свій законний титул,&lt;br /&gt;</w:t>
        <w:br/>
        <w:t>що тобі належить зроду,—&lt;br /&gt;</w:t>
        <w:br/>
        <w:t>будеш і тоді стидитись?"&lt;br /&gt;</w:t>
        <w:br/>
        <w:t>Теодоро посміявся,&lt;br /&gt;</w:t>
        <w:br/>
        <w:t>я ж до вас оце навідавсь,&lt;br /&gt;</w:t>
        <w:br/>
        <w:t>щоб сказати те, що знаю,&lt;br /&gt;</w:t>
        <w:br/>
        <w:t>і як справді свого сина&lt;br /&gt;</w:t>
        <w:br/>
        <w:t>ви впізнаєте у ньому —&lt;br /&gt;</w:t>
        <w:br/>
        <w:t>будьте, пане, милостиві&lt;br /&gt;</w:t>
        <w:br/>
        <w:t>і до внука; хай сестра&lt;br /&gt;</w:t>
        <w:br/>
        <w:t>у Неаполь з ним приїде,&lt;br /&gt;</w:t>
        <w:br/>
        <w:t>не для того, щоб при вас&lt;br /&gt;</w:t>
        <w:br/>
        <w:t>З вашим сином одружитись;&lt;br /&gt;</w:t>
        <w:br/>
        <w:t>просто хай наш Темістокл&lt;br /&gt;</w:t>
        <w:br/>
        <w:t>хоч разок побачить діда.&lt;br /&gt;</w:t>
        <w:br/>
        <w:t>Л ю д о в і к о&lt;br /&gt;</w:t>
        <w:br/>
        <w:t>Дай мені тебе обняти!&lt;br /&gt;</w:t>
        <w:br/>
        <w:t>Вся душа моя радіє&lt;br /&gt;</w:t>
        <w:br/>
        <w:t>і говорить кожним нервом,&lt;br /&gt;</w:t>
        <w:br/>
        <w:t>що догадка ця правдива.&lt;br /&gt;</w:t>
        <w:br/>
        <w:t>Сину, синку мій коханий,&lt;br /&gt;</w:t>
        <w:br/>
        <w:t>згублена моя дитино!&lt;br /&gt;</w:t>
        <w:br/>
        <w:t>Ось коли тебе знайшов я!&lt;br /&gt;</w:t>
        <w:br/>
        <w:t>Ну, Камілло, що робити?&lt;br /&gt;</w:t>
        <w:br/>
        <w:t>Мабуть, треба йти до нього?&lt;br /&gt;</w:t>
        <w:br/>
        <w:t>К а мі л л о&lt;br /&gt;</w:t>
        <w:br/>
        <w:t>Ну, а як же? Якнайшвидше!&lt;br /&gt;</w:t>
        <w:br/>
        <w:t>Ви воскреснете душею&lt;br /&gt;</w:t>
        <w:br/>
        <w:t>в синових палких обіймах!&lt;br /&gt;</w:t>
        <w:br/>
        <w:t>Л ю д о в і к о&lt;br /&gt;</w:t>
        <w:br/>
        <w:t>Буду я щасливий, друже,&lt;br /&gt;</w:t>
        <w:br/>
        <w:t>як і ти зі мною підеш;&lt;br /&gt;</w:t>
        <w:br/>
        <w:t>а як хочеш відпочити,&lt;br /&gt;</w:t>
        <w:br/>
        <w:t>в мене в домі залишися —&lt;br /&gt;</w:t>
        <w:br/>
        <w:t>він увесь тобі до послуг.&lt;br /&gt;</w:t>
        <w:br/>
        <w:t>Я ж не можу більш терпіти...&lt;br /&gt;</w:t>
        <w:br/>
        <w:t>Т р і с т а н&lt;br /&gt;</w:t>
        <w:br/>
        <w:t>Я сходжу по діаманти,&lt;br /&gt;</w:t>
        <w:br/>
        <w:t>що лишив там, у заїзді,&lt;br /&gt;</w:t>
        <w:br/>
        <w:t>а тоді сюди вернуся.&lt;br /&gt;</w:t>
        <w:br/>
        <w:t>Меркапонію, ходімо!&lt;br /&gt;</w:t>
        <w:br/>
        <w:t>Ф у р і о&lt;br /&gt;</w:t>
        <w:br/>
        <w:t>Шодімхоце, шанепаце.&lt;br /&gt;</w:t>
        <w:br/>
        <w:t>Т р і с т а н&lt;br /&gt;</w:t>
        <w:br/>
        <w:t>Шилодіце шитрехице!&lt;br /&gt;</w:t>
        <w:br/>
        <w:t>— 148 —&lt;br /&gt;</w:t>
        <w:br/>
        <w:t>Ф у р і о&lt;br /&gt;</w:t>
        <w:br/>
        <w:t>Шудремуце!&lt;br /&gt;</w:t>
        <w:br/>
        <w:t>Т р і с т а н&lt;br /&gt;</w:t>
        <w:br/>
        <w:t>Шодімхоце.&lt;br /&gt;</w:t>
        <w:br/>
        <w:t>Трістан і Фуріо виходять.&lt;br /&gt;</w:t>
        <w:br/>
        <w:t>К а м і л л о&lt;br /&gt;</w:t>
        <w:br/>
        <w:t>Ну і мова ж у них дивна!&lt;br /&gt;</w:t>
        <w:br/>
        <w:t>Л ю д о в і к о&lt;br /&gt;</w:t>
        <w:br/>
        <w:t>Швидше-бо ходім, Камілло.&lt;br /&gt;</w:t>
        <w:br/>
        <w:t>Виходять.&lt;br /&gt;</w:t>
        <w:br/>
        <w:t>ЯВА ТРИНАДЦЯТА&lt;br /&gt;</w:t>
        <w:br/>
        <w:t>Вулиця.&lt;br /&gt;</w:t>
        <w:br/>
        <w:t>Т р і с т а н всередині будинку, двері якого зачинені;&lt;br /&gt;</w:t>
        <w:br/>
        <w:t>Ф у рі о знадвору, біля дверей.&lt;br /&gt;</w:t>
        <w:br/>
        <w:t>Т р і с та н&lt;br /&gt;</w:t>
        <w:br/>
        <w:t>(прочиняє двері)&lt;br /&gt;</w:t>
        <w:br/>
        <w:t>Рушили?&lt;br /&gt;</w:t>
        <w:br/>
        <w:t>Ф у р і о&lt;br /&gt;</w:t>
        <w:br/>
        <w:t>Чухрають пішки,&lt;br /&gt;</w:t>
        <w:br/>
        <w:t>і карети не діждались!&lt;br /&gt;</w:t>
        <w:br/>
        <w:t>Т р і с т а н&lt;br /&gt;</w:t>
        <w:br/>
        <w:t>Що, як справді графським сином&lt;br /&gt;</w:t>
        <w:br/>
        <w:t>виявиться Теодоро?&lt;br /&gt;</w:t>
        <w:br/>
        <w:t>Ф у р і о&lt;br /&gt;</w:t>
        <w:br/>
        <w:t>Коли справді так, то вийде,&lt;br /&gt;</w:t>
        <w:br/>
        <w:t>що брехня твоя правдива.&lt;br /&gt;</w:t>
        <w:br/>
        <w:t>— 149 —&lt;br /&gt;</w:t>
        <w:br/>
        <w:t>Т р і с т а н&lt;br /&gt;</w:t>
        <w:br/>
        <w:t>Забери оце лахміття,&lt;br /&gt;</w:t>
        <w:br/>
        <w:t>треба скинуть його з себе,&lt;br /&gt;</w:t>
        <w:br/>
        <w:t>щоб мене в такім одінні&lt;br /&gt;</w:t>
        <w:br/>
        <w:t>хто знайомий не побачив.&lt;br /&gt;</w:t>
        <w:br/>
        <w:t>Ф у р і о&lt;br /&gt;</w:t>
        <w:br/>
        <w:t>Ну, давай.&lt;br /&gt;</w:t>
        <w:br/>
        <w:t>Т р і с т а н&lt;br /&gt;</w:t>
        <w:br/>
        <w:t>Яка то сила —&lt;br /&gt;</w:t>
        <w:br/>
        <w:t>батьківська любов!&lt;br /&gt;</w:t>
        <w:br/>
        <w:t>Ф у р і о&lt;br /&gt;</w:t>
        <w:br/>
        <w:t>А де ми&lt;br /&gt;</w:t>
        <w:br/>
        <w:t>знов зустрінемось?&lt;br /&gt;</w:t>
        <w:br/>
        <w:t>Т р і с т а н&lt;br /&gt;</w:t>
        <w:br/>
        <w:t>В хатині&lt;br /&gt;</w:t>
        <w:br/>
        <w:t>тій, під берестом, ти знаєш.&lt;br /&gt;</w:t>
        <w:br/>
        <w:t>Будь здоров!&lt;br /&gt;</w:t>
        <w:br/>
        <w:t>Фуріо виходить.&lt;br /&gt;</w:t>
        <w:br/>
        <w:t>ЯВА ЧОТИРНАДЦЯТА&lt;br /&gt;</w:t>
        <w:br/>
        <w:t>Т р і с т а н сам.&lt;br /&gt;</w:t>
        <w:br/>
        <w:t>Т р і с т а н&lt;br /&gt;</w:t>
        <w:br/>
        <w:t>Яке то диво —&lt;br /&gt;</w:t>
        <w:br/>
        <w:t>людський розум!&lt;br /&gt;</w:t>
        <w:br/>
        <w:t>(Виходить на вулицю).&lt;br /&gt;</w:t>
        <w:br/>
        <w:t>Бач, у мене&lt;br /&gt;</w:t>
        <w:br/>
        <w:t>плащ підгорнутий був знизу,&lt;br /&gt;</w:t>
        <w:br/>
        <w:t>мов підрясник той попівський;&lt;br /&gt;</w:t>
        <w:br/>
        <w:t>тут би дещо помістилось&lt;br /&gt;</w:t>
        <w:br/>
        <w:t>— 150 —&lt;br /&gt;</w:t>
        <w:br/>
        <w:t>так, щоб міг я при потребі&lt;br /&gt;</w:t>
        <w:br/>
        <w:t>за якісь ворота кинуть&lt;br /&gt;</w:t>
        <w:br/>
        <w:t>той вірменський мій тюрбан&lt;br /&gt;</w:t>
        <w:br/>
        <w:t>ще і грецьку ту хламиду.&lt;br /&gt;</w:t>
        <w:br/>
        <w:t>ЯВА П'ЯТНАДЦЯТА&lt;br /&gt;</w:t>
        <w:br/>
        <w:t>Р і к а р д о, Ф е д е р і к о, Т р і с т а н.&lt;br /&gt;</w:t>
        <w:br/>
        <w:t>Ф е д е р і к о&lt;br /&gt;</w:t>
        <w:br/>
        <w:t>Це ж він і є, завзятий той харциз,&lt;br /&gt;</w:t>
        <w:br/>
        <w:t>що обіцяв зарізать Теодоро.&lt;br /&gt;</w:t>
        <w:br/>
        <w:t>Р і к а р д о&lt;br /&gt;</w:t>
        <w:br/>
        <w:t>Мосьпапе! Ви ж казали, ваш девіз —&lt;br /&gt;</w:t>
        <w:br/>
        <w:t>одвага й честь. То як же вам не сором?&lt;br /&gt;</w:t>
        <w:br/>
        <w:t>Т р і с т а н&lt;br /&gt;</w:t>
        <w:br/>
        <w:t>Але ж...&lt;br /&gt;</w:t>
        <w:br/>
        <w:t>Ф е д е р і к о&lt;br /&gt;</w:t>
        <w:br/>
        <w:t>Не забувайте, він маркіз,&lt;br /&gt;</w:t>
        <w:br/>
        <w:t>я граф, а ви хто?&lt;br /&gt;</w:t>
        <w:br/>
        <w:t>Т р і с т а н&lt;br /&gt;</w:t>
        <w:br/>
        <w:t>Слухайте, синьйори,&lt;br /&gt;</w:t>
        <w:br/>
        <w:t>що я скажу, а потім вже виніть.&lt;br /&gt;</w:t>
        <w:br/>
        <w:t>Мені вдалось на службу поступить&lt;br /&gt;</w:t>
        <w:br/>
        <w:t>до того Теодоро. Непробудно&lt;br /&gt;</w:t>
        <w:br/>
        <w:t>засне у мене він у слушний час.&lt;br /&gt;</w:t>
        <w:br/>
        <w:t>Якщо його заріжу я прилюдно,&lt;br /&gt;</w:t>
        <w:br/>
        <w:t>то це лише скомпрометує вас.&lt;br /&gt;</w:t>
        <w:br/>
        <w:t>Тут треба обережності, бо трудно&lt;br /&gt;</w:t>
        <w:br/>
        <w:t>буває вивернутись інший раз.&lt;br /&gt;</w:t>
        <w:br/>
        <w:t>Та я уже знайшов підхід до жертви;&lt;br /&gt;</w:t>
        <w:br/>
        <w:t>уже, вважайте, ваш противник мертвий.&lt;br /&gt;</w:t>
        <w:br/>
        <w:t>— 151 —&lt;br /&gt;</w:t>
        <w:br/>
        <w:t>Він ходить-блудить цілий день сумний,&lt;br /&gt;</w:t>
        <w:br/>
        <w:t>а на ніч замикається в покої;&lt;br /&gt;</w:t>
        <w:br/>
        <w:t>буває часом ніби сам не свій,&lt;br /&gt;</w:t>
        <w:br/>
        <w:t>турботою пригнічений тяжкою.&lt;br /&gt;</w:t>
        <w:br/>
        <w:t>Одна лиш мить, один удар меткий —&lt;br /&gt;</w:t>
        <w:br/>
        <w:t>і я його навіки заспокою.&lt;br /&gt;</w:t>
        <w:br/>
        <w:t>Лиш ви мене, панове, не нагліть,&lt;br /&gt;</w:t>
        <w:br/>
        <w:t>я сам підстережу ту слушну мить.&lt;br /&gt;</w:t>
        <w:br/>
        <w:t>Ф е д е р і к о&lt;br /&gt;</w:t>
        <w:br/>
        <w:t>Ну що ж, маркізе; чоловік надійний,&lt;br /&gt;</w:t>
        <w:br/>
        <w:t>уже пробравсь, як бачите, у дім.&lt;br /&gt;</w:t>
        <w:br/>
        <w:t>Його уб'є він.&lt;br /&gt;</w:t>
        <w:br/>
        <w:t>Р і к а р д о&lt;br /&gt;</w:t>
        <w:br/>
        <w:t>Я за це спокійний.&lt;br /&gt;</w:t>
        <w:br/>
        <w:t>Вкладе на місці.&lt;br /&gt;</w:t>
        <w:br/>
        <w:t>Ф е д е р і к о&lt;br /&gt;</w:t>
        <w:br/>
        <w:t>Тихше говорім.&lt;br /&gt;</w:t>
        <w:br/>
        <w:t>Т р і с т а н&lt;br /&gt;</w:t>
        <w:br/>
        <w:t>Але ж мені на вчинок добродійний&lt;br /&gt;</w:t>
        <w:br/>
        <w:t>потрібні гроші, ще десятків сім&lt;br /&gt;</w:t>
        <w:br/>
        <w:t>ескудо. Коли матиму я коні,&lt;br /&gt;</w:t>
        <w:br/>
        <w:t>втечу за милу душу від погоні.&lt;br /&gt;</w:t>
        <w:br/>
        <w:t>Р і к а р д о&lt;br /&gt;</w:t>
        <w:br/>
        <w:t>Та знайдеться. Візьміть цей гаманець,&lt;br /&gt;</w:t>
        <w:br/>
        <w:t>а решта — як упораєте діло.&lt;br /&gt;</w:t>
        <w:br/>
        <w:t>Т р і с т а н&lt;br /&gt;</w:t>
        <w:br/>
        <w:t>Для блага ваших доблесних сердець&lt;br /&gt;</w:t>
        <w:br/>
        <w:t>я наражаю власну душу й тіло...&lt;br /&gt;</w:t>
        <w:br/>
        <w:t>Але на цьому годі вже, кінець.&lt;br /&gt;</w:t>
        <w:br/>
        <w:t>— 152 —&lt;br /&gt;</w:t>
        <w:br/>
        <w:t>Розстаньмося, щоб нас не підгляділи&lt;br /&gt;</w:t>
        <w:br/>
        <w:t>З балкона графського.&lt;br /&gt;</w:t>
        <w:br/>
        <w:t>Ф е д е р і к о&lt;br /&gt;</w:t>
        <w:br/>
        <w:t>За це хвалю.&lt;br /&gt;</w:t>
        <w:br/>
        <w:t>Т р і с т а н&lt;br /&gt;</w:t>
        <w:br/>
        <w:t>Похвалите, як діло я зроблю.&lt;br /&gt;</w:t>
        <w:br/>
        <w:t>(Виходить).&lt;br /&gt;</w:t>
        <w:br/>
        <w:t>Ф е д е р і к о&lt;br /&gt;</w:t>
        <w:br/>
        <w:t>Це битий жак!&lt;br /&gt;</w:t>
        <w:br/>
        <w:t>Р і к а р д о&lt;br /&gt;</w:t>
        <w:br/>
        <w:t>Він справу розуміє.&lt;br /&gt;</w:t>
        <w:br/>
        <w:t>Ф е д е р і к о&lt;br /&gt;</w:t>
        <w:br/>
        <w:t>Уб'є — і квит.&lt;br /&gt;</w:t>
        <w:br/>
        <w:t>Р і к а р д о&lt;br /&gt;</w:t>
        <w:br/>
        <w:t>Секретарю, молись!&lt;br /&gt;</w:t>
        <w:br/>
        <w:t>ЯВА ШІСТНАДЦЯТА&lt;br /&gt;</w:t>
        <w:br/>
        <w:t>Ч е л і о, Ф е д е р і к о, Р і к а р д о.&lt;br /&gt;</w:t>
        <w:br/>
        <w:t>Ч е л і о&lt;br /&gt;</w:t>
        <w:br/>
        <w:t>Небачена, нечувана подія!&lt;br /&gt;</w:t>
        <w:br/>
        <w:t>Ф е д е р і к о&lt;br /&gt;</w:t>
        <w:br/>
        <w:t>Що сталось, Чельйо? Не біжи, спинись.&lt;br /&gt;</w:t>
        <w:br/>
        <w:t>— 153 —&lt;br /&gt;</w:t>
        <w:br/>
        <w:t>Ч е л і о&lt;br /&gt;</w:t>
        <w:br/>
        <w:t>Те сталось, що пропали ваші мрії...&lt;br /&gt;</w:t>
        <w:br/>
        <w:t>Он люди, бачте, звідусіль стяглись&lt;br /&gt;</w:t>
        <w:br/>
        <w:t>до дому того графа Людовіко.&lt;br /&gt;</w:t>
        <w:br/>
        <w:t>Р і к а р д о&lt;br /&gt;</w:t>
        <w:br/>
        <w:t>Що, він помер?&lt;br /&gt;</w:t>
        <w:br/>
        <w:t>Ч е л і о&lt;br /&gt;</w:t>
        <w:br/>
        <w:t>Та ні, на схилі віку&lt;br /&gt;</w:t>
        <w:br/>
        <w:t>Загубленого сина він знайшов,&lt;br /&gt;</w:t>
        <w:br/>
        <w:t>і всі спішать старого привітати.&lt;br /&gt;</w:t>
        <w:br/>
        <w:t>Р і к а р д о&lt;br /&gt;</w:t>
        <w:br/>
        <w:t>Нехай собі! А що ж ти там молов,&lt;br /&gt;</w:t>
        <w:br/>
        <w:t>що ми обидва маєм жалкувати?&lt;br /&gt;</w:t>
        <w:br/>
        <w:t>Ч е л і о&lt;br /&gt;</w:t>
        <w:br/>
        <w:t>Та ви ж таки, господь вас поздоров,&lt;br /&gt;</w:t>
        <w:br/>
        <w:t>3 Діаною гадали шлюб узяти?&lt;br /&gt;</w:t>
        <w:br/>
        <w:t>Тепер її, виходить, секретар —&lt;br /&gt;</w:t>
        <w:br/>
        <w:t>син графа Людовіко.&lt;br /&gt;</w:t>
        <w:br/>
        <w:t>Ф е д е р і к о&lt;br /&gt;</w:t>
        <w:br/>
        <w:t>Грому вдар!&lt;br /&gt;</w:t>
        <w:br/>
        <w:t>Р і к ар д о&lt;br /&gt;</w:t>
        <w:br/>
        <w:t>Хто? Теодоро — графський син? Та як же&lt;br /&gt;</w:t>
        <w:br/>
        <w:t>про це дізнались?&lt;br /&gt;</w:t>
        <w:br/>
        <w:t>Ч е л і о&lt;br /&gt;</w:t>
        <w:br/>
        <w:t>Справа це складна;&lt;br /&gt;</w:t>
        <w:br/>
        <w:t>той так розповідає, той інакше...&lt;br /&gt;</w:t>
        <w:br/>
        <w:t>Ф е д е р і к о&lt;br /&gt;</w:t>
        <w:br/>
        <w:t>Прощай навіки, мріє чарівна!&lt;br /&gt;</w:t>
        <w:br/>
        <w:t>Р і к а р д о&lt;br /&gt;</w:t>
        <w:br/>
        <w:t>Пропало все!&lt;br /&gt;</w:t>
        <w:br/>
        <w:t>Ф е д е р і к о&lt;br /&gt;</w:t>
        <w:br/>
        <w:t>Іду туди.&lt;br /&gt;</w:t>
        <w:br/>
        <w:t>Ч е л і о&lt;br /&gt;</w:t>
        <w:br/>
        <w:t>Аякже!&lt;br /&gt;</w:t>
        <w:br/>
        <w:t>Ф е д е р і к о&lt;br /&gt;</w:t>
        <w:br/>
        <w:t>Гіркотну чашу вип'ю я до дна.&lt;br /&gt;</w:t>
        <w:br/>
        <w:t>Р і к а р д о&lt;br /&gt;</w:t>
        <w:br/>
        <w:t>І я піду за вами, Федеріко.&lt;br /&gt;</w:t>
        <w:br/>
        <w:t>Ч е л і о&lt;br /&gt;</w:t>
        <w:br/>
        <w:t>Подумати — син графа Людовіко!&lt;br /&gt;</w:t>
        <w:br/>
        <w:t>Виходять.&lt;br /&gt;</w:t>
        <w:br/>
        <w:t>ЯВА СІМНАДЦЯТА&lt;br /&gt;</w:t>
        <w:br/>
        <w:t>Зал в графининому палаці.&lt;br /&gt;</w:t>
        <w:br/>
        <w:t>Т е о д о р о, в дорожньому вбранні; М а р ч е л л а.&lt;br /&gt;</w:t>
        <w:br/>
        <w:t>М а р ч е л л а&lt;br /&gt;</w:t>
        <w:br/>
        <w:t>Ти вже їдеш?&lt;br /&gt;</w:t>
        <w:br/>
        <w:t>Т е о д о р о&lt;br /&gt;</w:t>
        <w:br/>
        <w:t>Так, пора.&lt;br /&gt;</w:t>
        <w:br/>
        <w:t>Через тебе йду в вигнання;&lt;br /&gt;</w:t>
        <w:br/>
        <w:t>із нерівними змагання&lt;br /&gt;</w:t>
        <w:br/>
        <w:t>не. доводить до добра.&lt;br /&gt;</w:t>
        <w:br/>
        <w:t>— 155 —&lt;br /&gt;</w:t>
        <w:br/>
        <w:t>М а р ч е л л а&lt;br /&gt;</w:t>
        <w:br/>
        <w:t>Кинь! Ця вигадка стара&lt;br /&gt;</w:t>
        <w:br/>
        <w:t>прикрива нову оману.&lt;br /&gt;</w:t>
        <w:br/>
        <w:t>Ти кохав лише Діану,&lt;br /&gt;</w:t>
        <w:br/>
        <w:t>а мене ти не любив,&lt;br /&gt;</w:t>
        <w:br/>
        <w:t>от і маєш. Заробив&lt;br /&gt;</w:t>
        <w:br/>
        <w:t>За кохання добру шану.&lt;br /&gt;</w:t>
        <w:br/>
        <w:t>Т е о д о р о&lt;br /&gt;</w:t>
        <w:br/>
        <w:t>Я, Діану?&lt;br /&gt;</w:t>
        <w:br/>
        <w:t>М а р ч е л л а&lt;br /&gt;</w:t>
        <w:br/>
        <w:t>Ти загруз&lt;br /&gt;</w:t>
        <w:br/>
        <w:t>у болоті безнадії,&lt;br /&gt;</w:t>
        <w:br/>
        <w:t>розгубивши горді мрії...&lt;br /&gt;</w:t>
        <w:br/>
        <w:t>Ох, зухвалий боягуз!&lt;br /&gt;</w:t>
        <w:br/>
        <w:t>Боягуз, бо на союз&lt;br /&gt;</w:t>
        <w:br/>
        <w:t>ти графині не схилив,&lt;br /&gt;</w:t>
        <w:br/>
        <w:t>і зухвалий, бо посмів&lt;br /&gt;</w:t>
        <w:br/>
        <w:t>високо сягнуть бажанням...&lt;br /&gt;</w:t>
        <w:br/>
        <w:t>Між коханням і пишанням&lt;br /&gt;</w:t>
        <w:br/>
        <w:t>гори зводяться снігів.&lt;br /&gt;</w:t>
        <w:br/>
        <w:t>А мене утішить помста;&lt;br /&gt;</w:t>
        <w:br/>
        <w:t>хоч тебе я і люблю,&lt;br /&gt;</w:t>
        <w:br/>
        <w:t>та забуду,— не стерплю&lt;br /&gt;</w:t>
        <w:br/>
        <w:t>ні від кого віроломства.&lt;br /&gt;</w:t>
        <w:br/>
        <w:t>Дні минулого знайомства&lt;br /&gt;</w:t>
        <w:br/>
        <w:t>пригадаєш ти колись,&lt;br /&gt;</w:t>
        <w:br/>
        <w:t>будеш кликати: "Вернись!",&lt;br /&gt;</w:t>
        <w:br/>
        <w:t>будеш каятись, та пізно,&lt;br /&gt;</w:t>
        <w:br/>
        <w:t>як подивишся, що різно&lt;br /&gt;</w:t>
        <w:br/>
        <w:t>наші стежки розійшлись.&lt;br /&gt;</w:t>
        <w:br/>
        <w:t>Т е о д о р о&lt;br /&gt;</w:t>
        <w:br/>
        <w:t>Цю промовивши тираду,&lt;br /&gt;</w:t>
        <w:br/>
        <w:t>вийдеш ти за Фабйо заміж?&lt;br /&gt;</w:t>
        <w:br/>
        <w:t>М а р ч е л л а&lt;br /&gt;</w:t>
        <w:br/>
        <w:t>От і вийду! Не сльозами ж&lt;br /&gt;</w:t>
        <w:br/>
        <w:t>відповідь давать на зраду.&lt;br /&gt;</w:t>
        <w:br/>
        <w:t>ЯВА ВІСІМНАДЦЯТА&lt;br /&gt;</w:t>
        <w:br/>
        <w:t>Ф а б і о; ті, що й були.&lt;br /&gt;</w:t>
        <w:br/>
        <w:t>Ф а б і о&lt;br /&gt;</w:t>
        <w:br/>
        <w:t>Дай очам своїм відраду&lt;br /&gt;</w:t>
        <w:br/>
        <w:t>і сльозам не потурай!&lt;br /&gt;</w:t>
        <w:br/>
        <w:t>Надивляйсь, Марчелло, знай:&lt;br /&gt;</w:t>
        <w:br/>
        <w:t>бачиш милого востаннє.&lt;br /&gt;</w:t>
        <w:br/>
        <w:t>Т е од о р о&lt;br /&gt;</w:t>
        <w:br/>
        <w:t>Не ревнуй хоч на прощання&lt;br /&gt;</w:t>
        <w:br/>
        <w:t>їду я в далекий край.&lt;br /&gt;</w:t>
        <w:br/>
        <w:t>Ф а б і о&lt;br /&gt;</w:t>
        <w:br/>
        <w:t>Справді їдеш?&lt;br /&gt;</w:t>
        <w:br/>
        <w:t>Т е о д о р о&lt;br /&gt;</w:t>
        <w:br/>
        <w:t>Та їй-богу!&lt;br /&gt;</w:t>
        <w:br/>
        <w:t>Ф а б і о&lt;br /&gt;</w:t>
        <w:br/>
        <w:t>Тут до тебе йде синьйора.&lt;br /&gt;</w:t>
        <w:br/>
        <w:t>ЯВА ДЕВ'ЯТНАДЦЯТА&lt;br /&gt;</w:t>
        <w:br/>
        <w:t>Діана, Д о р о т е я, А н а р д а; ті, що й були.&lt;br /&gt;</w:t>
        <w:br/>
        <w:t>Д і а н а&lt;br /&gt;</w:t>
        <w:br/>
        <w:t>Вже зібрався, Теодоро?&lt;br /&gt;</w:t>
        <w:br/>
        <w:t>— 157 —&lt;br /&gt;</w:t>
        <w:br/>
        <w:t>Т е о д о р о&lt;br /&gt;</w:t>
        <w:br/>
        <w:t>Я хотів би не остроги —&lt;br /&gt;</w:t>
        <w:br/>
        <w:t>крила почепить до ніг.&lt;br /&gt;</w:t>
        <w:br/>
        <w:t>Д і а н а&lt;br /&gt;</w:t>
        <w:br/>
        <w:t>Ви, дівчата, все уклали?&lt;br /&gt;</w:t>
        <w:br/>
        <w:t>А н а р д а&lt;br /&gt;</w:t>
        <w:br/>
        <w:t>Зроблено, як ви казали.&lt;br /&gt;</w:t>
        <w:br/>
        <w:t>Ф а б і о&lt;br /&gt;</w:t>
        <w:br/>
        <w:t>(тихо Марчеллі)&lt;br /&gt;</w:t>
        <w:br/>
        <w:t>Справді їде?&lt;br /&gt;</w:t>
        <w:br/>
        <w:t>М а р ч е л л а&lt;br /&gt;</w:t>
        <w:br/>
        <w:t>Ні, на сміх.&lt;br /&gt;</w:t>
        <w:br/>
        <w:t>Д і а н а&lt;br /&gt;</w:t>
        <w:br/>
        <w:t>(тихо до Теодоро)&lt;br /&gt;</w:t>
        <w:br/>
        <w:t>Слухай...&lt;br /&gt;</w:t>
        <w:br/>
        <w:t>Т е о д о р о&lt;br /&gt;</w:t>
        <w:br/>
        <w:t>Слухаю.&lt;br /&gt;</w:t>
        <w:br/>
        <w:t>Д і а н а&lt;br /&gt;</w:t>
        <w:br/>
        <w:t>О милий,&lt;br /&gt;</w:t>
        <w:br/>
        <w:t>я люблю тебе, люблю,&lt;br /&gt;</w:t>
        <w:br/>
        <w:t>а ти їдеш без жалю.&lt;br /&gt;</w:t>
        <w:br/>
        <w:t>Т е о д о р о&lt;br /&gt;</w:t>
        <w:br/>
        <w:t>Ви самі цього хотіли.&lt;br /&gt;</w:t>
        <w:br/>
        <w:t>Д і а н а&lt;br /&gt;</w:t>
        <w:br/>
        <w:t>Честь...&lt;br /&gt;</w:t>
        <w:br/>
        <w:t>Т е о д о р о&lt;br /&gt;</w:t>
        <w:br/>
        <w:t>Ви плачете?&lt;br /&gt;</w:t>
        <w:br/>
        <w:t>Д і а н а&lt;br /&gt;</w:t>
        <w:br/>
        <w:t>Ні, ні;&lt;br /&gt;</w:t>
        <w:br/>
        <w:t>щось запорошило око.&lt;br /&gt;</w:t>
        <w:br/>
        <w:t>Т е о д о р о&lt;br /&gt;</w:t>
        <w:br/>
        <w:t>Не любов, бува?&lt;br /&gt;</w:t>
        <w:br/>
        <w:t>Д і а н а&lt;br /&gt;</w:t>
        <w:br/>
        <w:t>Ізбоку&lt;br /&gt;</w:t>
        <w:br/>
        <w:t>видно краще, ніж мені.&lt;br /&gt;</w:t>
        <w:br/>
        <w:t>Як вона і справді там —&lt;br /&gt;</w:t>
        <w:br/>
        <w:t>із сльозою вийти має.&lt;br /&gt;</w:t>
        <w:br/>
        <w:t>Т е о д о р о&lt;br /&gt;</w:t>
        <w:br/>
        <w:t>Я, синьйоро, від'їжджаю,&lt;br /&gt;</w:t>
        <w:br/>
        <w:t>та лишаю душу вам.&lt;br /&gt;</w:t>
        <w:br/>
        <w:t>Сам поїду я, без неї,&lt;br /&gt;</w:t>
        <w:br/>
        <w:t>хто зна, як там буду жить?&lt;br /&gt;</w:t>
        <w:br/>
        <w:t>Гордій красоті служить&lt;br /&gt;</w:t>
        <w:br/>
        <w:t>мушу вірною душею.&lt;br /&gt;</w:t>
        <w:br/>
        <w:t>Я за вас життя віддам,&lt;br /&gt;</w:t>
        <w:br/>
        <w:t>лиш скажіть!&lt;br /&gt;</w:t>
        <w:br/>
        <w:t>Д і а н а&lt;br /&gt;</w:t>
        <w:br/>
        <w:t>О день відчаю!&lt;br /&gt;</w:t>
        <w:br/>
        <w:t>Т е о д о р о&lt;br /&gt;</w:t>
        <w:br/>
        <w:t>Я, синьйоро, від'їжджаю,&lt;br /&gt;</w:t>
        <w:br/>
        <w:t>та лишаю душу вам.&lt;br /&gt;</w:t>
        <w:br/>
        <w:t>Д і а н а&lt;br /&gt;</w:t>
        <w:br/>
        <w:t>О, ти плачеш?&lt;br /&gt;</w:t>
        <w:br/>
        <w:t>— 159 —&lt;br /&gt;</w:t>
        <w:br/>
        <w:t>Т е о д о р о&lt;br /&gt;</w:t>
        <w:br/>
        <w:t>Та й мені ж&lt;br /&gt;</w:t>
        <w:br/>
        <w:t>щось запорошило око.&lt;br /&gt;</w:t>
        <w:br/>
        <w:t>Д і а н а&lt;br /&gt;</w:t>
        <w:br/>
        <w:t>Не печаль моя жорстока?&lt;br /&gt;</w:t>
        <w:br/>
        <w:t>Т е о д о р о&lt;br /&gt;</w:t>
        <w:br/>
        <w:t>Може бути. Вам видніш.&lt;br /&gt;</w:t>
        <w:br/>
        <w:t>Д і а н а&lt;br /&gt;</w:t>
        <w:br/>
        <w:t>Там я деякі дрібниці&lt;br /&gt;</w:t>
        <w:br/>
        <w:t>припасла тобі в баулі;&lt;br /&gt;</w:t>
        <w:br/>
        <w:t>знайдеш дещо і в шкатулі —&lt;br /&gt;</w:t>
        <w:br/>
        <w:t>може, десь тобі згодиться.&lt;br /&gt;</w:t>
        <w:br/>
        <w:t>Їх на спомин ти візьми&lt;br /&gt;</w:t>
        <w:br/>
        <w:t>і згадай колись, коханий:&lt;br /&gt;</w:t>
        <w:br/>
        <w:t>"Це дарунок від Діани,&lt;br /&gt;</w:t>
        <w:br/>
        <w:t>скроплений її слізьми".&lt;br /&gt;</w:t>
        <w:br/>
        <w:t>А н а р д а&lt;br /&gt;</w:t>
        <w:br/>
        <w:t>(тихо, Доротеї)&lt;br /&gt;</w:t>
        <w:br/>
        <w:t>От біда! І він пропащий,&lt;br /&gt;</w:t>
        <w:br/>
        <w:t>і вона.&lt;br /&gt;</w:t>
        <w:br/>
        <w:t>Д о р о т е я&lt;br /&gt;</w:t>
        <w:br/>
        <w:t>Чудне кохання!&lt;br /&gt;</w:t>
        <w:br/>
        <w:t>А н а р д а&lt;br /&gt;</w:t>
        <w:br/>
        <w:t>Руки тиснуть на прощання...&lt;br /&gt;</w:t>
        <w:br/>
        <w:t>Ну й дурний! Лишався б краще.&lt;br /&gt;</w:t>
        <w:br/>
        <w:t>Д о р о т е я&lt;br /&gt;</w:t>
        <w:br/>
        <w:t>Він то що... От пані страм —&lt;br /&gt;</w:t>
        <w:br/>
        <w:t>мов собака та на сіні.&lt;br /&gt;</w:t>
        <w:br/>
        <w:t>— 160 —&lt;br /&gt;</w:t>
        <w:br/>
        <w:t>А н а р д а&lt;br /&gt;</w:t>
        <w:br/>
        <w:t>Гордощі у всьому винні!&lt;br /&gt;</w:t>
        <w:br/>
        <w:t>Д о р о т е я&lt;br /&gt;</w:t>
        <w:br/>
        <w:t>Сам не гам і вам не дам.&lt;br /&gt;</w:t>
        <w:br/>
        <w:t>ЯВА ДВАДЦЯТА&lt;br /&gt;</w:t>
        <w:br/>
        <w:t>Л ю д о в і к о, К а м і л л о; ті, що й були.&lt;br /&gt;</w:t>
        <w:br/>
        <w:t>Л ю д о в і к о&lt;br /&gt;</w:t>
        <w:br/>
        <w:t>Графине люба, хай велика радість&lt;br /&gt;</w:t>
        <w:br/>
        <w:t>мені, старому, буде виправданням&lt;br /&gt;</w:t>
        <w:br/>
        <w:t>за несподіваний оцей візит.&lt;br /&gt;</w:t>
        <w:br/>
        <w:t>Д і а н а&lt;br /&gt;</w:t>
        <w:br/>
        <w:t>В чім справа, графе?&lt;br /&gt;</w:t>
        <w:br/>
        <w:t>Л ю д о в і к о&lt;br /&gt;</w:t>
        <w:br/>
        <w:t>Як? Лиш ви одна&lt;br /&gt;</w:t>
        <w:br/>
        <w:t>того не знаєте, що знає весь Неаполь?&lt;br /&gt;</w:t>
        <w:br/>
        <w:t>Вмить розійшлась по місту новина,&lt;br /&gt;</w:t>
        <w:br/>
        <w:t>і ледве я крізь тиск людей пробрався&lt;br /&gt;</w:t>
        <w:br/>
        <w:t>до вас оце, щоб сина обійнять.&lt;br /&gt;</w:t>
        <w:br/>
        <w:t>Д і а н а&lt;br /&gt;</w:t>
        <w:br/>
        <w:t>Якого сина? Я не розумію.&lt;br /&gt;</w:t>
        <w:br/>
        <w:t>Л ю д о в і к о&lt;br /&gt;</w:t>
        <w:br/>
        <w:t>Хіба таки ніколи ви не чули,&lt;br /&gt;</w:t>
        <w:br/>
        <w:t>що двадцять років тому я послав&lt;br /&gt;</w:t>
        <w:br/>
        <w:t>синка свого до родичів на Мальту&lt;br /&gt;</w:t>
        <w:br/>
        <w:t>і що його в полон взяли пірати&lt;br /&gt;</w:t>
        <w:br/>
        <w:t>Алі-Баші?&lt;br /&gt;</w:t>
        <w:br/>
        <w:t>Д і а н а&lt;br /&gt;</w:t>
        <w:br/>
        <w:t>Пригадую, мені&lt;br /&gt;</w:t>
        <w:br/>
        <w:t>про це розповідали.&lt;br /&gt;</w:t>
        <w:br/>
        <w:t>Л ю д о в і к о&lt;br /&gt;</w:t>
        <w:br/>
        <w:t>Аж тепер,&lt;br /&gt;</w:t>
        <w:br/>
        <w:t>після стількох пригод, що пережив він,&lt;br /&gt;</w:t>
        <w:br/>
        <w:t>мені нарешті сина повернуло&lt;br /&gt;</w:t>
        <w:br/>
        <w:t>ласкаве небо.&lt;br /&gt;</w:t>
        <w:br/>
        <w:t>Д і а н а&lt;br /&gt;</w:t>
        <w:br/>
        <w:t>Я радію з вами,&lt;br /&gt;</w:t>
        <w:br/>
        <w:t>мій любий графе.&lt;br /&gt;</w:t>
        <w:br/>
        <w:t>Л ю д о в і к о&lt;br /&gt;</w:t>
        <w:br/>
        <w:t>Коли так, синьйоро,&lt;br /&gt;</w:t>
        <w:br/>
        <w:t>прошу мені взамін за новину&lt;br /&gt;</w:t>
        <w:br/>
        <w:t>віддати мого сина; він-бо служить&lt;br /&gt;</w:t>
        <w:br/>
        <w:t>у вас, свого не відаючи роду.&lt;br /&gt;</w:t>
        <w:br/>
        <w:t>Шкода, що матері вже не застане...&lt;br /&gt;</w:t>
        <w:br/>
        <w:t>Д і а н а&lt;br /&gt;</w:t>
        <w:br/>
        <w:t>Ваш син у мене служить? Хто ж це? Фабйо?&lt;br /&gt;</w:t>
        <w:br/>
        <w:t>Л ю д о в і к о&lt;br /&gt;</w:t>
        <w:br/>
        <w:t>Ні, пані, Теодоро.&lt;br /&gt;</w:t>
        <w:br/>
        <w:t>Д і а н а&lt;br /&gt;</w:t>
        <w:br/>
        <w:t>Теодоро?&lt;br /&gt;</w:t>
        <w:br/>
        <w:t>Л ю д о в і к о&lt;br /&gt;</w:t>
        <w:br/>
        <w:t>Він.&lt;br /&gt;</w:t>
        <w:br/>
        <w:t>Д і а н а&lt;br /&gt;</w:t>
        <w:br/>
        <w:t>Господи! Яким же чином...&lt;br /&gt;</w:t>
        <w:br/>
        <w:t>Можливо... Теодоро, ти скажи нам:&lt;br /&gt;</w:t>
        <w:br/>
        <w:t>ти справді графів син?&lt;br /&gt;</w:t>
        <w:br/>
        <w:t>Л ю д о в і к о&lt;br /&gt;</w:t>
        <w:br/>
        <w:t>Це він і є?&lt;br /&gt;</w:t>
        <w:br/>
        <w:t>Т е о д о р о&lt;br /&gt;</w:t>
        <w:br/>
        <w:t>Подумайте, синьйоре...&lt;br /&gt;</w:t>
        <w:br/>
        <w:t>Л ю д о в і к о&lt;br /&gt;</w:t>
        <w:br/>
        <w:t>Ти моє&lt;br /&gt;</w:t>
        <w:br/>
        <w:t>дитя, мій син, моя ти юна парість!&lt;br /&gt;</w:t>
        <w:br/>
        <w:t>Ти повернувсь мою утішить старість...&lt;br /&gt;</w:t>
        <w:br/>
        <w:t>Про що тут думати? В твоїх обіймах&lt;br /&gt;</w:t>
        <w:br/>
        <w:t>помру спокійно.&lt;br /&gt;</w:t>
        <w:br/>
        <w:t>Д і а н а&lt;br /&gt;</w:t>
        <w:br/>
        <w:t>Чудо!&lt;br /&gt;</w:t>
        <w:br/>
        <w:t>А н а р д а&lt;br /&gt;</w:t>
        <w:br/>
        <w:t>О синьйоро!&lt;br /&gt;</w:t>
        <w:br/>
        <w:t>Вельможний родом він, ваш Теодоро!&lt;br /&gt;</w:t>
        <w:br/>
        <w:t>Т е о д о р о&lt;br /&gt;</w:t>
        <w:br/>
        <w:t>Синьйоре, я збентежений без міри...&lt;br /&gt;</w:t>
        <w:br/>
        <w:t>То я ваш син?&lt;br /&gt;</w:t>
        <w:br/>
        <w:t>Л ю д о в і к о&lt;br /&gt;</w:t>
        <w:br/>
        <w:t>Коли б не йняв я віри,&lt;br /&gt;</w:t>
        <w:br/>
        <w:t>то досить тільки глянути на тебе —&lt;br /&gt;</w:t>
        <w:br/>
        <w:t>і сумніви зникають. Такий самий&lt;br /&gt;</w:t>
        <w:br/>
        <w:t>я в молодості був.&lt;br /&gt;</w:t>
        <w:br/>
        <w:t>— 163 —&lt;br /&gt;</w:t>
        <w:br/>
        <w:t>Т е о д о р о&lt;br /&gt;</w:t>
        <w:br/>
        <w:t>Цілую ноги&lt;br /&gt;</w:t>
        <w:br/>
        <w:t>і вас благаю...&lt;br /&gt;</w:t>
        <w:br/>
        <w:t>Л ю д о в і к о&lt;br /&gt;</w:t>
        <w:br/>
        <w:t>Не кажи нічого...&lt;br /&gt;</w:t>
        <w:br/>
        <w:t>Я з радощів себе не тямлю. Боже!&lt;br /&gt;</w:t>
        <w:br/>
        <w:t>Яку поставу, яку царську вроду&lt;br /&gt;</w:t>
        <w:br/>
        <w:t>вділив ти спадкоємцю мого роду!&lt;br /&gt;</w:t>
        <w:br/>
        <w:t>Ходімо, сину, в предківський наш дім,&lt;br /&gt;</w:t>
        <w:br/>
        <w:t>оглянь свої маєтності. Ходім!&lt;br /&gt;</w:t>
        <w:br/>
        <w:t>Розчиняться перед тобою брами,&lt;br /&gt;</w:t>
        <w:br/>
        <w:t>славетними увінчані гербами.&lt;br /&gt;</w:t>
        <w:br/>
        <w:t>Т е о д о р о&lt;br /&gt;</w:t>
        <w:br/>
        <w:t>Синьйоре, я в Іспанію збирався...&lt;br /&gt;</w:t>
        <w:br/>
        <w:t>Л ю д о в і к о&lt;br /&gt;</w:t>
        <w:br/>
        <w:t>В Іспанію? Чудово! Тут вона вся,&lt;br /&gt;</w:t>
        <w:br/>
        <w:t>в моїх обіймах!&lt;br /&gt;</w:t>
        <w:br/>
        <w:t>Д і а н а&lt;br /&gt;</w:t>
        <w:br/>
        <w:t>Я прошу вас, графе,&lt;br /&gt;</w:t>
        <w:br/>
        <w:t>хай Теодоро трохи тут побуде,&lt;br /&gt;</w:t>
        <w:br/>
        <w:t>отямиться, а потім вже до вас&lt;br /&gt;</w:t>
        <w:br/>
        <w:t>в новім одінні прийде, щоб сплатить&lt;br /&gt;</w:t>
        <w:br/>
        <w:t>синовній борг. Не хочу я, щоб звідси&lt;br /&gt;</w:t>
        <w:br/>
        <w:t>виходив він при натовпі цікавих.&lt;br /&gt;</w:t>
        <w:br/>
        <w:t>Л ю д о в і к о&lt;br /&gt;</w:t>
        <w:br/>
        <w:t>Ви добре кажете; в подібних справах&lt;br /&gt;</w:t>
        <w:br/>
        <w:t>потрібен такт. Я тут його лишаю,&lt;br /&gt;</w:t>
        <w:br/>
        <w:t>та вас, синьйоро дорога, благаю&lt;br /&gt;</w:t>
        <w:br/>
        <w:t>мені його до ночі повернути —&lt;br /&gt;</w:t>
        <w:br/>
        <w:t>без нього я не зможу вже заснути.&lt;br /&gt;</w:t>
        <w:br/>
        <w:t>— 164 —&lt;br /&gt;</w:t>
        <w:br/>
        <w:t>Д і а н а&lt;br /&gt;</w:t>
        <w:br/>
        <w:t>Даю вам слово.&lt;br /&gt;</w:t>
        <w:br/>
        <w:t>Л ю д о в і к о&lt;br /&gt;</w:t>
        <w:br/>
        <w:t>Будь здоров, мій сину&lt;br /&gt;</w:t>
        <w:br/>
        <w:t>Т е о д о р о&lt;br /&gt;</w:t>
        <w:br/>
        <w:t>Цілую ваші ноги.&lt;br /&gt;</w:t>
        <w:br/>
        <w:t>Л ю д о в і к о&lt;br /&gt;</w:t>
        <w:br/>
        <w:t>О Камілло,&lt;br /&gt;</w:t>
        <w:br/>
        <w:t>тепер і вмерти можна!&lt;br /&gt;</w:t>
        <w:br/>
        <w:t>К а м і л л о&lt;br /&gt;</w:t>
        <w:br/>
        <w:t>Ну й красунь&lt;br /&gt;</w:t>
        <w:br/>
        <w:t>ваш Теодоро!&lt;br /&gt;</w:t>
        <w:br/>
        <w:t>Л ю д о в і к о&lt;br /&gt;</w:t>
        <w:br/>
        <w:t>Одного боюсь —&lt;br /&gt;</w:t>
        <w:br/>
        <w:t>що я із радощів ума рішусь.&lt;br /&gt;</w:t>
        <w:br/>
        <w:t>Людовіко й Камілло виходять.&lt;br /&gt;</w:t>
        <w:br/>
        <w:t>ЯВА ДВАДЦЯТЬ ПЕРША&lt;br /&gt;</w:t>
        <w:br/>
        <w:t>Д і а н а, Т е о д о р о, М а р ч е л л а, Д о р о т е я,&lt;br /&gt;</w:t>
        <w:br/>
        <w:t>А н а р д а та Ф а б і о.&lt;br /&gt;</w:t>
        <w:br/>
        <w:t>Д о р о т е я&lt;br /&gt;</w:t>
        <w:br/>
        <w:t>Ласку, паночку, явіть нам...&lt;br /&gt;</w:t>
        <w:br/>
        <w:t>А н а р д а&lt;br /&gt;</w:t>
        <w:br/>
        <w:t>Дайте, руки поцілуєм.&lt;br /&gt;</w:t>
        <w:br/>
        <w:t>Д о р о т е я&lt;br /&gt;</w:t>
        <w:br/>
        <w:t>Ми вас любимо й шануєм.&lt;br /&gt;</w:t>
        <w:br/>
        <w:t>— 165 —&lt;br /&gt;</w:t>
        <w:br/>
        <w:t>М а р ч е л л а&lt;br /&gt;</w:t>
        <w:br/>
        <w:t>Знаєте, панам привітним&lt;br /&gt;</w:t>
        <w:br/>
        <w:t>люди віддані душею.&lt;br /&gt;</w:t>
        <w:br/>
        <w:t>Краще всіх нас обніміть!&lt;br /&gt;</w:t>
        <w:br/>
        <w:t>Д і а н а&lt;br /&gt;</w:t>
        <w:br/>
        <w:t>Гетьте, годі вам дуріть.&lt;br /&gt;</w:t>
        <w:br/>
        <w:t>Ну... Марчелло, Доротеє!&lt;br /&gt;</w:t>
        <w:br/>
        <w:t>Любий графе Теодоро,&lt;br /&gt;</w:t>
        <w:br/>
        <w:t>дайте руку. Нам обом&lt;br /&gt;</w:t>
        <w:br/>
        <w:t>нині ясно...&lt;br /&gt;</w:t>
        <w:br/>
        <w:t>Т е о д о р о&lt;br /&gt;</w:t>
        <w:br/>
        <w:t>Що рабом&lt;br /&gt;</w:t>
        <w:br/>
        <w:t>вашим буду я, синьйоро.&lt;br /&gt;</w:t>
        <w:br/>
        <w:t>Д і а н а&lt;br /&gt;</w:t>
        <w:br/>
        <w:t>Слухайте... Всі вийдіть звідси,&lt;br /&gt;</w:t>
        <w:br/>
        <w:t>ми тут хвильку вдвох побудем.&lt;br /&gt;</w:t>
        <w:br/>
        <w:t>М а р ч е л л а&lt;br /&gt;</w:t>
        <w:br/>
        <w:t>(тихо до Фабіо)&lt;br /&gt;</w:t>
        <w:br/>
        <w:t>Ну?&lt;br /&gt;</w:t>
        <w:br/>
        <w:t>Ф а б і о&lt;br /&gt;</w:t>
        <w:br/>
        <w:t>Це все здається чудом.&lt;br /&gt;</w:t>
        <w:br/>
        <w:t>Д о р о т е я&lt;br /&gt;</w:t>
        <w:br/>
        <w:t>(тихо Анарді)&lt;br /&gt;</w:t>
        <w:br/>
        <w:t>Що ти скажеш?&lt;br /&gt;</w:t>
        <w:br/>
        <w:t>А н а р д а&lt;br /&gt;</w:t>
        <w:br/>
        <w:t>Приповідці&lt;br /&gt;</w:t>
        <w:br/>
        <w:t>про собаку, що на сіні,&lt;br /&gt;</w:t>
        <w:br/>
        <w:t>вже кінець.&lt;br /&gt;</w:t>
        <w:br/>
        <w:t>Д о р о т е я&lt;br /&gt;</w:t>
        <w:br/>
        <w:t>Із'їсть сама?&lt;br /&gt;</w:t>
        <w:br/>
        <w:t>А н а р д а&lt;br /&gt;</w:t>
        <w:br/>
        <w:t>В цьому сумніву нема.&lt;br /&gt;</w:t>
        <w:br/>
        <w:t>Д о р о т е я&lt;br /&gt;</w:t>
        <w:br/>
        <w:t>Ласий шмат припав графині.&lt;br /&gt;</w:t>
        <w:br/>
        <w:t>Марчелла, Фабіо, Доротея і Анарда виходять.&lt;br /&gt;</w:t>
        <w:br/>
        <w:t>ЯВА ДВАДЦЯТЬ ДРУГА&lt;br /&gt;</w:t>
        <w:br/>
        <w:t>Д і а н а, Т е о д о р о.&lt;br /&gt;</w:t>
        <w:br/>
        <w:t>Д і а н а&lt;br /&gt;</w:t>
        <w:br/>
        <w:t>Ви не їдете?&lt;br /&gt;</w:t>
        <w:br/>
        <w:t>Т е о д о р о&lt;br /&gt;</w:t>
        <w:br/>
        <w:t>Я й сам&lt;br /&gt;</w:t>
        <w:br/>
        <w:t>ще не знаю.&lt;br /&gt;</w:t>
        <w:br/>
        <w:t>Д і а н а&lt;br /&gt;</w:t>
        <w:br/>
        <w:t>Нагадаю:&lt;br /&gt;</w:t>
        <w:br/>
        <w:t>"Я, синьйоро, від'їжджаю,&lt;br /&gt;</w:t>
        <w:br/>
        <w:t>та лишаю душу вам".&lt;br /&gt;</w:t>
        <w:br/>
        <w:t>Т е о д о р о&lt;br /&gt;</w:t>
        <w:br/>
        <w:t>Смієтеся з переміни&lt;br /&gt;</w:t>
        <w:br/>
        <w:t>в моїй долі?&lt;br /&gt;</w:t>
        <w:br/>
        <w:t>Д і а н а&lt;br /&gt;</w:t>
        <w:br/>
        <w:t>Зміни дивні.&lt;br /&gt;</w:t>
        <w:br/>
        <w:t>— 167 —&lt;br /&gt;</w:t>
        <w:br/>
        <w:t>Т е о д о р о&lt;br /&gt;</w:t>
        <w:br/>
        <w:t>Ми тепер із вами рівні,&lt;br /&gt;</w:t>
        <w:br/>
        <w:t>і негоже вам на кпини&lt;br /&gt;</w:t>
        <w:br/>
        <w:t>підіймать мене.&lt;br /&gt;</w:t>
        <w:br/>
        <w:t>Д і а н а&lt;br /&gt;</w:t>
        <w:br/>
        <w:t>Та ні,&lt;br /&gt;</w:t>
        <w:br/>
        <w:t>я кажу лиш — ви змінились.&lt;br /&gt;</w:t>
        <w:br/>
        <w:t>Т е о д о р о&lt;br /&gt;</w:t>
        <w:br/>
        <w:t>І цього б вам не хотілось?&lt;br /&gt;</w:t>
        <w:br/>
        <w:t>Ви любили у мені&lt;br /&gt;</w:t>
        <w:br/>
        <w:t>нижчу, бачиться, істоту&lt;br /&gt;</w:t>
        <w:br/>
        <w:t>і тепер вам жаль, мабуть,&lt;br /&gt;</w:t>
        <w:br/>
        <w:t>Зверхність ту свою забуть.&lt;br /&gt;</w:t>
        <w:br/>
        <w:t>Д і а н а&lt;br /&gt;</w:t>
        <w:br/>
        <w:t>Не поменшала й на йоту&lt;br /&gt;</w:t>
        <w:br/>
        <w:t>в серці моєму любов.&lt;br /&gt;</w:t>
        <w:br/>
        <w:t>Ми звінчаємось сьогодні,&lt;br /&gt;</w:t>
        <w:br/>
        <w:t>якщо ви, звичайно, згодні.&lt;br /&gt;</w:t>
        <w:br/>
        <w:t>Т е о д о р о&lt;br /&gt;</w:t>
        <w:br/>
        <w:t>Ох, померти я готов...&lt;br /&gt;</w:t>
        <w:br/>
        <w:t>Щастя, стій!&lt;br /&gt;</w:t>
        <w:br/>
        <w:t>Д і а н а&lt;br /&gt;</w:t>
        <w:br/>
        <w:t>О мить жадана!&lt;br /&gt;</w:t>
        <w:br/>
        <w:t>Т е о д о р о&lt;br /&gt;</w:t>
        <w:br/>
        <w:t>Я піду до мого дому&lt;br /&gt;</w:t>
        <w:br/>
        <w:t>честь оддать отцю старому,&lt;br /&gt;</w:t>
        <w:br/>
        <w:t>що зпайшов мене неждано&lt;br /&gt;</w:t>
        <w:br/>
        <w:t>і признав за свого сина&lt;br /&gt;</w:t>
        <w:br/>
        <w:t>після тої Мальти й Кафи.&lt;br /&gt;</w:t>
        <w:br/>
        <w:t>— 168 —&lt;br /&gt;</w:t>
        <w:br/>
        <w:t>Д і а н а&lt;br /&gt;</w:t>
        <w:br/>
        <w:t>До побачення, мій графе.&lt;br /&gt;</w:t>
        <w:br/>
        <w:t>Т е о д о р о&lt;br /&gt;</w:t>
        <w:br/>
        <w:t>До побачення, графине.&lt;br /&gt;</w:t>
        <w:br/>
        <w:t>Д і а н а&lt;br /&gt;</w:t>
        <w:br/>
        <w:t>Слухай...&lt;br /&gt;</w:t>
        <w:br/>
        <w:t>Т е о д о р о&lt;br /&gt;</w:t>
        <w:br/>
        <w:t>Що?&lt;br /&gt;</w:t>
        <w:br/>
        <w:t>Д і а н а&lt;br /&gt;</w:t>
        <w:br/>
        <w:t>Скажи ще: "Га?"&lt;br /&gt;</w:t>
        <w:br/>
        <w:t>Що за тон? А де "синьйоро"?&lt;br /&gt;</w:t>
        <w:br/>
        <w:t>Т е о д о р о&lt;br /&gt;</w:t>
        <w:br/>
        <w:t>Ви забули надто скоро,&lt;br /&gt;</w:t>
        <w:br/>
        <w:t>що я пан, а не слуга.&lt;br /&gt;</w:t>
        <w:br/>
        <w:t>Д і а н а&lt;br /&gt;</w:t>
        <w:br/>
        <w:t>Слід домовитись зарані,&lt;br /&gt;</w:t>
        <w:br/>
        <w:t>щоб ніяких більш Марчелл&lt;br /&gt;</w:t>
        <w:br/>
        <w:t>не було, щоб знав орел&lt;br /&gt;</w:t>
        <w:br/>
        <w:t>лиш орлицю.&lt;br /&gt;</w:t>
        <w:br/>
        <w:t>Т е о д о р о&lt;br /&gt;</w:t>
        <w:br/>
        <w:t>У коханні&lt;br /&gt;</w:t>
        <w:br/>
        <w:t>не принизиться людина&lt;br /&gt;</w:t>
        <w:br/>
        <w:t>мого стану до служниці.&lt;br /&gt;</w:t>
        <w:br/>
        <w:t>Д і а н а&lt;br /&gt;</w:t>
        <w:br/>
        <w:t>Що це, натяк?&lt;br /&gt;</w:t>
        <w:br/>
        <w:t>Т е о д о р о&lt;br /&gt;</w:t>
        <w:br/>
        <w:t>Не гнівіться.&lt;br /&gt;</w:t>
        <w:br/>
        <w:t>— 169 —&lt;br /&gt;</w:t>
        <w:br/>
        <w:t>Д і а н а&lt;br /&gt;</w:t>
        <w:br/>
        <w:t>Хто я вам?&lt;br /&gt;</w:t>
        <w:br/>
        <w:t>Т е о д о р о&lt;br /&gt;</w:t>
        <w:br/>
        <w:t>Моя дружина.&lt;br /&gt;</w:t>
        <w:br/>
        <w:t>(Виходить).&lt;br /&gt;</w:t>
        <w:br/>
        <w:t>Д і а н а&lt;br /&gt;</w:t>
        <w:br/>
        <w:t>Чого ж іще бажати? Стій, Фортуно,&lt;br /&gt;</w:t>
        <w:br/>
        <w:t>як каже Теодоро; щастя, стій!&lt;br /&gt;</w:t>
        <w:br/>
        <w:t>ЯВА ДВАДЦЯТЬ ТРЕТЯ&lt;br /&gt;</w:t>
        <w:br/>
        <w:t>Ф е д е р і к о, Р і к а р д о, Д і а н а.&lt;br /&gt;</w:t>
        <w:br/>
        <w:t>Р і к а р д о&lt;br /&gt;</w:t>
        <w:br/>
        <w:t>У вас така тут радість, гомін, галас,&lt;br /&gt;</w:t>
        <w:br/>
        <w:t>що ви забули друзів сповістити?&lt;br /&gt;</w:t>
        <w:br/>
        <w:t>Д і а н а&lt;br /&gt;</w:t>
        <w:br/>
        <w:t>Що вас цікавить? Все я вам скажу.&lt;br /&gt;</w:t>
        <w:br/>
        <w:t>Ф е д е р і к о&lt;br /&gt;</w:t>
        <w:br/>
        <w:t>Чи правда, що слуга ваш — син вельможі?&lt;br /&gt;</w:t>
        <w:br/>
        <w:t>Д і а н а&lt;br /&gt;</w:t>
        <w:br/>
        <w:t>Це справді так, шановнії синьйори,&lt;br /&gt;</w:t>
        <w:br/>
        <w:t>і я від вас таїти не збираюсь,&lt;br /&gt;</w:t>
        <w:br/>
        <w:t>що з графом Теодоро я вінчаюсь.&lt;br /&gt;</w:t>
        <w:br/>
        <w:t>(Виходить).&lt;br /&gt;</w:t>
        <w:br/>
        <w:t>Р і к а р д о&lt;br /&gt;</w:t>
        <w:br/>
        <w:t>Ну, як вам це?&lt;br /&gt;</w:t>
        <w:br/>
        <w:t>Ф е д е р і к о&lt;br /&gt;</w:t>
        <w:br/>
        <w:t>Я з люті шаленію.&lt;br /&gt;</w:t>
        <w:br/>
        <w:t>— 170 —&lt;br /&gt;</w:t>
        <w:br/>
        <w:t>Р і к а р д о&lt;br /&gt;</w:t>
        <w:br/>
        <w:t>Чому його не вбив той халамидник?&lt;br /&gt;</w:t>
        <w:br/>
        <w:t>Ф е д е р і к о&lt;br /&gt;</w:t>
        <w:br/>
        <w:t>Ось він іде.&lt;br /&gt;</w:t>
        <w:br/>
        <w:t>ЯВА ДВАДЦЯТЬ ЧЕТВЕРТА&lt;br /&gt;</w:t>
        <w:br/>
        <w:t>Трістан, Федеріко, Рікардо.&lt;br /&gt;</w:t>
        <w:br/>
        <w:t>Т р і с т а н&lt;br /&gt;</w:t>
        <w:br/>
        <w:t>(набік)&lt;br /&gt;</w:t>
        <w:br/>
        <w:t>Усе пішло на лад.&lt;br /&gt;</w:t>
        <w:br/>
        <w:t>Хто б міг подумать — вигадка лакейська&lt;br /&gt;</w:t>
        <w:br/>
        <w:t>обаламутила увесь Неаполь!&lt;br /&gt;</w:t>
        <w:br/>
        <w:t>Р і к а р д о&lt;br /&gt;</w:t>
        <w:br/>
        <w:t>Гей, Гекторе, чи як тебе там звати!&lt;br /&gt;</w:t>
        <w:br/>
        <w:t>Т р і с т а н&lt;br /&gt;</w:t>
        <w:br/>
        <w:t>По-справжньому я звуся Душохватом.&lt;br /&gt;</w:t>
        <w:br/>
        <w:t>Ф е д е р і к о&lt;br /&gt;</w:t>
        <w:br/>
        <w:t>Чому ж душа на небо не злетіла?&lt;br /&gt;</w:t>
        <w:br/>
        <w:t>Т р і с т а н&lt;br /&gt;</w:t>
        <w:br/>
        <w:t>Бо перейшла вона у графське тіло.&lt;br /&gt;</w:t>
        <w:br/>
        <w:t>Р і к а р д о&lt;br /&gt;</w:t>
        <w:br/>
        <w:t>Яка різниця?&lt;br /&gt;</w:t>
        <w:br/>
        <w:t>Т р і с т а н&lt;br /&gt;</w:t>
        <w:br/>
        <w:t>Як із вами я&lt;br /&gt;</w:t>
        <w:br/>
        <w:t>про діло домовлявся, йшлось про те,&lt;br /&gt;</w:t>
        <w:br/>
        <w:t>щоб я за триста впорав Теодоро,—&lt;br /&gt;</w:t>
        <w:br/>
        <w:t>— 171 —&lt;br /&gt;</w:t>
        <w:br/>
        <w:t>слугу, не графа, майте на увазі,&lt;br /&gt;</w:t>
        <w:br/>
        <w:t>а вбити графа — справа складнувата;&lt;br /&gt;</w:t>
        <w:br/>
        <w:t>тут, знаєте, потрібна більша плата.&lt;br /&gt;</w:t>
        <w:br/>
        <w:t>Дорожче одного убить вельможу,&lt;br /&gt;</w:t>
        <w:br/>
        <w:t>піж десять слуг, що й так уже доходять,&lt;br /&gt;</w:t>
        <w:br/>
        <w:t>той з голоду, той з клопоту тяжкого,&lt;br /&gt;</w:t>
        <w:br/>
        <w:t>а той із заздрощів...&lt;br /&gt;</w:t>
        <w:br/>
        <w:t>Ф е д е р і к о&lt;br /&gt;</w:t>
        <w:br/>
        <w:t>Коротше, скільки?&lt;br /&gt;</w:t>
        <w:br/>
        <w:t>Але щоб сю ніч!&lt;br /&gt;</w:t>
        <w:br/>
        <w:t>Т р і с т а н&lt;br /&gt;</w:t>
        <w:br/>
        <w:t>Тисячу ескудо.&lt;br /&gt;</w:t>
        <w:br/>
        <w:t>Р і к а р д о&lt;br /&gt;</w:t>
        <w:br/>
        <w:t>Заплатимо.&lt;br /&gt;</w:t>
        <w:br/>
        <w:t>Т р і с т а н&lt;br /&gt;</w:t>
        <w:br/>
        <w:t>Завдаточок, панове.&lt;br /&gt;</w:t>
        <w:br/>
        <w:t>Р і к а р д о&lt;br /&gt;</w:t>
        <w:br/>
        <w:t>Цей ланцюжок.&lt;br /&gt;</w:t>
        <w:br/>
        <w:t>Т р і с т а н&lt;br /&gt;</w:t>
        <w:br/>
        <w:t>І грошики готові.&lt;br /&gt;</w:t>
        <w:br/>
        <w:t>Ф е д е р і к о&lt;br /&gt;</w:t>
        <w:br/>
        <w:t>Іду по гроші.&lt;br /&gt;</w:t>
        <w:br/>
        <w:t>Т р і с т а н&lt;br /&gt;</w:t>
        <w:br/>
        <w:t>Я іду по душу.&lt;br /&gt;</w:t>
        <w:br/>
        <w:t>Лиш...&lt;br /&gt;</w:t>
        <w:br/>
        <w:t>Р і к а р д о&lt;br /&gt;</w:t>
        <w:br/>
        <w:t>Що?&lt;br /&gt;</w:t>
        <w:br/>
        <w:t>Т р і с т а н&lt;br /&gt;</w:t>
        <w:br/>
        <w:t>Мовчок! Я потай діять мушу&lt;br /&gt;</w:t>
        <w:br/>
        <w:t>Рікардо і Федеріко виходять.&lt;br /&gt;</w:t>
        <w:br/>
        <w:t>ЯВА ДВАДЦЯТЬ П'ЯТА&lt;br /&gt;</w:t>
        <w:br/>
        <w:t>Т е о д о р о, Т р і с т а н.&lt;br /&gt;</w:t>
        <w:br/>
        <w:t>Т е о д о р о&lt;br /&gt;</w:t>
        <w:br/>
        <w:t>Я вже бачу, з ними ти&lt;br /&gt;</w:t>
        <w:br/>
        <w:t>Знову розмовляв про вбивство?&lt;br /&gt;</w:t>
        <w:br/>
        <w:t>Т р і с т а н&lt;br /&gt;</w:t>
        <w:br/>
        <w:t>На все наше королівство&lt;br /&gt;</w:t>
        <w:br/>
        <w:t>більших дурнів не знайти.&lt;br /&gt;</w:t>
        <w:br/>
        <w:t>Ланцюжка дали мені&lt;br /&gt;</w:t>
        <w:br/>
        <w:t>й тисячу дадуть ескудо,&lt;br /&gt;</w:t>
        <w:br/>
        <w:t>щоб я вбив вас.&lt;br /&gt;</w:t>
        <w:br/>
        <w:t>Т е о д о р о&lt;br /&gt;</w:t>
        <w:br/>
        <w:t>Що ж це буде?&lt;br /&gt;</w:t>
        <w:br/>
        <w:t>Натворив ти чортівні,&lt;br /&gt;</w:t>
        <w:br/>
        <w:t>що аж страшно!&lt;br /&gt;</w:t>
        <w:br/>
        <w:t>Т р і с т а н&lt;br /&gt;</w:t>
        <w:br/>
        <w:t>Та коли б&lt;br /&gt;</w:t>
        <w:br/>
        <w:t>чули ви, як молодецьки&lt;br /&gt;</w:t>
        <w:br/>
        <w:t>джеркотав я там по-грецьки,&lt;br /&gt;</w:t>
        <w:br/>
        <w:t>певне, ви мені дали б&lt;br /&gt;</w:t>
        <w:br/>
        <w:t>значно більше, ніж ті дурні.&lt;br /&gt;</w:t>
        <w:br/>
        <w:t>Грека — діло не складне,&lt;br /&gt;</w:t>
        <w:br/>
        <w:t>коли хочте, основне —&lt;br /&gt;</w:t>
        <w:br/>
        <w:t>імена такі культурні&lt;br /&gt;</w:t>
        <w:br/>
        <w:t>хто вигадувати вміє:&lt;br /&gt;</w:t>
        <w:br/>
        <w:t>Темістокл, Катіборратос,&lt;br /&gt;</w:t>
        <w:br/>
        <w:t>Меркапоніос, Ксіпатос,&lt;br /&gt;</w:t>
        <w:br/>
        <w:t>— 173 —&lt;br /&gt;</w:t>
        <w:br/>
        <w:t>Піфія, Філімоклія...&lt;br /&gt;</w:t>
        <w:br/>
        <w:t>Коли хто не знає греки,&lt;br /&gt;</w:t>
        <w:br/>
        <w:t>то такі слова — товар&lt;br /&gt;</w:t>
        <w:br/>
        <w:t>перший сорт.&lt;br /&gt;</w:t>
        <w:br/>
        <w:t>Т е о д о р о&lt;br /&gt;</w:t>
        <w:br/>
        <w:t>Та ти штукар...&lt;br /&gt;</w:t>
        <w:br/>
        <w:t>Але скільки небезпеки&lt;br /&gt;</w:t>
        <w:br/>
        <w:t>цей обман в собі таїть!&lt;br /&gt;</w:t>
        <w:br/>
        <w:t>Що, як викриють облуду?&lt;br /&gt;</w:t>
        <w:br/>
        <w:t>І без тисячі ескудо&lt;br /&gt;</w:t>
        <w:br/>
        <w:t>голова з плечей злетить.&lt;br /&gt;</w:t>
        <w:br/>
        <w:t>Т р і с т а н&lt;br /&gt;</w:t>
        <w:br/>
        <w:t>Не журіться передчасно.&lt;br /&gt;</w:t>
        <w:br/>
        <w:t>Т е о д о р о&lt;br /&gt;</w:t>
        <w:br/>
        <w:t>Ти, Трістане, просто демон!&lt;br /&gt;</w:t>
        <w:br/>
        <w:t>Т р і с т а н&lt;br /&gt;</w:t>
        <w:br/>
        <w:t>Ці страхи ми переждемо —&lt;br /&gt;</w:t>
        <w:br/>
        <w:t>все закінчиться прекрасно.&lt;br /&gt;</w:t>
        <w:br/>
        <w:t>Т е о д о р о&lt;br /&gt;</w:t>
        <w:br/>
        <w:t>Он іде сюди графиня.&lt;br /&gt;</w:t>
        <w:br/>
        <w:t>Т р і с т а н&lt;br /&gt;</w:t>
        <w:br/>
        <w:t>Я піду в свою криївку.&lt;br /&gt;</w:t>
        <w:br/>
        <w:t>(Ховається).&lt;br /&gt;</w:t>
        <w:br/>
        <w:t>ЯВА ДВАДЦЯТЬ ШОСТА&lt;br /&gt;</w:t>
        <w:br/>
        <w:t>Д і а н а, Т е о д о р о; Т р і с т а н (у схованці)&lt;br /&gt;</w:t>
        <w:br/>
        <w:t>Д і а н а&lt;br /&gt;</w:t>
        <w:br/>
        <w:t>Чом ви не пішли до батька?&lt;br /&gt;</w:t>
        <w:br/>
        <w:t>— 174 —&lt;br /&gt;</w:t>
        <w:br/>
        <w:t>Т е о д о р о&lt;br /&gt;</w:t>
        <w:br/>
        <w:t>Мою душу оступили&lt;br /&gt;</w:t>
        <w:br/>
        <w:t>сумніви тяжкі й вагання;&lt;br /&gt;</w:t>
        <w:br/>
        <w:t>я, мабуть, таки поїду&lt;br /&gt;</w:t>
        <w:br/>
        <w:t>в ту Іспанію, коли&lt;br /&gt;</w:t>
        <w:br/>
        <w:t>ваша ласка.&lt;br /&gt;</w:t>
        <w:br/>
        <w:t>Д і а н а&lt;br /&gt;</w:t>
        <w:br/>
        <w:t>Зрозуміло.&lt;br /&gt;</w:t>
        <w:br/>
        <w:t>До Марчелли тягне душу?&lt;br /&gt;</w:t>
        <w:br/>
        <w:t>Що ж, поважна це причина.&lt;br /&gt;</w:t>
        <w:br/>
        <w:t>Т е о д о р о&lt;br /&gt;</w:t>
        <w:br/>
        <w:t>Ет, Марчелла...&lt;br /&gt;</w:t>
        <w:br/>
        <w:t>Д і а н а&lt;br /&gt;</w:t>
        <w:br/>
        <w:t>Ну, а що ж?&lt;br /&gt;</w:t>
        <w:br/>
        <w:t>Т е о д о р о&lt;br /&gt;</w:t>
        <w:br/>
        <w:t>Я не знаю, чи годиться&lt;br /&gt;</w:t>
        <w:br/>
        <w:t>говорити вам про це.&lt;br /&gt;</w:t>
        <w:br/>
        <w:t>Д і а н а&lt;br /&gt;</w:t>
        <w:br/>
        <w:t>Говоріть, хоч це принизить,&lt;br /&gt;</w:t>
        <w:br/>
        <w:t>може, честь мою і гордість.&lt;br /&gt;</w:t>
        <w:br/>
        <w:t>Т е о д о р о&lt;br /&gt;</w:t>
        <w:br/>
        <w:t>Мій Трістан, якому хитрість&lt;br /&gt;</w:t>
        <w:br/>
        <w:t>може пам'ятник воздвигнуть,&lt;br /&gt;</w:t>
        <w:br/>
        <w:t>а облуда скласти гімни,&lt;br /&gt;</w:t>
        <w:br/>
        <w:t>а дотепність присвятити&lt;br /&gt;</w:t>
        <w:br/>
        <w:t>_ лабіринти20, захотівши&lt;br /&gt;</w:t>
        <w:br/>
        <w:t>20 Л а б і р и н т и.— За переказами, на о-ві Кріт зодчий Дедал збудував&lt;br /&gt;</w:t>
        <w:br/>
        <w:t>лабіринт, куди цар Мінос помістив чудовисько Мінотавра. Слово "лабіринт",&lt;br /&gt;</w:t>
        <w:br/>
        <w:t>що означало велику будову з багатьма химерно розташованими кімнатами,&lt;br /&gt;</w:t>
        <w:br/>
        <w:t>дворами і переходами, вживалося для означення всього хитромудро&lt;br /&gt;</w:t>
        <w:br/>
        <w:t>заплутаного.&lt;br /&gt;</w:t>
        <w:br/>
        <w:t>врятувать мене від муки&lt;br /&gt;</w:t>
        <w:br/>
        <w:t>й знаючи, що Людовіко&lt;br /&gt;</w:t>
        <w:br/>
        <w:t>втратив сина, склав ту казку&lt;br /&gt;</w:t>
        <w:br/>
        <w:t>про мій рід. А я ж безрідний&lt;br /&gt;</w:t>
        <w:br/>
        <w:t>сирота, батьки у мене —&lt;br /&gt;</w:t>
        <w:br/>
        <w:t>власний розум, та освіта,&lt;br /&gt;</w:t>
        <w:br/>
        <w:t>та перо. Хоч граф і вірить,&lt;br /&gt;</w:t>
        <w:br/>
        <w:t>що я син йому, хоч міг би&lt;br /&gt;</w:t>
        <w:br/>
        <w:t>я із вами одружитись&lt;br /&gt;</w:t>
        <w:br/>
        <w:t>і довіку жить щасливо,—&lt;br /&gt;</w:t>
        <w:br/>
        <w:t>та душевне благородство&lt;br /&gt;</w:t>
        <w:br/>
        <w:t>не дозволить одурити&lt;br /&gt;</w:t>
        <w:br/>
        <w:t>вас мені, моя синьйоро,&lt;br /&gt;</w:t>
        <w:br/>
        <w:t>бо я зроду був правдивим.&lt;br /&gt;</w:t>
        <w:br/>
        <w:t>Мабуть, справді буде краще,&lt;br /&gt;</w:t>
        <w:br/>
        <w:t>як в Іспанію поїду;&lt;br /&gt;</w:t>
        <w:br/>
        <w:t>вашій крові і любові&lt;br /&gt;</w:t>
        <w:br/>
        <w:t>не зроблю тоді я кривди.&lt;br /&gt;</w:t>
        <w:br/>
        <w:t>Д і а на&lt;br /&gt;</w:t>
        <w:br/>
        <w:t>Вчинок мудрий — і дурний.&lt;br /&gt;</w:t>
        <w:br/>
        <w:t>Мудрий тим, що ви явили&lt;br /&gt;</w:t>
        <w:br/>
        <w:t>цим признанням благородство,&lt;br /&gt;</w:t>
        <w:br/>
        <w:t>і дурний, бо не настільки&lt;br /&gt;</w:t>
        <w:br/>
        <w:t>я дурна, щоб вас покинуть,&lt;br /&gt;</w:t>
        <w:br/>
        <w:t>коли знайдена можливість&lt;br /&gt;</w:t>
        <w:br/>
        <w:t>3 вами шлюб узять як з рівним.&lt;br /&gt;</w:t>
        <w:br/>
        <w:t>Щастя наше не в величчі,&lt;br /&gt;</w:t>
        <w:br/>
        <w:t>а у тому, щоб душа&lt;br /&gt;</w:t>
        <w:br/>
        <w:t>вільну й щиру мала втіху.&lt;br /&gt;</w:t>
        <w:br/>
        <w:t>Я із вами одружуся,&lt;br /&gt;</w:t>
        <w:br/>
        <w:t>а щоб ваш Трістан не видав&lt;br /&gt;</w:t>
        <w:br/>
        <w:t>отієї таємниці,&lt;br /&gt;</w:t>
        <w:br/>
        <w:t>я велю його схопити&lt;br /&gt;</w:t>
        <w:br/>
        <w:t>сонного і утопити&lt;br /&gt;</w:t>
        <w:br/>
        <w:t>у колодязі.&lt;br /&gt;</w:t>
        <w:br/>
        <w:t>Т р і с т а н&lt;br /&gt;</w:t>
        <w:br/>
        <w:t>(виходить із-за портьєри)&lt;br /&gt;</w:t>
        <w:br/>
        <w:t>Овва!&lt;br /&gt;</w:t>
        <w:br/>
        <w:t>Д і а н а&lt;br /&gt;</w:t>
        <w:br/>
        <w:t>Хто тут?&lt;br /&gt;</w:t>
        <w:br/>
        <w:t>Т р і с т а н&lt;br /&gt;</w:t>
        <w:br/>
        <w:t>Хто? Це я, Трістан.&lt;br /&gt;</w:t>
        <w:br/>
        <w:t>Я обурений без міри&lt;br /&gt;</w:t>
        <w:br/>
        <w:t>тим, що є такі невдячні&lt;br /&gt;</w:t>
        <w:br/>
        <w:t>люди ще на білім світі.&lt;br /&gt;</w:t>
        <w:br/>
        <w:t>Я таке дістав їм щастя,&lt;br /&gt;</w:t>
        <w:br/>
        <w:t>що за злото не купити,&lt;br /&gt;</w:t>
        <w:br/>
        <w:t>а вони мене — топити!&lt;br /&gt;</w:t>
        <w:br/>
        <w:t>Д і а н а&lt;br /&gt;</w:t>
        <w:br/>
        <w:t>Ти підслухував?&lt;br /&gt;</w:t>
        <w:br/>
        <w:t>Т р і с т а н&lt;br /&gt;</w:t>
        <w:br/>
        <w:t>Не вийде!&lt;br /&gt;</w:t>
        <w:br/>
        <w:t>Так я вам у руки й дався!&lt;br /&gt;</w:t>
        <w:br/>
        <w:t>(Хоче йти).&lt;br /&gt;</w:t>
        <w:br/>
        <w:t>Д і а н а&lt;br /&gt;</w:t>
        <w:br/>
        <w:t>Йди сюди.&lt;br /&gt;</w:t>
        <w:br/>
        <w:t>Т р і с т а н&lt;br /&gt;</w:t>
        <w:br/>
        <w:t>Чого?&lt;br /&gt;</w:t>
        <w:br/>
        <w:t>Д і а н а&lt;br /&gt;</w:t>
        <w:br/>
        <w:t>Не бійся.&lt;br /&gt;</w:t>
        <w:br/>
        <w:t>За твою дотепну байку&lt;br /&gt;</w:t>
        <w:br/>
        <w:t>обіцяю, що вірніших&lt;br /&gt;</w:t>
        <w:br/>
        <w:t>друзів ти не знайдеш в світі,&lt;br /&gt;</w:t>
        <w:br/>
        <w:t>аніж я; лиш таємниці&lt;br /&gt;</w:t>
        <w:br/>
        <w:t>ти не відкривай нікому.&lt;br /&gt;</w:t>
        <w:br/>
        <w:t>Т р і с т а н&lt;br /&gt;</w:t>
        <w:br/>
        <w:t>Нащо мав би я дзвонити?&lt;br /&gt;</w:t>
        <w:br/>
        <w:t>Я собі не ворог.&lt;br /&gt;</w:t>
        <w:br/>
        <w:t>Т е о д о р о&lt;br /&gt;</w:t>
        <w:br/>
        <w:t>Що це?&lt;br /&gt;</w:t>
        <w:br/>
        <w:t>В гості йде юрба шумлива?&lt;br /&gt;</w:t>
        <w:br/>
        <w:t>ЯВА ДВАДЦЯТЬ СЬОМА&lt;br /&gt;</w:t>
        <w:br/>
        <w:t>Л ю д о в і к о, Ф е д е р і к о, К а м і л л о,&lt;br /&gt;</w:t>
        <w:br/>
        <w:t>Ф а б і о, М а р ч е л л а, А н а р д а, Д о р о т е я;&lt;br /&gt;</w:t>
        <w:br/>
        <w:t>ті, що й були.&lt;br /&gt;</w:t>
        <w:br/>
        <w:t>Р і к а р д о&lt;br /&gt;</w:t>
        <w:br/>
        <w:t>(за сценою)&lt;br /&gt;</w:t>
        <w:br/>
        <w:t>Хочемо і ми, синьйоре,&lt;br /&gt;</w:t>
        <w:br/>
        <w:t>вашого провести сина.&lt;br /&gt;</w:t>
        <w:br/>
        <w:t>Увіходять Л ю д о в і к о, Ф е д е р і к о, Р і к а р д о,&lt;br /&gt;</w:t>
        <w:br/>
        <w:t>п о к о ї в к и т а с л у г и.&lt;br /&gt;</w:t>
        <w:br/>
        <w:t>Ф е д е р і к о&lt;br /&gt;</w:t>
        <w:br/>
        <w:t>(до Людовіко)&lt;br /&gt;</w:t>
        <w:br/>
        <w:t>Весь Неаполь тут зібрався&lt;br /&gt;</w:t>
        <w:br/>
        <w:t>до кортежу прилучитись.&lt;br /&gt;</w:t>
        <w:br/>
        <w:t>Л ю д о в і к о&lt;br /&gt;</w:t>
        <w:br/>
        <w:t>(до Теодоро)&lt;br /&gt;</w:t>
        <w:br/>
        <w:t>З дозволу Діани, сину,&lt;br /&gt;</w:t>
        <w:br/>
        <w:t>вже по тебе я приїхав;&lt;br /&gt;</w:t>
        <w:br/>
        <w:t>жде внизу тебе карета&lt;br /&gt;</w:t>
        <w:br/>
        <w:t>і шляхетства почет кінний.&lt;br /&gt;</w:t>
        <w:br/>
        <w:t>— 178 —&lt;br /&gt;</w:t>
        <w:br/>
        <w:t>Після довгої розлуки&lt;br /&gt;</w:t>
        <w:br/>
        <w:t>ввійдеш ти у дім свій рідний&lt;br /&gt;</w:t>
        <w:br/>
        <w:t>спадок предківський прийняти.&lt;br /&gt;</w:t>
        <w:br/>
        <w:t>Д і а н а&lt;br /&gt;</w:t>
        <w:br/>
        <w:t>Перш ніж звідси він поїде,&lt;br /&gt;</w:t>
        <w:br/>
        <w:t>маю щось сказать вам, графе.&lt;br /&gt;</w:t>
        <w:br/>
        <w:t>Знайте, я його дружина.&lt;br /&gt;</w:t>
        <w:br/>
        <w:t>Л ю д о в і к о&lt;br /&gt;</w:t>
        <w:br/>
        <w:t>Щастя мить! Спини, Фортуно21,&lt;br /&gt;</w:t>
        <w:br/>
        <w:t>колесо своє примхливе!&lt;br /&gt;</w:t>
        <w:br/>
        <w:t>Я знайшов замість одного&lt;br /&gt;</w:t>
        <w:br/>
        <w:t>двоє діток.&lt;br /&gt;</w:t>
        <w:br/>
        <w:t>Ф е д е р і к о&lt;br /&gt;</w:t>
        <w:br/>
        <w:t>Що, маркізе,&lt;br /&gt;</w:t>
        <w:br/>
        <w:t>побажаємо їм щастя?&lt;br /&gt;</w:t>
        <w:br/>
        <w:t>Р і к а р д о&lt;br /&gt;</w:t>
        <w:br/>
        <w:t>Теодоро, ви щасливі,&lt;br /&gt;</w:t>
        <w:br/>
        <w:t>та не двічі — тричі. Знайте:&lt;br /&gt;</w:t>
        <w:br/>
        <w:t>ревнувавши до графині&lt;br /&gt;</w:t>
        <w:br/>
        <w:t>і хотівши вас убити,&lt;br /&gt;</w:t>
        <w:br/>
        <w:t>я найняв цього харциза,&lt;br /&gt;</w:t>
        <w:br/>
        <w:t>(Показує на Трістана).&lt;br /&gt;</w:t>
        <w:br/>
        <w:t>що за тисячу ескудо&lt;br /&gt;</w:t>
        <w:br/>
        <w:t>й цей ланцюг вас мав зарізать.&lt;br /&gt;</w:t>
        <w:br/>
        <w:t>У кайдани шахрая!&lt;br /&gt;</w:t>
        <w:br/>
        <w:t>Т е о д о р о&lt;br /&gt;</w:t>
        <w:br/>
        <w:t>Ні, той не шахрай, хто вірно&lt;br /&gt;</w:t>
        <w:br/>
        <w:t>_ свого пана захищає.&lt;br /&gt;</w:t>
        <w:br/>
        <w:t>21 Ф о р т у н а — богиня випадку і долі (ант. міф.), доля, випадок, удача.&lt;br /&gt;</w:t>
        <w:br/>
        <w:t>Символом Фортуни було колесо, що вічно крутиться. В своїй репліці граф&lt;br /&gt;</w:t>
        <w:br/>
        <w:t>Людовіко, щоб продовжити собі щастя, просить Фортуну зупинити колесо&lt;br /&gt;</w:t>
        <w:br/>
        <w:t>долі.&lt;br /&gt;</w:t>
        <w:br/>
        <w:t>Р і к а р д о&lt;br /&gt;</w:t>
        <w:br/>
        <w:t>Хто ж він, цей таємний вбивця?&lt;br /&gt;</w:t>
        <w:br/>
        <w:t>Т е о д о р о&lt;br /&gt;</w:t>
        <w:br/>
        <w:t>Мій слуга. 3а те, що він&lt;br /&gt;</w:t>
        <w:br/>
        <w:t>був до мене завжди щирим&lt;br /&gt;</w:t>
        <w:br/>
        <w:t>і життя мені зберіг,&lt;br /&gt;</w:t>
        <w:br/>
        <w:t>його, з дозволу графині,&lt;br /&gt;</w:t>
        <w:br/>
        <w:t>я женю на Доротеї,&lt;br /&gt;</w:t>
        <w:br/>
        <w:t>як Діана поженила&lt;br /&gt;</w:t>
        <w:br/>
        <w:t>Фабіо й Марчеллу.&lt;br /&gt;</w:t>
        <w:br/>
        <w:t>Р і к а р д о&lt;br /&gt;</w:t>
        <w:br/>
        <w:t>Я дам Марчеллі добре віно.&lt;br /&gt;</w:t>
        <w:br/>
        <w:t>Ф е д е р і к о&lt;br /&gt;</w:t>
        <w:br/>
        <w:t>Я дам посаг Доротеї.&lt;br /&gt;</w:t>
        <w:br/>
        <w:t>Л ю д о в і к о&lt;br /&gt;</w:t>
        <w:br/>
        <w:t>Ну, а я уже графині.&lt;br /&gt;</w:t>
        <w:br/>
        <w:t>Хай за нею син мій піде&lt;br /&gt;</w:t>
        <w:br/>
        <w:t>і мої всі володіння.&lt;br /&gt;</w:t>
        <w:br/>
        <w:t>Т е о д о р о&lt;br /&gt;</w:t>
        <w:br/>
        <w:t>І на цьому, світлий зборе&lt;br /&gt;</w:t>
        <w:br/>
        <w:t>вас прохаючи уклінно&lt;br /&gt;</w:t>
        <w:br/>
        <w:t>не розносити по людях&lt;br /&gt;</w:t>
        <w:br/>
        <w:t>мого роду таємниці,&lt;br /&gt;</w:t>
        <w:br/>
        <w:t>ми комедію кінчаєм&lt;br /&gt;</w:t>
        <w:br/>
        <w:t>про собаку, що на сіні.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Собака на сіні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