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Джан</w:t>
      </w:r>
    </w:p>
    <w:p>
      <w:r>
        <w:br/>
        <w:t xml:space="preserve"> &lt;p&gt;Не раз я полював з Джаном, і що більше полював, то вірніше знав: кращого собаки мені не знайти.</w:t>
      </w:r>
    </w:p>
    <w:p>
      <w:r>
        <w:br/>
        <w:t>Де б тільки качка впала — піде, знайде, принесе. Бувало й таке, що запливе десь у великому озері далеко-далеко, аж голови його не видно. Все одно — упіймає підранену качку, принесе. Раз було так: узяв я з півдесятка малої породи качок — чирят. А великих, крижнів, не бачив ні одного.</w:t>
      </w:r>
    </w:p>
    <w:p>
      <w:r>
        <w:br/>
        <w:t>Коли дивлюся — літає над очеретами далеченько від мене, хоче сісти.</w:t>
      </w:r>
    </w:p>
    <w:p>
      <w:r>
        <w:br/>
        <w:t>Я почав його вабити. Так старався покликати його, так ніжно кректав у дерев'яну дудочку, що й сам забув, хто я. Наче сам я став крижень, наче замість куртки на мені пера, наче от-от можна зриватись і летіти. Джан і той почав дивитись на мене, чи немає у мене в мішку живого крижня.</w:t>
      </w:r>
    </w:p>
    <w:p>
      <w:r>
        <w:br/>
        <w:t>І от хоч далеко був той крижень, а теж не витримав. Чимраз ближче й ближче підлітає до мене, послухає, подивиться, де той інший крижень, що так солодко співає, і знов одлетить.</w:t>
      </w:r>
    </w:p>
    <w:p>
      <w:r>
        <w:br/>
        <w:t>Кінець кінцем підлетів до мене, побачив мене в очеретах і рвонув угору. Хоч і височенько було, але я вистрілив — дуже довго я ждав його. І крижень упав у воду.</w:t>
      </w:r>
    </w:p>
    <w:p>
      <w:r>
        <w:br/>
        <w:t>Я послав Джана, щоб приніс. Джан доплив до середини озера, тільки хотів ухопити крижня, як той зник. Він ринув під воду.</w:t>
      </w:r>
    </w:p>
    <w:p>
      <w:r>
        <w:br/>
        <w:t>Знов стало мені дуже сумно. Навіщо було стріляти так високо? Крижень живий, під водою втече від Джана і десь пропаде, загине в траві. Собака ж, хоч і плаває добре, але нізащо не рине з головою у воду — собаки поринати не вміють.</w:t>
      </w:r>
    </w:p>
    <w:p>
      <w:r>
        <w:br/>
        <w:t>Я дивлюся — Джан опинився посеред озера і не знає, що робити. Був крижень — і нема... І запах його пропав. Хоч вертайся на берег.</w:t>
      </w:r>
    </w:p>
    <w:p>
      <w:r>
        <w:br/>
        <w:t>Я свиснув Джанові, щоб плив до мене. Але в цю мить крижень знову виринув з води. Джан побачив і поплив до нього. Я розсердився на собаку. Це так він буде плавати до вечора. Все одно ж поринути він не може.</w:t>
      </w:r>
    </w:p>
    <w:p>
      <w:r>
        <w:br/>
        <w:t>Коли Джан наздогнав крижня, той знову ринув. І тут я побачив щось, чого не бачив зроду і більше ніколи не побачу.</w:t>
      </w:r>
    </w:p>
    <w:p>
      <w:r>
        <w:br/>
        <w:t>Джан заверещав від страху і поліз носом у воду. Знов виринув, заверещав ще жалібніше і знов пірнув. Під водою він ухопив крижня і поплив до берега.</w:t>
      </w:r>
    </w:p>
    <w:p>
      <w:r>
        <w:br/>
        <w:t>Коли він виніс крижня на берег і обтрусився, він не просто дивився мені у вічі. Він жалібно скавчав, він згадував, як страшно було поринати.</w:t>
      </w:r>
    </w:p>
    <w:p>
      <w:r>
        <w:br/>
        <w:t>І я це знав і старався його заспокоїти. Я гладив його, цілував, віддав йому всі цукерки, що в мене були.</w:t>
      </w:r>
    </w:p>
    <w:p>
      <w:r>
        <w:br/>
        <w:t>Джан трохи заспокоївся і гриз цукерки. Коли поїв усі, ще трошки поскавчав, потім поклав лапи мені на плечі і поліз цілуватись.</w:t>
      </w:r>
    </w:p>
    <w:p>
      <w:r>
        <w:br/>
        <w:t>Чим далі ми жили з Джаном, тим більше любили один одного. Але хазяйка моя, людина хвора і нервова, його не любила.</w:t>
      </w:r>
    </w:p>
    <w:p>
      <w:r>
        <w:br/>
        <w:t>Через це він спав не на добрій підстилці, а на подертій, брудній рядюзі, об яку всі витирали ноги. Він був дуже чистий і акуратний собака, і ця брудна рядюга йому не подобалась. Але він знав людський закон і ніколи не лягав на ліжко — так і спав на поганій ганчірці перед дверима.</w:t>
      </w:r>
    </w:p>
    <w:p>
      <w:r>
        <w:br/>
        <w:t>У моїй кімнаті був маленький старенький диванчик. Він Джанові подобався більше, і він якось спробував там полежати. Але я посварився на нього пальцем, і він зліз.</w:t>
      </w:r>
    </w:p>
    <w:p>
      <w:r>
        <w:br/>
        <w:t>Я ніколи ні разу не бив його, він і так розумів усе, що треба. Тільки хазяйка іноді била його ногою за те, що він заважав увійти,— а він же лежав на тій самій рядюзі, яку вона йому приділила.</w:t>
      </w:r>
    </w:p>
    <w:p>
      <w:r>
        <w:br/>
        <w:t>Так і тепер. Не можна на диванчик — значить, не можна. Він слухав мене в усьому.</w:t>
      </w:r>
    </w:p>
    <w:p>
      <w:r>
        <w:br/>
        <w:t>Якось принесли в кімнату поганенького кота — щоб мишей ловив. Джанові одразу схотілося загнати його на книжкову полицю або ще вище — і правда, кіт був неважний.</w:t>
      </w:r>
    </w:p>
    <w:p>
      <w:r>
        <w:br/>
        <w:t>Довелося мені взяти того кота і пояснити Джанові, що кота займати не треба. Я взяв кота і посадив на Джана.</w:t>
      </w:r>
    </w:p>
    <w:p>
      <w:r>
        <w:br/>
        <w:t>Джан грізно загарчав, аж кіт увесь затрусивсь і дременув до книжкової полиці. Треба було привчити Джана. Отже, я забрав кота, наказав Джанові лежати тихо і знов посадовив кота йому на спину.</w:t>
      </w:r>
    </w:p>
    <w:p>
      <w:r>
        <w:br/>
        <w:t>Тепер Джан не гарчав. Він повернув до мене свої каштанові очі, дивився дуже сумно і тихенько скімлив. Йому дуже було неприємно. Та з того часу він кота не займав, тільки відходив геть від нього — сам боявся, що не вдержиться.</w:t>
      </w:r>
    </w:p>
    <w:p>
      <w:r>
        <w:br/>
        <w:t>Багато днів ми провели з Джаном на полюванні. Він почав усе розуміти. Бувало, стоїмо десь у болоті — а над головою літають крячки і галасують, як тисяча бабів на базарі. Джан на них і не дивиться, а все вглядається вдалину, чи не летять качки.</w:t>
      </w:r>
    </w:p>
    <w:p>
      <w:r>
        <w:br/>
        <w:t>Запримітить качку — весь починає труситись і штовхає мене мордою в ногу: чого ж ти не стріляєш? Як довго нема пострілу на качок, то аж скавчати береться. А на інших птахів — на чапель, на шулік — не хоче й дивитися.</w:t>
      </w:r>
    </w:p>
    <w:p>
      <w:r>
        <w:br/>
        <w:t>Однієї ночі вдома сталося так, що я не міг заснути. Думав, качався, ніяк не міг заснути до другої години ночі. Уже в вікні видко було, що сузір'я Волосожар високо вибралося на небо — а я те сузір'я запримітив, ночуючи в човні. Раз Волосожар високо на небі в серпні місяці — значить, скоро буде розвиднятись.</w:t>
      </w:r>
    </w:p>
    <w:p>
      <w:r>
        <w:br/>
        <w:t>Я лежав і дивився на Волосожар — коли рипнули двері. Увійшов Джан. Пройшовсь по кімнаті і почав підходити до мого ліжка.</w:t>
      </w:r>
    </w:p>
    <w:p>
      <w:r>
        <w:br/>
        <w:t>Тоді я затаївся. Цікаво було подивитись, чого він хоче. Гуляти йому не пора, ми з ним довго бігали ввечері.</w:t>
      </w:r>
    </w:p>
    <w:p>
      <w:r>
        <w:br/>
        <w:t>Джан підійшов зовсім близько до моєї голови. Дивиться, чи я ще сплю. А я затаївсь — ні пари з вуст.</w:t>
      </w:r>
    </w:p>
    <w:p>
      <w:r>
        <w:br/>
        <w:t>Джан одійшов на середину кімнати. Постояв трохи і знову до мене. Довго стояв, дивився, чи я сплю, чи ні.</w:t>
      </w:r>
    </w:p>
    <w:p>
      <w:r>
        <w:br/>
        <w:t>Видно, він вирішив, що я сплю. Отже, він ніжно лизнув мене в руку, вийшов посеред кімнати, глибоко-глибоко зітхнув і ліг на диванчик.</w:t>
      </w:r>
    </w:p>
    <w:p>
      <w:r>
        <w:br/>
        <w:t>Через хвилину він уже спав.</w:t>
      </w:r>
    </w:p>
    <w:p>
      <w:r>
        <w:br/>
        <w:t>Я вирішив не зганяти його вночі, а побалакати з ним як слід уранці, заставши його на диванчику.</w:t>
      </w:r>
    </w:p>
    <w:p>
      <w:r>
        <w:br/>
        <w:t>Тільки сонце зійшло, я прокинувся і глянув на диванчик. Але Джана там уже не було. Він таки успів прокинутись раніше від мене, тихенько зліз з диванчика і пішов назад на свою рвану рядюгу.</w:t>
      </w:r>
    </w:p>
    <w:p>
      <w:r>
        <w:br/>
        <w:t>Ще разів зо два, не спавши вночі, я бачив, як він лягав на диванчик. Але як рано я не прокидався, ніколи не заставав його там — такий це був розумний собака.</w:t>
      </w:r>
    </w:p>
    <w:p>
      <w:r>
        <w:br/>
        <w:t>Коли я поїхав у Прикаспійські степи, щоб написати нову книгу, хазяйка зараз же продала Джана. Кілька разів він виривався від нового хазяїна і прибігав, шукав мене — на шиї теліпались обірвані мотузки, а то й ланцюг. Але хазяйка відводила його назад. Кінець кінцем він перестав прибігати.</w:t>
      </w:r>
    </w:p>
    <w:p>
      <w:r>
        <w:br/>
        <w:t>Мабуть, він вирішив, що я вмер.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Джан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