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</w:t>
      </w:r>
    </w:p>
    <w:p>
      <w:r>
        <w:br/>
        <w:t xml:space="preserve"> &lt;p&gt;Це було на Курщині.</w:t>
      </w:r>
    </w:p>
    <w:p>
      <w:r>
        <w:br/>
        <w:t>На березі річки.</w:t>
      </w:r>
    </w:p>
    <w:p>
      <w:r>
        <w:br/>
        <w:t>Учні мої вудили рибу, а я взяв рушницю і подався стріляти куликів. Потихеньку я скрадався берегом до якоїсь мілини. "Пиї-віт!" — схоплювався куличок-пісочник і летів, немов креслив крейдою пряму лінію на дзеркалі ріки. Бумс! — стріляв я — і куличок падав, як біла крапка на дзеркало. Я швидко роздягався і плив до кулика.</w:t>
      </w:r>
    </w:p>
    <w:p>
      <w:r>
        <w:br/>
        <w:t>З нами була Леда — собака. Це була на диво ласкава й ніжна лягава. Коли полювали мої учні, я розважався, граючися з нею, і вона від мене не відходила. Але, вибираючись стріляти, я її з собою не брав, бо вона гасала попереду й зганяла куликів, а я не вмів нею командувати: тримати її при нозі.</w:t>
      </w:r>
    </w:p>
    <w:p>
      <w:r>
        <w:br/>
        <w:t>Та варт їй було почути мій постріл, як вона мчала, перестрибуючи канави, мені на підмогу й послужливо розганяла геть усю куличву, так що мені не випадало й вистрілити більше.</w:t>
      </w:r>
    </w:p>
    <w:p>
      <w:r>
        <w:br/>
        <w:t>Я повернувся назад і ліг на сонячній траві. Вона й собі лягла і враз заснула здоровим собачим сном, ледве повискуючи проти сонця.</w:t>
      </w:r>
    </w:p>
    <w:p>
      <w:r>
        <w:br/>
        <w:t>Тоді я тихенько звівся, поволі-волі, та до річки, та аж до мілини. Зігнав куличка — бумс! — кулик упав на воду, наче розбив дзеркало. Я роздягся й поплив. Леда була вже тут і попливла за мною.</w:t>
      </w:r>
    </w:p>
    <w:p>
      <w:r>
        <w:br/>
        <w:t>Довелося знову вернутись на те саме сонячне місце й лягти. Лягла й Леда, але поклала лапу мені на груди — мовляв, не втечеш тепер без мене. І враз заснула. Приснився їй, видно, той самий сон, бо знову вона взялася блаженно повискувати й скиглити, розкошуючи під сонцем.</w:t>
      </w:r>
    </w:p>
    <w:p>
      <w:r>
        <w:br/>
        <w:t>Я тихенько зсунув її лапу з себе. В ту мить Леда прокинулась і обернула до мене голову. Вона дивилася на мене пильними, зовсім не сонними очима. Але я не рухався, я хропів, що мав сили, ніби не сталося нічого. Леда присунулася ближче, лизнула мене язиком у ніс і знову поклала лапу мені на груди. За секунду вона знов щасливо спала, тільки лапа трохи сіпалась мені по сорочці.</w:t>
      </w:r>
    </w:p>
    <w:p>
      <w:r>
        <w:br/>
        <w:t>Так вона й не дозволила мені полювати без неї куликів. Уночі, коли я вклався на сіні, міркуючи вранці вибігти на болото, чи не пролетить якесь зайшле чиря, з хати з'явилася Леда. Вона довго борсалася коло мене в сіні, укладаючись так, щоб билля не лізло в ніс, чхала, качалась, вищала, нарешті притулилась і заснула.</w:t>
      </w:r>
    </w:p>
    <w:p>
      <w:r>
        <w:br/>
        <w:t>Перед тим, як заснути, вона знову поклала лапу мені на груди.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