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Сніжинка</w:t>
      </w:r>
    </w:p>
    <w:p>
      <w:r>
        <w:br/>
        <w:t xml:space="preserve"> Світло-пухнаста,&lt;br /&gt;</w:t>
        <w:br/>
        <w:t>Сніжинка біла,&lt;br /&gt;</w:t>
        <w:br/>
        <w:t>Яка чиста,&lt;br /&gt;</w:t>
        <w:br/>
        <w:t>Яка смілива!</w:t>
      </w:r>
    </w:p>
    <w:p>
      <w:r>
        <w:br/>
        <w:t>Дорогий бурною&lt;br /&gt;</w:t>
        <w:br/>
        <w:t>Легко проноситься,&lt;br /&gt;</w:t>
        <w:br/>
        <w:t>Не в блакитну височінь,&lt;br /&gt;</w:t>
        <w:br/>
        <w:t>На землю проситься.</w:t>
      </w:r>
    </w:p>
    <w:p>
      <w:r>
        <w:br/>
        <w:t>Лазур чудову&lt;br /&gt;</w:t>
        <w:br/>
        <w:t>Вона покинула,&lt;br /&gt;</w:t>
        <w:br/>
        <w:t>Себе в безвестную&lt;br /&gt;</w:t>
        <w:br/>
        <w:t>Країну низринула.</w:t>
      </w:r>
    </w:p>
    <w:p>
      <w:r>
        <w:br/>
        <w:t>У променях блискучих&lt;br /&gt;</w:t>
        <w:br/>
        <w:t>Ковзає, вміла,&lt;br /&gt;</w:t>
        <w:br/>
        <w:t>Серед пластівців танучих&lt;br /&gt;</w:t>
        <w:br/>
        <w:t>Обережно-біла.</w:t>
      </w:r>
    </w:p>
    <w:p>
      <w:r>
        <w:br/>
        <w:t>Під вітром веющим&lt;br /&gt;</w:t>
        <w:br/>
        <w:t>Тремтить, взметается,&lt;br /&gt;</w:t>
        <w:br/>
        <w:t>На ньому, лелеющем,&lt;br /&gt;</w:t>
        <w:br/>
        <w:t>Світло гойдається.</w:t>
      </w:r>
    </w:p>
    <w:p>
      <w:r>
        <w:br/>
        <w:t>Його гойдалками&lt;br /&gt;</w:t>
        <w:br/>
        <w:t>Вона втішена,&lt;br /&gt;</w:t>
        <w:br/>
        <w:t>З його хуртовинами&lt;br /&gt;</w:t>
        <w:br/>
        <w:t>Скажено крутиться.</w:t>
      </w:r>
    </w:p>
    <w:p>
      <w:r>
        <w:br/>
        <w:t>Але ось кінчається&lt;br /&gt;</w:t>
        <w:br/>
        <w:t>Дорога далека,&lt;br /&gt;</w:t>
        <w:br/>
        <w:t>Землі стосується,&lt;br /&gt;</w:t>
        <w:br/>
        <w:t>Кришталева зірка.</w:t>
      </w:r>
    </w:p>
    <w:p>
      <w:r>
        <w:br/>
        <w:t>Лежить пухнаста,&lt;br /&gt;</w:t>
        <w:br/>
        <w:t>Сніжинка смілива.&lt;br /&gt;</w:t>
        <w:br/>
        <w:t>Яка чиста,&lt;br /&gt;</w:t>
        <w:br/>
        <w:t>Яка біла!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Сніжинка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