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Сниться</w:t>
      </w:r>
    </w:p>
    <w:p>
      <w:r>
        <w:br/>
        <w:t xml:space="preserve"> &lt;p&gt;Воєнний нарис</w:t>
      </w:r>
    </w:p>
    <w:p>
      <w:r>
        <w:br/>
        <w:t>(Пристань з мущинами, від яких несуться голоси нерівними хвилями, то вище, то нижче.)</w:t>
      </w:r>
    </w:p>
    <w:p>
      <w:r>
        <w:br/>
        <w:t>Ми ще не в дорозі до повороту; ще не скінчили. Ми ще йдемо. Вгору, а там і вдолину. Не чуєте? Одні вдираються муравлями на скали, сторожать, сіють гарматними ядрами; а долинами копошаться враз з кіньми, з розірваною землею другі. Інші знов клубляться кривавою масою і не підоймаються більше. Ще інші позаховувалися бурсуками в нори, між лісною деревиною, що усипляє їх в голоді й холоді своїм довічним шумом, стрясаючи на них святочну одіж, білий іней, а з тим надихує і вічний сон, доки не подеревіють на раннім або північнім морозі, стоячи на чатах. Тут під побілілою від інею смеречиною, там невеликою громадкою, волочучися крізь снігову імлу насилу, щоб обопільно з ворогом стрінутися і поглянути на себе дикими, ненависними поглядами, а відтак. Але нащо вам це все знати?</w:t>
      </w:r>
    </w:p>
    <w:p>
      <w:r>
        <w:br/>
        <w:t>Одним словом — ми ще не готові.</w:t>
      </w:r>
    </w:p>
    <w:p>
      <w:r>
        <w:br/>
        <w:t>Але — ми вернемося, ми вернемося.</w:t>
      </w:r>
    </w:p>
    <w:p>
      <w:r>
        <w:br/>
        <w:t>Як все втихне, влетить між нас білий кінь без сідла й їздця, з розірваними в поспіху, а від бурхливого дихання закривавленими ніздрями й піднявши голову вгору — заірже. Ми вернемося. Скільки? Побачите.</w:t>
      </w:r>
    </w:p>
    <w:p>
      <w:r>
        <w:br/>
        <w:t>І не всі ми враз прийдемо.</w:t>
      </w:r>
    </w:p>
    <w:p>
      <w:r>
        <w:br/>
        <w:t>І неоднаковим кроком. І не одною дорогою.</w:t>
      </w:r>
    </w:p>
    <w:p>
      <w:r>
        <w:br/>
        <w:t>Ах, не одною дорогою і неоднаковим кроком.</w:t>
      </w:r>
    </w:p>
    <w:p>
      <w:r>
        <w:br/>
        <w:t>Коли ми прощалися і відходили, чула земля на собі силу, відвагу, жвавість і рівні кроки; чула неначе один крок. Всі ми були, як один; одна цілість, одна цінність. А земля тоді була ще чорна або й зелена, вкрита хіба золотистими або й зеленими коверцями й килимами. Нагодована нашими руками, пещена нашою дбайливістю, огрівана нашою любов'ю. Але ми вернемося, ми вернемося, лише ми ще не готові. Ще є в нас якась сила, ще вона дійствує — не чуєте нас?.</w:t>
      </w:r>
    </w:p>
    <w:p>
      <w:r>
        <w:br/>
        <w:t>Не чуєте нас?</w:t>
      </w:r>
    </w:p>
    <w:p>
      <w:r>
        <w:br/>
        <w:t>Напружіть ваш зір, насторожіть ваші вуха, а переконаєтеся, скільки нас ще є.</w:t>
      </w:r>
    </w:p>
    <w:p>
      <w:r>
        <w:br/>
        <w:t>Будьте терпеливі,— не перебивайте нам; плач задержіть в собі. А зітхання й молитви не посилайте навздогін за нами. Вони нам перешкоджають і з гробниці серця камінь відвалюють. Або ні, моліться за нас, моліться, десь Христос, він є, змореною тінню волочиться, забагато праці, може, з ніг святих валиться, або, або стріли з оружжя, прости господи. впрост під небеса несе. Земля аж розрита!! Щохвилі пащу роззявляє, пити хоче. Що білого коня дожидається.</w:t>
      </w:r>
    </w:p>
    <w:p>
      <w:r>
        <w:br/>
        <w:t>* * *</w:t>
      </w:r>
    </w:p>
    <w:p>
      <w:r>
        <w:br/>
        <w:t>(Пристань з жінками й дітьми, що виглядають своїх мужів, батьків і братів).</w:t>
      </w:r>
    </w:p>
    <w:p>
      <w:r>
        <w:br/>
        <w:t>Всі заслоняють очі руками, бо якась кривава ясність разить їх зір. Худі, змарнілі, пообдирані, постарілі постаті, осяяні кривавим світлом сонця, що клониться до заходу й от-от, здається, зникне з обрію, а замість себе пішле мряку, що, як звичайно, тут же оповиває все в свої сірі серпанки.</w:t>
      </w:r>
    </w:p>
    <w:p>
      <w:r>
        <w:br/>
        <w:t>Чи не вертаються ще вони? Питаються їх уста, серця, як ще довго ждати їм? Раз, і другий раз, ба й четвертий вже раз опало листя з дерев, знов зазеленіло, і знов білість снігова покрила все. А їх все нема, нема і нема. І молили, й благали, служби гуртами по церквах наймали. Мовчки ждали, потішаючись, хіба нічними снами, привидами мужів, батьків і братів, що ніби десь здалека, з поля, з ровів, з-поміж скель сунули на них з виху-ділими обличчями, з божевільними очима, що бачили червоні страхіття війни, немов понадгризувані дикими звірями, з роззявленими ранами на тілі, одні без рук, другі без ніг, кульгаючи, спотикаючись, падаючи й знов підіймаючись.</w:t>
      </w:r>
    </w:p>
    <w:p>
      <w:r>
        <w:br/>
        <w:t>— Хто нам ріллю обробить і засіє? Вона все ще не орана! — жалілися, перекидуючися між собою словами, ніби камінням, так якось твердо та й тупо, і усміхаючись чудним, мовби посліднім усміхом.</w:t>
      </w:r>
    </w:p>
    <w:p>
      <w:r>
        <w:br/>
        <w:t>— Вона вже поорана й полита, та чорна земля,— загуло щось у воздусі глухо,— без рук ваших чоловіків, батьків і братів.</w:t>
      </w:r>
    </w:p>
    <w:p>
      <w:r>
        <w:br/>
        <w:t>Грім якоїсь потужної сили заревів понад їх головами й понісся вдаль, полишаючи жах і зойк між жінками й дітьми:</w:t>
      </w:r>
    </w:p>
    <w:p>
      <w:r>
        <w:br/>
        <w:t>— Вже можна з неї збирати і сівбу. Не догадуєтеся?</w:t>
      </w:r>
    </w:p>
    <w:p>
      <w:r>
        <w:br/>
        <w:t>— Так, так, догадуємося.</w:t>
      </w:r>
    </w:p>
    <w:p>
      <w:r>
        <w:br/>
        <w:t>— Одіж забрали, тіло обсіло чорне вороння мухою, а кості, одні білі кості осталися нам. Вдовам, сиротам, а там і землі.</w:t>
      </w:r>
    </w:p>
    <w:p>
      <w:r>
        <w:br/>
        <w:t>(По часі, знов ті самі, знову благання).</w:t>
      </w:r>
    </w:p>
    <w:p>
      <w:r>
        <w:br/>
        <w:t>— Вертайтеся вже!! — залунав з усіх грудей одностайний поклик і станув.— Вертайтеся!</w:t>
      </w:r>
    </w:p>
    <w:p>
      <w:r>
        <w:br/>
        <w:t>І разом з тим почалося штовхання дітей, що тиснулися до матерів, тут несміло, там упорливо, і плакали, домагаючися хліба. Обмерзлі, почервонілі, дрібні п'ястуки притискали до очей, били матерів в плечі, визиваючи їх грубими словами, караючи за голодові терпіння і за нетоплені хати.</w:t>
      </w:r>
    </w:p>
    <w:p>
      <w:r>
        <w:br/>
        <w:t>— Ми скажемо татові, скажемо! — грозили деякі викривляючися і проклинаючи своїх матерів, що відверталися від них і шукали завзято очима далечінь.— Ая, скажемо все. Ми не такі, як ви гадаєте — і знаємо все.</w:t>
      </w:r>
    </w:p>
    <w:p>
      <w:r>
        <w:br/>
        <w:t>І про те, про що ви мовчите.</w:t>
      </w:r>
    </w:p>
    <w:p>
      <w:r>
        <w:br/>
        <w:t>Дарма, що вижидаєте їх з тамтої сторони.</w:t>
      </w:r>
    </w:p>
    <w:p>
      <w:r>
        <w:br/>
        <w:t>Ваші очі звернені, як на образах, догори, заповняєте церкви, зачиняючи нас дома в голоді й холоді, щоби ми не бігли за вами — і нічого не знали. Скажемо все.</w:t>
      </w:r>
    </w:p>
    <w:p>
      <w:r>
        <w:br/>
        <w:t>* * *</w:t>
      </w:r>
    </w:p>
    <w:p>
      <w:r>
        <w:br/>
        <w:t>(Пристань мужеська, оповита клубами диму, закутана в темряву, крізь яку тут і там виблискує вогонь, зближається і віддаляється від пристані жіночої).</w:t>
      </w:r>
    </w:p>
    <w:p>
      <w:r>
        <w:br/>
        <w:t>Вас нетерплячка огортає?</w:t>
      </w:r>
    </w:p>
    <w:p>
      <w:r>
        <w:br/>
        <w:t>Бо і в нас вона ржею в'їлася.</w:t>
      </w:r>
    </w:p>
    <w:p>
      <w:r>
        <w:br/>
        <w:t>Чи то ми творимо час? Що ми є? Колись ми були, була минувшина й сучасність, казки миру були, не життя.</w:t>
      </w:r>
    </w:p>
    <w:p>
      <w:r>
        <w:br/>
        <w:t>Тепер нас згортають як розсипане сміття, і де нас дінуть? Але цього вам не треба знати. Так. Не треба знати, куди нас позаганяли, що значить далека дорога. То в один нас кут пересувають, то в другий. І кидають кості ненависті між нас, щоби ми троїлися ними, щоби мучилися гадками про вас і про те, що застанемо, як вернемося додому. З-під ніг нам грунт виривають.</w:t>
      </w:r>
    </w:p>
    <w:p>
      <w:r>
        <w:br/>
        <w:t>Сковані словами в цілість і присягою — ми себе розважаємо.</w:t>
      </w:r>
    </w:p>
    <w:p>
      <w:r>
        <w:br/>
        <w:t>Не чуєте наших співів здалека? Здалека, здалека, де вовки нас окружають, коли нас дошками прикривають, землею пересипують, щоб могли почерез них і другі переходити.</w:t>
      </w:r>
    </w:p>
    <w:p>
      <w:r>
        <w:br/>
        <w:t>Ми ще не готові.</w:t>
      </w:r>
    </w:p>
    <w:p>
      <w:r>
        <w:br/>
        <w:t>І як же так скоро?</w:t>
      </w:r>
    </w:p>
    <w:p>
      <w:r>
        <w:br/>
        <w:t>Білий кінь коло нас ще не станув, радісно не заіржав, добру вість не приносив.</w:t>
      </w:r>
    </w:p>
    <w:p>
      <w:r>
        <w:br/>
        <w:t>Ми ж не крилаті птахи, щоб збитись висотою. Тут і земля не та, що в нас. По одній стороні червоні маки на ній процвітають, рови заповняють, могили прикрашають, — з другої вона вічним снігом покрита. І сюди нас висилають, щоб ми степи заповняли, гей, гей, жінки, ще й як заповняли! Ніхто з нас відти не поверне, як дійде. А хто поверне, маревом перед вами стане. Кості свої зложити до вас прийде, білий волос показати. Мову свою загубить. Замерзлою сніжинкою впаде слово, заким до вашого вуха дійде.</w:t>
      </w:r>
    </w:p>
    <w:p>
      <w:r>
        <w:br/>
        <w:t>Ми, очікувані вами, не можемо ще вертати. Багато нас новим кроком іде. Поволі, поволі, одною ногою, з глухим стуком милиць і костурів, обміняних за колишнє чародійне, блискуче оружжя.</w:t>
      </w:r>
    </w:p>
    <w:p>
      <w:r>
        <w:br/>
        <w:t>Новим кроком.</w:t>
      </w:r>
    </w:p>
    <w:p>
      <w:r>
        <w:br/>
        <w:t>Ми ще не вернемося скоро.</w:t>
      </w:r>
    </w:p>
    <w:p>
      <w:r>
        <w:br/>
        <w:t>Ще не дожидайтеся нас.</w:t>
      </w:r>
    </w:p>
    <w:p>
      <w:r>
        <w:br/>
        <w:t>Ще листя не опало востаннє з високої деревини</w:t>
      </w:r>
    </w:p>
    <w:p>
      <w:r>
        <w:br/>
        <w:t>Ще очі молодих борців ясні й уста їх не кривляться від зневіри. Не бачили того, що бачимо й бачили ми, передвчасно постарілі старці,— але вам не треба цього знати. Ви, ви знаєте що інше. Ви, вірні матері синів, героїв своїх, нетерпеливі сестри, молоді жінки й цвітучі дівчата!</w:t>
      </w:r>
    </w:p>
    <w:p>
      <w:r>
        <w:br/>
        <w:t>Дожидайтеся нас! Вам не гірше, нам не ліпше. Дожидайтеся!</w:t>
      </w:r>
    </w:p>
    <w:p>
      <w:r>
        <w:br/>
        <w:t>Вслухуйтеся в гук гармат і в те, що за ними миттю слідкує. Заповняє воздух.</w:t>
      </w:r>
    </w:p>
    <w:p>
      <w:r>
        <w:br/>
        <w:t>Це рвуться струни.</w:t>
      </w:r>
    </w:p>
    <w:p>
      <w:r>
        <w:br/>
        <w:t>Ті, що нас з вами в'язали, й ті, що вас до нас тягнули.</w:t>
      </w:r>
    </w:p>
    <w:p>
      <w:r>
        <w:br/>
        <w:t>А ви мовчіть, поети-птахи! Звертайтеся до неба й землю цілуйте. Хай не тяжить вона нам на зранених грудях, бо ми вернемося, вернемося до вас, лиш ще пождіть часок.</w:t>
      </w:r>
    </w:p>
    <w:p>
      <w:r>
        <w:br/>
        <w:t>* * *</w:t>
      </w:r>
    </w:p>
    <w:p>
      <w:r>
        <w:br/>
        <w:t>(Пристань з жінками, дітьми й старцями. Над ними в воздусі гуркіт гармат, а містом вулицями сховалася мовчанка; уриваний віддих страху літає. Здавлені сльози пробиваються з очей, а побілілі уста жінок й дітей відмикаються майже несвідомо, щоб пропустити зойк ляку й розпуки).</w:t>
      </w:r>
    </w:p>
    <w:p>
      <w:r>
        <w:br/>
        <w:t>Думали, вже настане конець, бо дерева наново обновляли листя,— а воно знову, знову потрясає землею.</w:t>
      </w:r>
    </w:p>
    <w:p>
      <w:r>
        <w:br/>
        <w:t>А що там, на протилежній стороні, діється, — хто це знає?</w:t>
      </w:r>
    </w:p>
    <w:p>
      <w:r>
        <w:br/>
        <w:t>Гадки чорними питаннями снуються по головах.</w:t>
      </w:r>
    </w:p>
    <w:p>
      <w:r>
        <w:br/>
        <w:t>— Діти, мовчіть, не пищіть все: хліба! Відки ж ми його візьмемо? Пождіть. Раз батьки прецінь вернуться!</w:t>
      </w:r>
    </w:p>
    <w:p>
      <w:r>
        <w:br/>
        <w:t>(Діти): Батьки не вертаються! Ми не хочемо так довго ждати. Хліба! Мамо, хліба! А ні, ми підемо до них в найми!</w:t>
      </w:r>
    </w:p>
    <w:p>
      <w:r>
        <w:br/>
        <w:t>— Зрадники прокляті, зрадники в зародку, чи на те ми вас годували своєю кров'ю? Спам'ятайтеся!</w:t>
      </w:r>
    </w:p>
    <w:p>
      <w:r>
        <w:br/>
        <w:t>(Плачі й ридання): Мамо, хліба! Лише хліба!..</w:t>
      </w:r>
    </w:p>
    <w:p>
      <w:r>
        <w:br/>
        <w:t>Високорослі колись, тепер похилені старці здіймають грізно худощаві руки з грубими п'ястуками, що нагадують затверділі, чорні грудки землі, і махають ними кудись в далечінь:</w:t>
      </w:r>
    </w:p>
    <w:p>
      <w:r>
        <w:br/>
        <w:t>— Вертайтеся, сини й внуки наші! Вертайтеся, герої, щоби слід по собі на землі своїй оставити!</w:t>
      </w:r>
    </w:p>
    <w:p>
      <w:r>
        <w:br/>
        <w:t>— А відтак, станувши в малий, тісний гурток, прислухувалися, як один із них про щось півголосом говорив:</w:t>
      </w:r>
    </w:p>
    <w:p>
      <w:r>
        <w:br/>
        <w:t>— Раз було,— оповідав,— колись давно-давно одне славне плем'я. І був в нього, кажуть, звичай чудний. Раз у рік виходила кожда жінка чи дівчина на базар (деякі кажуть, що перед брами міста або перед святиню богині) і там мусила вижидаючи стояти доти, доки не надійшов який чужинець, що, бажаючи її, кидав їй золото в подолок. За ним мусила вона йти.</w:t>
      </w:r>
    </w:p>
    <w:p>
      <w:r>
        <w:br/>
        <w:t>Той гріш-золото був святий і віддавався потім богині. А вона могла по всьому вертатися додому.</w:t>
      </w:r>
    </w:p>
    <w:p>
      <w:r>
        <w:br/>
        <w:t>— Браття,— додав похмуро, закінчуючи своє оповідання,— ми не є славне плем'я, а жіноцтво наше, чи жертвується воно святиням?</w:t>
      </w:r>
    </w:p>
    <w:p>
      <w:r>
        <w:br/>
        <w:t>І звертаючись обличчям до далекої пристані муже-ської, кликав в супроводі інших голосів:</w:t>
      </w:r>
    </w:p>
    <w:p>
      <w:r>
        <w:br/>
        <w:t>— Вертайтеся, сини й внуки наші, вертайтеся, браття і герої, щоб слід по собі на своїй землі оставити!</w:t>
      </w:r>
    </w:p>
    <w:p>
      <w:r>
        <w:br/>
        <w:t>— На своїй землі оставити,— відчулося ледве чутним відгомоном і згубилося, мов хвиля розплилася в просторі моря.</w:t>
      </w:r>
    </w:p>
    <w:p>
      <w:r>
        <w:br/>
        <w:t>* * *</w:t>
      </w:r>
    </w:p>
    <w:p>
      <w:r>
        <w:br/>
        <w:t>(З пристані мужеської).</w:t>
      </w:r>
    </w:p>
    <w:p>
      <w:r>
        <w:br/>
        <w:t>Ми вернемося, батьки й приятелі наші, колишні друзі наші, вчителі добра й любові! Ми вернемося, — але ще ми сліпі й не бачимо стежки, що додому веде, ще йдемо ми навпомацки. Веде нас одна надія.</w:t>
      </w:r>
    </w:p>
    <w:p>
      <w:r>
        <w:br/>
        <w:t>Ми не мертві.</w:t>
      </w:r>
    </w:p>
    <w:p>
      <w:r>
        <w:br/>
        <w:t>Ми будемо.</w:t>
      </w:r>
    </w:p>
    <w:p>
      <w:r>
        <w:br/>
        <w:t>Чернівці, 2 лютня 1917.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