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Снище</w:t>
      </w:r>
    </w:p>
    <w:p>
      <w:r>
        <w:br/>
        <w:t xml:space="preserve"> &lt;blockquote&gt;&lt;p&gt; Буває сон, буває й снище!</w:t>
      </w:r>
    </w:p>
    <w:p>
      <w:r>
        <w:br/>
        <w:t>Сон – то пусте, розвіється од сонця,</w:t>
      </w:r>
    </w:p>
    <w:p>
      <w:r>
        <w:br/>
        <w:t>а снище – річ тяжка, то віще щось.</w:t>
      </w:r>
    </w:p>
    <w:p>
      <w:r>
        <w:br/>
        <w:t>З мудрості старосвітських людей.</w:t>
      </w:r>
    </w:p>
    <w:p>
      <w:r>
        <w:br/>
        <w:t>Сон мені дивний приснився: крила у мене зросли – дужі, широкії крила.</w:t>
      </w:r>
    </w:p>
    <w:p>
      <w:r>
        <w:br/>
        <w:t>В небо високе збиралась летіти, силу свою попитати, вільної волі зазнати, з розуму й волі вінець утворити – найкращого людського щастя вінець.</w:t>
      </w:r>
    </w:p>
    <w:p>
      <w:r>
        <w:br/>
        <w:t>Та в тую ж хвилину, коли переповнилось вщерть моє серце могутнім отим предчуттям, враз щось страшне, невідоме на його злягло, придавило, неначе морозом скувало.</w:t>
      </w:r>
    </w:p>
    <w:p>
      <w:r>
        <w:br/>
        <w:t>Летіти! Летіти! Тікати мерщій од важкої мари! У мене ж бо крила, могутнії, бистрії крила!</w:t>
      </w:r>
    </w:p>
    <w:p>
      <w:r>
        <w:br/>
        <w:t>Силкуюся їх розгорнути… розпростую… стріпую… міцно махаю – із крил підіймається густою хмарою міль…</w:t>
      </w:r>
    </w:p>
    <w:p>
      <w:r>
        <w:br/>
        <w:t>Даремне махаю я крилами: пір’я летить, обголяються, падають крила, міль же беззвучно тріпоче-тріпоче своїми крильцями, мигтить мені в очі глузливо.</w:t>
      </w:r>
    </w:p>
    <w:p>
      <w:r>
        <w:br/>
        <w:t>Я скрикнути хочу страшенно, розпачливо, грізно, щоб криком весь світ розбудити і тую мару залякати – з горла мого не виходить і жадного звука.</w:t>
      </w:r>
    </w:p>
    <w:p>
      <w:r>
        <w:br/>
        <w:t>Я в розпачі горло своє роздираю, я бачити хочу, де голос мій дівся – і там, замість струн голосних, намацую щось невідоме: біле, м’яке та глухе, наче вовна.</w:t>
      </w:r>
    </w:p>
    <w:p>
      <w:r>
        <w:br/>
        <w:t>Закладаю руки у виразку глибше, щоб разом і серце дістати, та – враз прокидаюсь.</w:t>
      </w:r>
    </w:p>
    <w:p>
      <w:r>
        <w:br/>
        <w:t>Так! Богові дяка, то був тільки сон! Той сон навісний розтає, наче піна… А що ж на душі отак важко?</w:t>
      </w:r>
    </w:p>
    <w:p>
      <w:r>
        <w:br/>
        <w:t>Померкла за вікнами місячна ніч; кругом розпливлися і стеля, і стіни, знайоме життя провалилось кудись, з німого страшного провалля дихає холодом мертвим питання: для чого жилось?..</w:t>
      </w:r>
    </w:p>
    <w:p>
      <w:r>
        <w:br/>
        <w:t>Силкуюся знову заснути, мару ту страшну задурити… Ні, годі! Дарма! До повної пам’яті тільки доходжу і бачу, що дійсність ще важча од сну і навіть не знаєш, чи матимеш змогу подякувать в тую хвилину, коли неминучая смерть тебе збудить од снища земного життя.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Снище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