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Смута</w:t>
      </w:r>
    </w:p>
    <w:p>
      <w:r>
        <w:br/>
        <w:t xml:space="preserve"> Чого ти, козаче, чого ти, бурлаче,</w:t>
      </w:r>
    </w:p>
    <w:p>
      <w:r>
        <w:br/>
        <w:t>Як вітер осінній в діброві заплаче,</w:t>
      </w:r>
    </w:p>
    <w:p>
      <w:r>
        <w:br/>
        <w:t>Головоньку схилиш, слізьми обіллєшся,</w:t>
      </w:r>
    </w:p>
    <w:p>
      <w:r>
        <w:br/>
        <w:t>Від думки, від горя у поле плетешся?</w:t>
      </w:r>
    </w:p>
    <w:p>
      <w:r>
        <w:br/>
        <w:t>Хіба ж ти, козаче, із вітром здружився,</w:t>
      </w:r>
    </w:p>
    <w:p>
      <w:r>
        <w:br/>
        <w:t>Що вітер заплакав, а ти й зажурився;</w:t>
      </w:r>
    </w:p>
    <w:p>
      <w:r>
        <w:br/>
        <w:t>Хіба тобі ні з ким ділитися горем,</w:t>
      </w:r>
    </w:p>
    <w:p>
      <w:r>
        <w:br/>
        <w:t>Як тільки що з вітром, як тільки що з полем?</w:t>
      </w:r>
    </w:p>
    <w:p>
      <w:r>
        <w:br/>
        <w:t>Хіба ж хто руйнує козацькую волю?</w:t>
      </w:r>
    </w:p>
    <w:p>
      <w:r>
        <w:br/>
        <w:t>Хіба ж помарніло у чистому полю?</w:t>
      </w:r>
    </w:p>
    <w:p>
      <w:r>
        <w:br/>
        <w:t>Схотілось гуляти – багацько простору</w:t>
      </w:r>
    </w:p>
    <w:p>
      <w:r>
        <w:br/>
        <w:t>Від чорного Бугу до тихого Тору.</w:t>
      </w:r>
    </w:p>
    <w:p>
      <w:r>
        <w:br/>
        <w:t>Чого твої очі, – такі ясні очі, –</w:t>
      </w:r>
    </w:p>
    <w:p>
      <w:r>
        <w:br/>
        <w:t>Як зірки вкраїнські о самій півночі,</w:t>
      </w:r>
    </w:p>
    <w:p>
      <w:r>
        <w:br/>
        <w:t>Сльозами наллються, як глянуть на гори,</w:t>
      </w:r>
    </w:p>
    <w:p>
      <w:r>
        <w:br/>
        <w:t>Де сонечко красне сідає у морі?</w:t>
      </w:r>
    </w:p>
    <w:p>
      <w:r>
        <w:br/>
        <w:t>Ой, мабуть, мила твоя там витає,</w:t>
      </w:r>
    </w:p>
    <w:p>
      <w:r>
        <w:br/>
        <w:t>Де сонечко ясне за горн сідає!</w:t>
      </w:r>
    </w:p>
    <w:p>
      <w:r>
        <w:br/>
        <w:t>Ой, мабуть, хлопче, недобра та мила.</w:t>
      </w:r>
    </w:p>
    <w:p>
      <w:r>
        <w:br/>
        <w:t>Що хлопця навіки без жалю згубила!</w:t>
      </w:r>
    </w:p>
    <w:p>
      <w:r>
        <w:br/>
        <w:t>Як орлиця в лісі весною воркує,</w:t>
      </w:r>
    </w:p>
    <w:p>
      <w:r>
        <w:br/>
        <w:t>Чого твоє серце, козаче, сумує?</w:t>
      </w:r>
    </w:p>
    <w:p>
      <w:r>
        <w:br/>
        <w:t>Чого воно тихне, либонь умирає,</w:t>
      </w:r>
    </w:p>
    <w:p>
      <w:r>
        <w:br/>
        <w:t>Коли соловейко в садку заспіває?</w:t>
      </w:r>
    </w:p>
    <w:p>
      <w:r>
        <w:br/>
        <w:t>Як наші дівчата смерком коло хати</w:t>
      </w:r>
    </w:p>
    <w:p>
      <w:r>
        <w:br/>
        <w:t>Зачнуть собі гарно співанки співати, –</w:t>
      </w:r>
    </w:p>
    <w:p>
      <w:r>
        <w:br/>
        <w:t>Чого ти, козаче, тоді не співаєш,</w:t>
      </w:r>
    </w:p>
    <w:p>
      <w:r>
        <w:br/>
        <w:t>А тільки що нишком слізки утираєш?</w:t>
      </w:r>
    </w:p>
    <w:p>
      <w:r>
        <w:br/>
        <w:t>Хіба ж тобі жити на світі не мило,</w:t>
      </w:r>
    </w:p>
    <w:p>
      <w:r>
        <w:br/>
        <w:t>Що очі померкли, а личко змарніло?</w:t>
      </w:r>
    </w:p>
    <w:p>
      <w:r>
        <w:br/>
        <w:t>Закинь же, козаче, за гору кручину –</w:t>
      </w:r>
    </w:p>
    <w:p>
      <w:r>
        <w:br/>
        <w:t>Вона уженє-бо тебе в домовину.</w:t>
      </w:r>
    </w:p>
    <w:p>
      <w:r>
        <w:br/>
        <w:t>"Не кину кручини! – козак відвічає. –</w:t>
      </w:r>
    </w:p>
    <w:p>
      <w:r>
        <w:br/>
        <w:t>Нехай болить серце, нехай ізниває!</w:t>
      </w:r>
    </w:p>
    <w:p>
      <w:r>
        <w:br/>
        <w:t>Тоді тільки, братці, всю смуту покину,</w:t>
      </w:r>
    </w:p>
    <w:p>
      <w:r>
        <w:br/>
        <w:t>Коли лях поганий покине Вкраїну!"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Смута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