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Каїна</w:t>
      </w:r>
    </w:p>
    <w:p>
      <w:r>
        <w:br/>
        <w:t xml:space="preserve"> Убивши брата, Каїн много літ&lt;br /&gt;</w:t>
        <w:br/>
        <w:t>Блукав по світі. Мов бичі криваві,&lt;br /&gt;</w:t>
        <w:br/>
        <w:t>Його гонило щось із краю в край.&lt;br /&gt;</w:t>
        <w:br/>
        <w:t>І був весь світ ненависний йому,&lt;br /&gt;</w:t>
        <w:br/>
        <w:t>Ненависна земля, і море, й ранній&lt;br /&gt;</w:t>
        <w:br/>
        <w:t>Пожар небес, і тихозора ніч.&lt;br /&gt;</w:t>
        <w:br/>
        <w:t>Ненависні були йому всі люди:&lt;br /&gt;</w:t>
        <w:br/>
        <w:t>Бо в кождому лиці людському бачив&lt;br /&gt;</w:t>
        <w:br/>
        <w:t>Криваве, синє Авеля лице —&lt;br /&gt;</w:t>
        <w:br/>
        <w:t>То в передсмертних судрогах, то знов&lt;br /&gt;</w:t>
        <w:br/>
        <w:t>З застиглим виразом страшного болю.&lt;br /&gt;</w:t>
        <w:br/>
        <w:t>Докору й передсмертної тривоги.&lt;br /&gt;</w:t>
        <w:br/>
        <w:t>Ненависна була йому і та,&lt;br /&gt;</w:t>
        <w:br/>
        <w:t>Котру колись любив він більш вітця,&lt;br /&gt;</w:t>
        <w:br/>
        <w:t>І матері, і більш всього на світі,—&lt;br /&gt;</w:t>
        <w:br/>
        <w:t>Його сестра І жінка враз, нелюба&lt;br /&gt;</w:t>
        <w:br/>
        <w:t>За те, що їй ім'я було — людина,&lt;br /&gt;</w:t>
        <w:br/>
        <w:t>Що Авелеві були в неї очі,&lt;br /&gt;</w:t>
        <w:br/>
        <w:t>І голос Авелів, і серце щире,—&lt;br /&gt;</w:t>
        <w:br/>
        <w:t>За те, що так його любила вірно,&lt;br /&gt;</w:t>
        <w:br/>
        <w:t>Що, хоч сама невинна й чиста серцем,&lt;br /&gt;</w:t>
        <w:br/>
        <w:t>Не вагувалася для нього все&lt;br /&gt;</w:t>
        <w:br/>
        <w:t>Покинути, з проклятим поділити&lt;br /&gt;</w:t>
        <w:br/>
        <w:t>Його прокляту долю.</w:t>
      </w:r>
    </w:p>
    <w:p>
      <w:r>
        <w:br/>
        <w:t>Наче тінь,&lt;br /&gt;</w:t>
        <w:br/>
        <w:t>Вона ходила з ним. Із уст її&lt;br /&gt;</w:t>
        <w:br/>
        <w:t>Ніколи Каїн не почув докору,&lt;br /&gt;</w:t>
        <w:br/>
        <w:t>Хоч вид її, і голос, і любов&lt;br /&gt;</w:t>
        <w:br/>
        <w:t>Були йому найтяжчим, ненастанним&lt;br /&gt;</w:t>
        <w:br/>
        <w:t>Докором. Інколи, як лютий біль&lt;br /&gt;</w:t>
        <w:br/>
        <w:t>Осилював його, він, мов безумний,&lt;br /&gt;</w:t>
        <w:br/>
        <w:t>Гнав геть її від себе — І, послушна,&lt;br /&gt;</w:t>
        <w:br/>
        <w:t>Вона щезала, тихим, скорбним гостем&lt;br /&gt;</w:t>
        <w:br/>
        <w:t>Являлась між людей, дітей, онуків,&lt;br /&gt;</w:t>
        <w:br/>
        <w:t>Та не надовго. Як прийшла таємно,&lt;br /&gt;</w:t>
        <w:br/>
        <w:t>Так і щезала, і в пустиню йшла,&lt;br /&gt;</w:t>
        <w:br/>
        <w:t>Чуттям угадуючи ті стежки,&lt;br /&gt;</w:t>
        <w:br/>
        <w:t>Куди блукав її нещасний брат.&lt;br /&gt;</w:t>
        <w:br/>
        <w:t>Була мов нитка срібна, що в'язала&lt;br /&gt;</w:t>
        <w:br/>
        <w:t>Самотнього, запеклого з життям&lt;br /&gt;</w:t>
        <w:br/>
        <w:t>Людей. Теплом, що жеврілось в її&lt;br /&gt;</w:t>
        <w:br/>
        <w:t>Жіночім серці, силувалась гріти&lt;br /&gt;</w:t>
        <w:br/>
        <w:t>Убійці душу.&lt;br /&gt;</w:t>
        <w:br/>
        <w:t>Та дарма! Мов риба,&lt;br /&gt;</w:t>
        <w:br/>
        <w:t>Що б'єсь об остру кригу, аж сама&lt;br /&gt;</w:t>
        <w:br/>
        <w:t>В ній зціпеніє, так вона весь вік&lt;br /&gt;</w:t>
        <w:br/>
        <w:t>З сил вибивалась, мов лучина та&lt;br /&gt;</w:t>
        <w:br/>
        <w:t>Горіла й власним нищилась огнем.</w:t>
      </w:r>
    </w:p>
    <w:p>
      <w:r>
        <w:br/>
        <w:t>Раз в темних пралісах вони в скалистій&lt;br /&gt;</w:t>
        <w:br/>
        <w:t>Печері ночували. Втомлена,&lt;br /&gt;</w:t>
        <w:br/>
        <w:t>Вона заснула, голову поклавши&lt;br /&gt;</w:t>
        <w:br/>
        <w:t>На камінь. Каїн розложив огонь&lt;br /&gt;</w:t>
        <w:br/>
        <w:t>І сів побіля нього, в полум'я&lt;br /&gt;</w:t>
        <w:br/>
        <w:t>Втопивши очі. Фантастичні сцени&lt;br /&gt;</w:t>
        <w:br/>
        <w:t>І явища раз по раз виринали&lt;br /&gt;</w:t>
        <w:br/>
        <w:t>З огнистих язиків, і, ловлячи&lt;br /&gt;</w:t>
        <w:br/>
        <w:t>Їх поглядом, немов здрімався Каїн,—&lt;br /&gt;</w:t>
        <w:br/>
        <w:t>Сну тихого, правдивого давно,&lt;br /&gt;</w:t>
        <w:br/>
        <w:t>Давно не знали вже його повіки!&lt;br /&gt;</w:t>
        <w:br/>
        <w:t>А як настало рано, Каїн дармо&lt;br /&gt;</w:t>
        <w:br/>
        <w:t>Чекав, коли вона з постелі встане,&lt;br /&gt;</w:t>
        <w:br/>
        <w:t>У дикій тикві принесе води,&lt;br /&gt;</w:t>
        <w:br/>
        <w:t>Плодів нарве, коріння назбирає&lt;br /&gt;</w:t>
        <w:br/>
        <w:t>І меду на снідання. Сонце вже&lt;br /&gt;</w:t>
        <w:br/>
        <w:t>Підхопилось високо, зазирнуло&lt;br /&gt;</w:t>
        <w:br/>
        <w:t>Промінням скісним у нутро печери —&lt;br /&gt;</w:t>
        <w:br/>
        <w:t>Тоді до неї наблизився Каїн&lt;br /&gt;</w:t>
        <w:br/>
        <w:t>І зараз же пізнав, що сталось з нею.&lt;br /&gt;</w:t>
        <w:br/>
        <w:t>Ах, раз лишень в житті він бачив смерть,&lt;br /&gt;</w:t>
        <w:br/>
        <w:t>Та той один раз вистарчив повік,&lt;br /&gt;</w:t>
        <w:br/>
        <w:t>Щоб розпізнати смерть у всякім виді.&lt;br /&gt;</w:t>
        <w:br/>
        <w:t>А тут вона явилась так невинна.&lt;br /&gt;</w:t>
        <w:br/>
        <w:t>Та сумирна, та радісна! Лице,&lt;br /&gt;</w:t>
        <w:br/>
        <w:t>Недавно ще поморщене грижею&lt;br /&gt;</w:t>
        <w:br/>
        <w:t>І втомою, тепер мов просіяло,&lt;br /&gt;</w:t>
        <w:br/>
        <w:t>Відмолоділо. Та сама любов,&lt;br /&gt;</w:t>
        <w:br/>
        <w:t>Що за життя, й тепер на нім світилась,—&lt;br /&gt;</w:t>
        <w:br/>
        <w:t>Та щезла туга і тривожні думи,&lt;br /&gt;</w:t>
        <w:br/>
        <w:t>Немов все те, к чому душа її&lt;br /&gt;</w:t>
        <w:br/>
        <w:t>Неслась і рвалась за життя, було&lt;br /&gt;</w:t>
        <w:br/>
        <w:t>Осягнене тепер.&lt;br /&gt;</w:t>
        <w:br/>
        <w:t>Вид смерті разом&lt;br /&gt;</w:t>
        <w:br/>
        <w:t>Немов підтяв ного всю волю й силу.&lt;br /&gt;</w:t>
        <w:br/>
        <w:t>Ні болю він не чув, ні жалю в серці,&lt;br /&gt;</w:t>
        <w:br/>
        <w:t>А лиш безсилля, повне отупіння.&lt;br /&gt;</w:t>
        <w:br/>
        <w:t>Він сів над трупом і весь день, всю ніч&lt;br /&gt;</w:t>
        <w:br/>
        <w:t>Сидів недвижно. А на другий день&lt;br /&gt;</w:t>
        <w:br/>
        <w:t>Він знявсь, сухого листя наносив&lt;br /&gt;</w:t>
        <w:br/>
        <w:t>В печеру, трупа вкривши ним зовсім,&lt;br /&gt;</w:t>
        <w:br/>
        <w:t>Потім з гори каміння навалив&lt;br /&gt;</w:t>
        <w:br/>
        <w:t>І мучився весь день, кривавив руки,&lt;br /&gt;</w:t>
        <w:br/>
        <w:t>Аж завалив, забив ним вхід печери.&lt;br /&gt;</w:t>
        <w:br/>
        <w:t>Відтак омив криваві руки в річці —&lt;br /&gt;</w:t>
        <w:br/>
        <w:t>Так, як тоді, по смерті брата! — й звільна,&lt;br /&gt;</w:t>
        <w:br/>
        <w:t>Не оглядаючись, не відітхнувши,&lt;br /&gt;</w:t>
        <w:br/>
        <w:t>Пішов в пустиню.&lt;br /&gt;</w:t>
        <w:br/>
        <w:t>Де? Куди? Пощо?&lt;br /&gt;</w:t>
        <w:br/>
        <w:t>Про се давно не думав він. Що й думать?&lt;br /&gt;</w:t>
        <w:br/>
        <w:t>Куди б не йшов він, де б не завернув,&lt;br /&gt;</w:t>
        <w:br/>
        <w:t>Усюди сум однакий, самота&lt;br /&gt;</w:t>
        <w:br/>
        <w:t>Однака і однаке горе люте!</w:t>
      </w:r>
    </w:p>
    <w:p>
      <w:r>
        <w:br/>
        <w:t>Минувся ліс. Хрустить пісок пустині&lt;br /&gt;</w:t>
        <w:br/>
        <w:t>Під поступом важким. Там шакал виє&lt;br /&gt;</w:t>
        <w:br/>
        <w:t>В розсілині, орел у небі крикне,&lt;br /&gt;</w:t>
        <w:br/>
        <w:t>Сверщок самотній між піском цвіркоче,&lt;br /&gt;</w:t>
        <w:br/>
        <w:t>А там тиша довкола, мов в могилі,&lt;br /&gt;</w:t>
        <w:br/>
        <w:t>Не раз серед тиші тієї раптом&lt;br /&gt;</w:t>
        <w:br/>
        <w:t>Туман піску, мов велетень, здіймесь&lt;br /&gt;</w:t>
        <w:br/>
        <w:t>Сивавим стовпом аж під саме небо&lt;br /&gt;</w:t>
        <w:br/>
        <w:t>І, крутячись, по ровені пройдесь,&lt;br /&gt;</w:t>
        <w:br/>
        <w:t>Мов цар,— і враз простреться знов на землю,&lt;br /&gt;</w:t>
        <w:br/>
        <w:t>Мов привид, щезне.&lt;br /&gt;</w:t>
        <w:br/>
        <w:t>Сонця віз огнистий&lt;br /&gt;</w:t>
        <w:br/>
        <w:t>Хилився вже додолу. Без хмаринки&lt;br /&gt;</w:t>
        <w:br/>
        <w:t>Все небо жевріло, немов казан,&lt;br /&gt;</w:t>
        <w:br/>
        <w:t>В котрий води забув налить хазяїн.&lt;br /&gt;</w:t>
        <w:br/>
        <w:t>А втім ген-ген, на сукрайку самім,&lt;br /&gt;</w:t>
        <w:br/>
        <w:t>Де неба звід з пустинею зливався,&lt;br /&gt;</w:t>
        <w:br/>
        <w:t>Обоє пурпуром ярким облиті&lt;br /&gt;</w:t>
        <w:br/>
        <w:t>Під захід сонця,— видвиглося щось&lt;br /&gt;</w:t>
        <w:br/>
        <w:t>Високе, рівне, мов хрусталь блискуче.&lt;br /&gt;</w:t>
        <w:br/>
        <w:t>Чи то ріка, що ледом вся замерзла,&lt;br /&gt;</w:t>
        <w:br/>
        <w:t>Могучою рукою сторцом там&lt;br /&gt;</w:t>
        <w:br/>
        <w:t>Поставлена поперек краєвиду?&lt;br /&gt;</w:t>
        <w:br/>
        <w:t>Чи, може, то гра світла, жарт пустині,&lt;br /&gt;</w:t>
        <w:br/>
        <w:t>Що фантастичним видом вдаль манить?&lt;br /&gt;</w:t>
        <w:br/>
        <w:t>Похиле сонце золотом ярким&lt;br /&gt;</w:t>
        <w:br/>
        <w:t>Обсипало горішній край стіни,&lt;br /&gt;</w:t>
        <w:br/>
        <w:t>Її зубчасті виступи і башти,&lt;br /&gt;</w:t>
        <w:br/>
        <w:t>Що, мов ігли, тонуть в лазурі неба.&lt;br /&gt;</w:t>
        <w:br/>
        <w:t>А вниз, мов пурпуровий водопад,&lt;br /&gt;</w:t>
        <w:br/>
        <w:t>Спадав вечірній сутінок і звільна&lt;br /&gt;</w:t>
        <w:br/>
        <w:t>Тонув у темряві, що низ встеляла.&lt;br /&gt;</w:t>
        <w:br/>
        <w:t>І був сей вид для вандрівця німого&lt;br /&gt;</w:t>
        <w:br/>
        <w:t>Мов грім небесний і мов трус землі:&lt;br /&gt;</w:t>
        <w:br/>
        <w:t>Він став, мов вкопаний, поблід, мов труп,&lt;br /&gt;</w:t>
        <w:br/>
        <w:t>І очі, мов два яструби шпаркії,&lt;br /&gt;</w:t>
        <w:br/>
        <w:t>Послав туди, в далеку даль горючу.&lt;br /&gt;</w:t>
        <w:br/>
        <w:t>Ох, вид сей добре знаний був йому!&lt;br /&gt;</w:t>
        <w:br/>
        <w:t>Не раз наяві та у снах важких&lt;br /&gt;</w:t>
        <w:br/>
        <w:t>Йому являвся! Каїн затремтів,&lt;br /&gt;</w:t>
        <w:br/>
        <w:t>І гострий біль прошиб його нутро,&lt;br /&gt;</w:t>
        <w:br/>
        <w:t>Ненависть дика блиснула в очах,&lt;br /&gt;</w:t>
        <w:br/>
        <w:t>А на устах безкровних, що зціпились,&lt;br /&gt;</w:t>
        <w:br/>
        <w:t>Замерло недошептане прокляття.</w:t>
      </w:r>
    </w:p>
    <w:p>
      <w:r>
        <w:br/>
        <w:t>"То рай! Гніздо утраченого щастя,&lt;br /&gt;</w:t>
        <w:br/>
        <w:t>Що, наче сон, майнуло і пропало!&lt;br /&gt;</w:t>
        <w:br/>
        <w:t>То джерело безбережного горя,&lt;br /&gt;</w:t>
        <w:br/>
        <w:t>Що так пристало до людського роду,&lt;br /&gt;</w:t>
        <w:br/>
        <w:t>Мов власна шкура пристає до тіла,&lt;br /&gt;</w:t>
        <w:br/>
        <w:t>Що, поки жив, не вирвешся із неї!&lt;br /&gt;</w:t>
        <w:br/>
        <w:t>Проклятий будь ти, привиде зрадливий,&lt;br /&gt;</w:t>
        <w:br/>
        <w:t>Що лиш ятриш мої пекучі рани,&lt;br /&gt;</w:t>
        <w:br/>
        <w:t>А не даєш ні полекші, ні смерті!&lt;br /&gt;</w:t>
        <w:br/>
        <w:t>Проклятий будь і ти, і хвиля та,&lt;br /&gt;</w:t>
        <w:br/>
        <w:t>Коли тебе насаджено, коли&lt;br /&gt;</w:t>
        <w:br/>
        <w:t>Мій батько перший раз тебе побачив!&lt;br /&gt;</w:t>
        <w:br/>
        <w:t>В ім'я всіх мук людських, усеї туги,&lt;br /&gt;</w:t>
        <w:br/>
        <w:t>Усіх безцільних змагань будь проклятий!"&lt;br /&gt;</w:t>
        <w:br/>
        <w:t>Зціпивши зуби, відвернувся Каїн,&lt;br /&gt;</w:t>
        <w:br/>
        <w:t>Щоб геть іти,— та враз якийсь глибокий,&lt;br /&gt;</w:t>
        <w:br/>
        <w:t>Безмірний сум обняв його: почув&lt;br /&gt;</w:t>
        <w:br/>
        <w:t>Себе таким слабим, самим на світі.&lt;br /&gt;</w:t>
        <w:br/>
        <w:t>Таким нещасним, як іще ніколи.&lt;br /&gt;</w:t>
        <w:br/>
        <w:t>Схиливши голову, закрив лице&lt;br /&gt;</w:t>
        <w:br/>
        <w:t>Руками і стояв отак на місці,&lt;br /&gt;</w:t>
        <w:br/>
        <w:t>Кривавим світлом вечора облитий,&lt;br /&gt;</w:t>
        <w:br/>
        <w:t>А тінь його довжезна потяглась&lt;br /&gt;</w:t>
        <w:br/>
        <w:t>Ген-ген степом і в сумерку тонула.&lt;br /&gt;</w:t>
        <w:br/>
        <w:t>І забажалося йому ще раз&lt;br /&gt;</w:t>
        <w:br/>
        <w:t>Поглянути на захід. Мимоволі&lt;br /&gt;</w:t>
        <w:br/>
        <w:t>Полинув зір його туди, все тіло&lt;br /&gt;</w:t>
        <w:br/>
        <w:t>Туди звернулось. Та завзята воля&lt;br /&gt;</w:t>
        <w:br/>
        <w:t>Ще раз перемогла той порив, руки&lt;br /&gt;</w:t>
        <w:br/>
        <w:t>Закрили очі, та по хвилі знов&lt;br /&gt;</w:t>
        <w:br/>
        <w:t>Безсильні впали.</w:t>
      </w:r>
    </w:p>
    <w:p>
      <w:r>
        <w:br/>
        <w:t>Мов слабий в гарячці&lt;br /&gt;</w:t>
        <w:br/>
        <w:t>Якусь безумну почуває розкіш&lt;br /&gt;</w:t>
        <w:br/>
        <w:t>У власних ранах ритись, так і Каїн&lt;br /&gt;</w:t>
        <w:br/>
        <w:t>Не міг від того виду відірватись,&lt;br /&gt;</w:t>
        <w:br/>
        <w:t>Що все нутро його бентежив, в серці&lt;br /&gt;</w:t>
        <w:br/>
        <w:t>Клубами піднімав кипучу злість,&lt;br /&gt;</w:t>
        <w:br/>
        <w:t>Розпуку й жаль. Здавалося йому,&lt;br /&gt;</w:t>
        <w:br/>
        <w:t>Що півдуші в нім гнівно рветься пріч,&lt;br /&gt;</w:t>
        <w:br/>
        <w:t>А пів без пам'яті, мов нетля в жар,&lt;br /&gt;</w:t>
        <w:br/>
        <w:t>Летить туди, до брам хрустальних раю.&lt;br /&gt;</w:t>
        <w:br/>
        <w:t>Аж ось потало сонце, і нараз,&lt;br /&gt;</w:t>
        <w:br/>
        <w:t>Немов собака, спущена з припону,&lt;br /&gt;</w:t>
        <w:br/>
        <w:t>Наскочила на землю пітьма чорна,&lt;br /&gt;</w:t>
        <w:br/>
        <w:t>І вид чудовий щез в далекій далі.&lt;br /&gt;</w:t>
        <w:br/>
        <w:t>В знесиллі Каїн на пісок упав,&lt;br /&gt;</w:t>
        <w:br/>
        <w:t>Щоб ніч пробути. Дикий звір пустині&lt;br /&gt;</w:t>
        <w:br/>
        <w:t>Його не страшив: божеє клеймо,&lt;br /&gt;</w:t>
        <w:br/>
        <w:t>Наложене на нього, гнало геть&lt;br /&gt;</w:t>
        <w:br/>
        <w:t>Від нього всяку твар, усяку смерть,&lt;br /&gt;</w:t>
        <w:br/>
        <w:t>Та гнало геть і сон, і супокій,&lt;br /&gt;</w:t>
        <w:br/>
        <w:t>Всю ніч, мов риба в сіті, на піску&lt;br /&gt;</w:t>
        <w:br/>
        <w:t>Холодному він кидався і бився.&lt;br /&gt;</w:t>
        <w:br/>
        <w:t>А як на сході сонце запалало&lt;br /&gt;</w:t>
        <w:br/>
        <w:t>І озирнуло степ — в піску найшло&lt;br /&gt;</w:t>
        <w:br/>
        <w:t>Глибокий видолинок, де спав Каїн.</w:t>
      </w:r>
    </w:p>
    <w:p>
      <w:r>
        <w:br/>
        <w:t>А він уже віддавна був в дорозі —&lt;br /&gt;</w:t>
        <w:br/>
        <w:t>Ішов на захід. Щось тягло його&lt;br /&gt;</w:t>
        <w:br/>
        <w:t>Туди, хоч учорашній вид чудовий&lt;br /&gt;</w:t>
        <w:br/>
        <w:t>Скривала сива мгла, що залягла&lt;br /&gt;</w:t>
        <w:br/>
        <w:t>Густою лавою піввидокруга.&lt;br /&gt;</w:t>
        <w:br/>
        <w:t>Чого йому туди? Він сам не знав.&lt;br /&gt;</w:t>
        <w:br/>
        <w:t>Нічого там не ждав, не надіявсь,&lt;br /&gt;</w:t>
        <w:br/>
        <w:t>А все ж ішов. Так журавель, почувши,&lt;br /&gt;</w:t>
        <w:br/>
        <w:t>Що ген за морем, в північній країні,&lt;br /&gt;</w:t>
        <w:br/>
        <w:t>Весна зблизилась,— розпускає крила&lt;br /&gt;</w:t>
        <w:br/>
        <w:t>І, пісню дзвонячи, летить туди,&lt;br /&gt;</w:t>
        <w:br/>
        <w:t>За сотні миль, не дбаючи на бурі,&lt;br /&gt;</w:t>
        <w:br/>
        <w:t>На морські вали й хитрощі стрільців.&lt;br /&gt;</w:t>
        <w:br/>
        <w:t>Весь день у млі бродив він, наче в морі.&lt;br /&gt;</w:t>
        <w:br/>
        <w:t>Аж вечором розвіялась вона,&lt;br /&gt;</w:t>
        <w:br/>
        <w:t>І на хвилину з а ходяче сонце&lt;br /&gt;</w:t>
        <w:br/>
        <w:t>Вказало знов вчорашній вид чудовий:&lt;br /&gt;</w:t>
        <w:br/>
        <w:t>Хрустальні стіни, золотії башти,—&lt;br /&gt;</w:t>
        <w:br/>
        <w:t>Та так далеко в фантастичній далі,&lt;br /&gt;</w:t>
        <w:br/>
        <w:t>Що, бачилось, до неба вдвоє ближче.</w:t>
      </w:r>
    </w:p>
    <w:p>
      <w:r>
        <w:br/>
        <w:t>Та що йому та даль? Хоч крок людський&lt;br /&gt;</w:t>
        <w:br/>
        <w:t>І як дрібний, він перемірить ним&lt;br /&gt;</w:t>
        <w:br/>
        <w:t>Весь круг землі, дійде й до краю світу,&lt;br /&gt;</w:t>
        <w:br/>
        <w:t>Коли мета яка там є йому.&lt;br /&gt;</w:t>
        <w:br/>
        <w:t>Від смерті брата стільки, стільки літ&lt;br /&gt;</w:t>
        <w:br/>
        <w:t>Блукав він без мети, ганявсь, мов звір&lt;br /&gt;</w:t>
        <w:br/>
        <w:t>Сполоханий, щоб сам перед собою&lt;br /&gt;</w:t>
        <w:br/>
        <w:t>Сховатись,— аж ось перший раз мета&lt;br /&gt;</w:t>
        <w:br/>
        <w:t>Йому заблисла! Дух його стомлений&lt;br /&gt;</w:t>
        <w:br/>
        <w:t>На ній спочити може! Хай і так,&lt;br /&gt;</w:t>
        <w:br/>
        <w:t>Що се спочивок на тернах, на грані.&lt;br /&gt;</w:t>
        <w:br/>
        <w:t>Та все ж спочивок, віддих, забуття!&lt;br /&gt;</w:t>
        <w:br/>
        <w:t>І, перебувши ніч в пустині, знов&lt;br /&gt;</w:t>
        <w:br/>
        <w:t>В дорогу рушив. День за днем ішов він,&lt;br /&gt;</w:t>
        <w:br/>
        <w:t>А вид чудовий райських стін усе&lt;br /&gt;</w:t>
        <w:br/>
        <w:t>Йому являвся хоч на хвилю-другу,&lt;br /&gt;</w:t>
        <w:br/>
        <w:t>Дразнив його спокійним своїм блиском&lt;br /&gt;</w:t>
        <w:br/>
        <w:t>Та разом і манив до себе; щось&lt;br /&gt;</w:t>
        <w:br/>
        <w:t>Було, немов обіцянка таємна,&lt;br /&gt;</w:t>
        <w:br/>
        <w:t>В тім блиску золото-рожевім.</w:t>
      </w:r>
    </w:p>
    <w:p>
      <w:r>
        <w:br/>
        <w:t>Скупо&lt;br /&gt;</w:t>
        <w:br/>
        <w:t>Пустиня-мачуха його кормила&lt;br /&gt;</w:t>
        <w:br/>
        <w:t>Корінням, медом диких пчіл, поїла&lt;br /&gt;</w:t>
        <w:br/>
        <w:t>Солоною та затхлою водою.&lt;br /&gt;</w:t>
        <w:br/>
        <w:t>Та він привик до сього. Часто ріки,&lt;br /&gt;</w:t>
        <w:br/>
        <w:t>Широкі багна, соляні озера&lt;br /&gt;</w:t>
        <w:br/>
        <w:t>Перебігали шлях його. Безстрашно&lt;br /&gt;</w:t>
        <w:br/>
        <w:t>Ішов він в воду, з хвилями боровся,&lt;br /&gt;</w:t>
        <w:br/>
        <w:t>Вітрам, дощам і громам опирався.&lt;br /&gt;</w:t>
        <w:br/>
        <w:t>Природа мучити його могла,&lt;br /&gt;</w:t>
        <w:br/>
        <w:t>Як мачуха нелюблену дитину,—&lt;br /&gt;</w:t>
        <w:br/>
        <w:t>Та смерть його боялась.</w:t>
      </w:r>
    </w:p>
    <w:p>
      <w:r>
        <w:br/>
        <w:t>Інколи&lt;br /&gt;</w:t>
        <w:br/>
        <w:t>Його якась невиразима туга&lt;br /&gt;</w:t>
        <w:br/>
        <w:t>Проймала, то знов злість, ненависть люта&lt;br /&gt;</w:t>
        <w:br/>
        <w:t>Під горло підступала, серце тисла,&lt;br /&gt;</w:t>
        <w:br/>
        <w:t>Немов кліщами. Він грозив на захід,&lt;br /&gt;</w:t>
        <w:br/>
        <w:t>Кляв бога І себе. Та швидко напад&lt;br /&gt;</w:t>
        <w:br/>
        <w:t>Минав, він чув себе оп'ять безсильним.&lt;br /&gt;</w:t>
        <w:br/>
        <w:t>Нікчемним червом і в знесиллі падав&lt;br /&gt;</w:t>
        <w:br/>
        <w:t>Серед пустині і лежав, мов труп.&lt;br /&gt;</w:t>
        <w:br/>
        <w:t>І почала його проймать нетямна,&lt;br /&gt;</w:t>
        <w:br/>
        <w:t>Страшна тривога на ту саму думку,&lt;br /&gt;</w:t>
        <w:br/>
        <w:t>Що може не дійти він до мети.&lt;br /&gt;</w:t>
        <w:br/>
        <w:t>Тоді зривавсь і, мов хто гнав за ним,&lt;br /&gt;</w:t>
        <w:br/>
        <w:t>Заперши дух, спішив, і біг, і гнав,&lt;br /&gt;</w:t>
        <w:br/>
        <w:t>Глибоко грузнучи в піску пустині,&lt;br /&gt;</w:t>
        <w:br/>
        <w:t>По будяках ранив до крові ноги,&lt;br /&gt;</w:t>
        <w:br/>
        <w:t>І все на захід прямував.</w:t>
      </w:r>
    </w:p>
    <w:p>
      <w:r>
        <w:br/>
        <w:t>Як довго&lt;br /&gt;</w:t>
        <w:br/>
        <w:t>Спішив отак — хто знає. Бачилось&lt;br /&gt;</w:t>
        <w:br/>
        <w:t>Йому, що, може, й сотні літ. Усе&lt;br /&gt;</w:t>
        <w:br/>
        <w:t>Минувше, мов потоплена країна,&lt;br /&gt;</w:t>
        <w:br/>
        <w:t>Помалу западало в забуття;&lt;br /&gt;</w:t>
        <w:br/>
        <w:t>Остались тільки, як далеко взад&lt;br /&gt;</w:t>
        <w:br/>
        <w:t>Міг пам'яттю сягнути, спомини&lt;br /&gt;</w:t>
        <w:br/>
        <w:t>Отсеї дивної вандрівки.</w:t>
      </w:r>
    </w:p>
    <w:p>
      <w:r>
        <w:br/>
        <w:t>Врешті&lt;br /&gt;</w:t>
        <w:br/>
        <w:t>Дійшов до цілі. Вечір був бурливий&lt;br /&gt;</w:t>
        <w:br/>
        <w:t>І сонце вже за хмари закотилось,&lt;br /&gt;</w:t>
        <w:br/>
        <w:t>Коли, продроглий, хорий і нещасний,&lt;br /&gt;</w:t>
        <w:br/>
        <w:t>Під райською стіною станув Каїн.&lt;br /&gt;</w:t>
        <w:br/>
        <w:t>Весь низ її вже в пітьмі потонув.&lt;br /&gt;</w:t>
        <w:br/>
        <w:t>Далеко десь, неначе під землею,&lt;br /&gt;</w:t>
        <w:br/>
        <w:t>Грім гуркотав, і вітер за стіною&lt;br /&gt;</w:t>
        <w:br/>
        <w:t>Стогнав і плакав. Чи та ніч бурлива.&lt;br /&gt;</w:t>
        <w:br/>
        <w:t>Чи втома се вчинила, що в тій хвилі&lt;br /&gt;</w:t>
        <w:br/>
        <w:t>Якимсь немов спокійним чувся Каїн,&lt;br /&gt;</w:t>
        <w:br/>
        <w:t>І перший раз по смерті брата він,&lt;br /&gt;</w:t>
        <w:br/>
        <w:t>Як те дитя до мами, притулившись&lt;br /&gt;</w:t>
        <w:br/>
        <w:t>До зимної стіни, заснув сю ніч.</w:t>
      </w:r>
    </w:p>
    <w:p>
      <w:r>
        <w:br/>
        <w:t>Та супокою й тут він не найшов,&lt;br /&gt;</w:t>
        <w:br/>
        <w:t>І сни страшні всю ніч його томили.&lt;br /&gt;</w:t>
        <w:br/>
        <w:t>Він кидавсь, і кричав, і криком своїм&lt;br /&gt;</w:t>
        <w:br/>
        <w:t>Глушив могуче вітру завивання.&lt;br /&gt;</w:t>
        <w:br/>
        <w:t>А рано вставши, був немов розбитий,&lt;br /&gt;</w:t>
        <w:br/>
        <w:t>Ще більш нещасним чув себе, ніж досі.&lt;br /&gt;</w:t>
        <w:br/>
        <w:t>Холодний ранок був, все небо скрізь&lt;br /&gt;</w:t>
        <w:br/>
        <w:t>Засунулося хмарами й лило&lt;br /&gt;</w:t>
        <w:br/>
        <w:t>Дощу потоки. Наче сіре море,&lt;br /&gt;</w:t>
        <w:br/>
        <w:t>Тяглась пустиня в безконечну даль,&lt;br /&gt;</w:t>
        <w:br/>
        <w:t>Понура, в своїй величі грізна.&lt;br /&gt;</w:t>
        <w:br/>
        <w:t>А обіч, доки видко, одностайна&lt;br /&gt;</w:t>
        <w:br/>
        <w:t>Стіна, гладка мов лід, і височенна,&lt;br /&gt;</w:t>
        <w:br/>
        <w:t>Здається, аж до неба — ні проходу,&lt;br /&gt;</w:t>
        <w:br/>
        <w:t>Ні брами, ні наріжниць,— рівно-рівно&lt;br /&gt;</w:t>
        <w:br/>
        <w:t>Біжить вона, мов світ увесь надвоє&lt;br /&gt;</w:t>
        <w:br/>
        <w:t>На віки вічні перерізать хоче.&lt;br /&gt;</w:t>
        <w:br/>
        <w:t>А на межі двох велетнів таких —&lt;br /&gt;</w:t>
        <w:br/>
        <w:t>Пустині і стіни — він, Каїн, сам,&lt;br /&gt;</w:t>
        <w:br/>
        <w:t>Слабий, дрібненький, як ота комашка!&lt;br /&gt;</w:t>
        <w:br/>
        <w:t>Та ні, комашка ще щаслива! В неї&lt;br /&gt;</w:t>
        <w:br/>
        <w:t>Є крила, їй піднятись можна вгору,&lt;br /&gt;</w:t>
        <w:br/>
        <w:t>На верх стіни, заглянути у рай,&lt;br /&gt;</w:t>
        <w:br/>
        <w:t>В ту первісну, щасливу вітчину!&lt;br /&gt;</w:t>
        <w:br/>
        <w:t>Комашці підлій можна! А йому,&lt;br /&gt;</w:t>
        <w:br/>
        <w:t>Царю всіх творів, дідичеві раю,&lt;br /&gt;</w:t>
        <w:br/>
        <w:t>Йому не можна!&lt;br /&gt;</w:t>
        <w:br/>
        <w:t>І в німій розпуці&lt;br /&gt;</w:t>
        <w:br/>
        <w:t>Він головою бив о ту стіну,&lt;br /&gt;</w:t>
        <w:br/>
        <w:t>Бив кулаками, гриз зубами, поки,&lt;br /&gt;</w:t>
        <w:br/>
        <w:t>Знесилений, не впав, неначе труп.&lt;br /&gt;</w:t>
        <w:br/>
        <w:t>Три дні отак він бився. Крик його,&lt;br /&gt;</w:t>
        <w:br/>
        <w:t>Мов звіра раненого рев, тривожив&lt;br /&gt;</w:t>
        <w:br/>
        <w:t>Мертву тишу пустині. Інколи&lt;br /&gt;</w:t>
        <w:br/>
        <w:t>Він намагавсь молитись, але з уст&lt;br /&gt;</w:t>
        <w:br/>
        <w:t>Його гордії, богохульні речі&lt;br /&gt;</w:t>
        <w:br/>
        <w:t>Лились. Затвердле довгим болем серце&lt;br /&gt;</w:t>
        <w:br/>
        <w:t>Лиш шарпалось, коритись не могло.</w:t>
      </w:r>
    </w:p>
    <w:p>
      <w:r>
        <w:br/>
        <w:t>А далі втихомиривсь і сказав:&lt;br /&gt;</w:t>
        <w:br/>
        <w:t>"Нехай і так! Проклятий я, се знаю!&lt;br /&gt;</w:t>
        <w:br/>
        <w:t>Кров брата на моїх руках. Я стратив&lt;br /&gt;</w:t>
        <w:br/>
        <w:t>Дідицтво раю. Хай і так! Не місце&lt;br /&gt;</w:t>
        <w:br/>
        <w:t>Мені в йому. Та за весь біль безмірний,&lt;br /&gt;</w:t>
        <w:br/>
        <w:t>За всі ті муки без кінця, що зніс я&lt;br /&gt;</w:t>
        <w:br/>
        <w:t>Й зносити буду, доки тільки буду, —&lt;br /&gt;</w:t>
        <w:br/>
        <w:t>Одного лиш бажаю я, о боже!&lt;br /&gt;</w:t>
        <w:br/>
        <w:t>Дозволь лиш раз іще, лиш на хвилину,&lt;br /&gt;</w:t>
        <w:br/>
        <w:t>Хоч здалека заглянути у рай!&lt;br /&gt;</w:t>
        <w:br/>
        <w:t>Хоч оком скинути на се дідицтво,&lt;br /&gt;</w:t>
        <w:br/>
        <w:t>Котре на віки вічні я утратив!&lt;br /&gt;</w:t>
        <w:br/>
        <w:t>Лиш раз поглянути! Лиш миг потіхи!&lt;br /&gt;</w:t>
        <w:br/>
        <w:t>А там нехай ідуть всі муки й кари,&lt;br /&gt;</w:t>
        <w:br/>
        <w:t>Які судилися мені!"&lt;br /&gt;</w:t>
        <w:br/>
        <w:t>Отак,&lt;br /&gt;</w:t>
        <w:br/>
        <w:t>Простягши к небу руки, він молився,&lt;br /&gt;</w:t>
        <w:br/>
        <w:t>Та з неба відповіді не було.&lt;br /&gt;</w:t>
        <w:br/>
        <w:t>Лиш сонце сипало промінням ясним,&lt;br /&gt;</w:t>
        <w:br/>
        <w:t>І каня десь в лазурі проквиляла,&lt;br /&gt;</w:t>
        <w:br/>
        <w:t>Та шакал вив в пустині.&lt;br /&gt;</w:t>
        <w:br/>
        <w:t>"Ні, дарма! —&lt;br /&gt;</w:t>
        <w:br/>
        <w:t>Промовив Каїн.— Голос мій проклятий&lt;br /&gt;</w:t>
        <w:br/>
        <w:t>До бога не доходить. Сам я винен,&lt;br /&gt;</w:t>
        <w:br/>
        <w:t>Що небо не відповіда мені!&lt;br /&gt;</w:t>
        <w:br/>
        <w:t>Колись було інакше, та пропало!&lt;br /&gt;</w:t>
        <w:br/>
        <w:t>Нехай і так. Та ось що я зроблю!&lt;br /&gt;</w:t>
        <w:br/>
        <w:t>Є прецінь вихід десь у тій стіні,&lt;br /&gt;</w:t>
        <w:br/>
        <w:t>Куди прогнав бог батька мого з раю.&lt;br /&gt;</w:t>
        <w:br/>
        <w:t>Там, кажуть, ангел з огняним мечем&lt;br /&gt;</w:t>
        <w:br/>
        <w:t>Стоїть на варті. Що ж, нехай стоїть!&lt;br /&gt;</w:t>
        <w:br/>
        <w:t>Нехай уб'є мене, мені байдуже.&lt;br /&gt;</w:t>
        <w:br/>
        <w:t>Не вб'є — то впаду перед ним на землю,&lt;br /&gt;</w:t>
        <w:br/>
        <w:t>І доти в поросі, немов черв'як,&lt;br /&gt;</w:t>
        <w:br/>
        <w:t>Там витись буду і молитись буду,&lt;br /&gt;</w:t>
        <w:br/>
        <w:t>Кричати буду і ридати буду,&lt;br /&gt;</w:t>
        <w:br/>
        <w:t>Аж доки просьби не сповнить моєї".</w:t>
      </w:r>
    </w:p>
    <w:p>
      <w:r>
        <w:br/>
        <w:t>І сквапно, нетерпливо рушив в путь&lt;br /&gt;</w:t>
        <w:br/>
        <w:t>Поуз стіни. Він думав; вхід десь близько.&lt;br /&gt;</w:t>
        <w:br/>
        <w:t>Та день минув, і чорна ніч минула,&lt;br /&gt;</w:t>
        <w:br/>
        <w:t>Ще день, ще ніч, і ще, і ще, і ще —&lt;br /&gt;</w:t>
        <w:br/>
        <w:t>Стіна тяглась мов в безконечну даль&lt;br /&gt;</w:t>
        <w:br/>
        <w:t>І з півдня сонце крила перед ним,&lt;br /&gt;</w:t>
        <w:br/>
        <w:t>А входу як не видно, так не видно,</w:t>
      </w:r>
    </w:p>
    <w:p>
      <w:r>
        <w:br/>
        <w:t>Та Каїн вже не піддававсь розпуці,&lt;br /&gt;</w:t>
        <w:br/>
        <w:t>Не кляв, не рвався. Чув він, як зневір'я,&lt;br /&gt;</w:t>
        <w:br/>
        <w:t>Мов та гієна, здалека кружило&lt;br /&gt;</w:t>
        <w:br/>
        <w:t>Вкруг нього й дух морозило йому.&lt;br /&gt;</w:t>
        <w:br/>
        <w:t>Та він усеї сили добував&lt;br /&gt;</w:t>
        <w:br/>
        <w:t>І гнав сю темну змору геть від себе,&lt;br /&gt;</w:t>
        <w:br/>
        <w:t>І йшов, і йшов.</w:t>
      </w:r>
    </w:p>
    <w:p>
      <w:r>
        <w:br/>
        <w:t>Аж разом — вид новий:&lt;br /&gt;</w:t>
        <w:br/>
        <w:t>Серед пустині височенна, остра&lt;br /&gt;</w:t>
        <w:br/>
        <w:t>Гора. Облитий світлом сонця, шпиль&lt;br /&gt;</w:t>
        <w:br/>
        <w:t>Купається в небесному блакиті&lt;br /&gt;</w:t>
        <w:br/>
        <w:t>І шоломом іскриться ледяним,&lt;br /&gt;</w:t>
        <w:br/>
        <w:t>Аж сліпить очі. Нижче голі скали&lt;br /&gt;</w:t>
        <w:br/>
        <w:t>Пошарпані стирчать, неначе зуби&lt;br /&gt;</w:t>
        <w:br/>
        <w:t>Грізного звіра, що пожерти хоче&lt;br /&gt;</w:t>
        <w:br/>
        <w:t>На небі сонце. Нижче полонини&lt;br /&gt;</w:t>
        <w:br/>
        <w:t>Сіро-зелені, а ще нижче ліс —&lt;br /&gt;</w:t>
        <w:br/>
        <w:t>Могучий, дикий бір тоне в тумані.</w:t>
      </w:r>
    </w:p>
    <w:p>
      <w:r>
        <w:br/>
        <w:t>Спинився Каїн. Рій нових думок&lt;br /&gt;</w:t>
        <w:br/>
        <w:t>Сей вид в душі його збудив.</w:t>
      </w:r>
    </w:p>
    <w:p>
      <w:r>
        <w:br/>
        <w:t>"Мабуть,—&lt;br /&gt;</w:t>
        <w:br/>
        <w:t>Подумав він,— не годен я дійти&lt;br /&gt;</w:t>
        <w:br/>
        <w:t>До райських брам і око в око стати&lt;br /&gt;</w:t>
        <w:br/>
        <w:t>Супроти ангела, з ним говорить!&lt;br /&gt;</w:t>
        <w:br/>
        <w:t>Мабуть, для мене замурована&lt;br /&gt;</w:t>
        <w:br/>
        <w:t>Ся брама. Добре! Я просить не буду,&lt;br /&gt;</w:t>
        <w:br/>
        <w:t>А сам візьму сю ласку. Ось гора,&lt;br /&gt;</w:t>
        <w:br/>
        <w:t>Вершком своїм запевно таки вища,&lt;br /&gt;</w:t>
        <w:br/>
        <w:t>Ніж ся стіна. Піду на той вершок&lt;br /&gt;</w:t>
        <w:br/>
        <w:t>І відтам рай побачу, заспокою&lt;br /&gt;</w:t>
        <w:br/>
        <w:t>Тоту жадобу, що в душі кипить!"</w:t>
      </w:r>
    </w:p>
    <w:p>
      <w:r>
        <w:br/>
        <w:t>І, не роздумуючи довго, рушив&lt;br /&gt;</w:t>
        <w:br/>
        <w:t>В нову дорогу. Весь той труд, що досі&lt;br /&gt;</w:t>
        <w:br/>
        <w:t>Зазнав він, був нічим супроти сеї&lt;br /&gt;</w:t>
        <w:br/>
        <w:t>Вандрівки. Бачилось, що та гора&lt;br /&gt;</w:t>
        <w:br/>
        <w:t>Зібрала всі завади й перешкоди,&lt;br /&gt;</w:t>
        <w:br/>
        <w:t>Щоб зупинить його: потоки бистрі,&lt;br /&gt;</w:t>
        <w:br/>
        <w:t>Ліси непроходимі, темні звори,&lt;br /&gt;</w:t>
        <w:br/>
        <w:t>Яри бездонні і холодні мряки.&lt;br /&gt;</w:t>
        <w:br/>
        <w:t>Лиш звільна, важко дишучи, увесь&lt;br /&gt;</w:t>
        <w:br/>
        <w:t>Облитий потом, пробирався Каїн&lt;br /&gt;</w:t>
        <w:br/>
        <w:t>Все вище вгору. Чим палкіше рвались&lt;br /&gt;</w:t>
        <w:br/>
        <w:t>Його бажання вверх, тим тяжчою&lt;br /&gt;</w:t>
        <w:br/>
        <w:t>Була його дорога, немічнішим&lt;br /&gt;</w:t>
        <w:br/>
        <w:t>Все тіло, більший сум лягав на душу.</w:t>
      </w:r>
    </w:p>
    <w:p>
      <w:r>
        <w:br/>
        <w:t>В півсумерку бродив він день за днем;&lt;br /&gt;</w:t>
        <w:br/>
        <w:t>Відвічний ліс шумів над ним тужливо,&lt;br /&gt;</w:t>
        <w:br/>
        <w:t>Або стогнав, і плакав, і ревів,&lt;br /&gt;</w:t>
        <w:br/>
        <w:t>Вітрами битий. Лиш чуттям одним&lt;br /&gt;</w:t>
        <w:br/>
        <w:t>Кермуючись, блудив по ньому Каїн&lt;br /&gt;</w:t>
        <w:br/>
        <w:t>І дерся все туди, де найстрімкіші&lt;br /&gt;</w:t>
        <w:br/>
        <w:t>Здвигались стіни, Ось скінчився ліс,&lt;br /&gt;</w:t>
        <w:br/>
        <w:t>Та не скінчилась Каїнова мука.&lt;br /&gt;</w:t>
        <w:br/>
        <w:t>Його зустріли низькі та розлогі&lt;br /&gt;</w:t>
        <w:br/>
        <w:t>Повзучі корчі косодеревини&lt;br /&gt;</w:t>
        <w:br/>
        <w:t>Та ялівців колючих. Мов з води&lt;br /&gt;</w:t>
        <w:br/>
        <w:t>В огонь попав він: колючки густі&lt;br /&gt;</w:t>
        <w:br/>
        <w:t>Що крок йому впивалися у тіло,&lt;br /&gt;</w:t>
        <w:br/>
        <w:t>Коріння, мов гадюки, ніг чіплялось&lt;br /&gt;</w:t>
        <w:br/>
        <w:t>І сонне холодно світило з неба,&lt;br /&gt;</w:t>
        <w:br/>
        <w:t>Немов з наругою згори гляділо&lt;br /&gt;</w:t>
        <w:br/>
        <w:t>На сю безплодну муку.</w:t>
      </w:r>
    </w:p>
    <w:p>
      <w:r>
        <w:br/>
        <w:t>Але Каїн&lt;br /&gt;</w:t>
        <w:br/>
        <w:t>Не зупинивсь. Адже ж вершок гори&lt;br /&gt;</w:t>
        <w:br/>
        <w:t>В магічнім блиску перед ним яснів,&lt;br /&gt;</w:t>
        <w:br/>
        <w:t>Манив його! Хоч весь підпливший кров'ю,&lt;br /&gt;</w:t>
        <w:br/>
        <w:t>Посічений, пошпиганий, подертий.&lt;br /&gt;</w:t>
        <w:br/>
        <w:t>Він перебув і ту страшну дорогу,&lt;br /&gt;</w:t>
        <w:br/>
        <w:t>І легше відітхнув на полонині.&lt;br /&gt;</w:t>
        <w:br/>
        <w:t>Край джерела, що в зворі журкотіло.&lt;br /&gt;</w:t>
        <w:br/>
        <w:t>Упав він, відпочив, потім обмив&lt;br /&gt;</w:t>
        <w:br/>
        <w:t>Все тіло у його воді погожій.&lt;br /&gt;</w:t>
        <w:br/>
        <w:t>Тут й папороть солодкая росла&lt;br /&gt;</w:t>
        <w:br/>
        <w:t>На обриві скальному; накопав&lt;br /&gt;</w:t>
        <w:br/>
        <w:t>Її коріння і, ополоскавши&lt;br /&gt;</w:t>
        <w:br/>
        <w:t>В воді, поїв, а решту про запас&lt;br /&gt;</w:t>
        <w:br/>
        <w:t>Сховав. Отак перепочивши день,&lt;br /&gt;</w:t>
        <w:br/>
        <w:t>Пустився далі. Ховзаються ноги&lt;br /&gt;</w:t>
        <w:br/>
        <w:t>По мху твердім, натужуються жили,&lt;br /&gt;</w:t>
        <w:br/>
        <w:t>Повітря ллєсь у знемощілу грудь,&lt;br /&gt;</w:t>
        <w:br/>
        <w:t>Мов олово холодне, огнянії&lt;br /&gt;</w:t>
        <w:br/>
        <w:t>Колеса крутяться перед очима,&lt;br /&gt;</w:t>
        <w:br/>
        <w:t>І вітер чимраз дужчий, холодніший&lt;br /&gt;</w:t>
        <w:br/>
        <w:t>Проймає. Наче муравель, повзе&lt;br /&gt;</w:t>
        <w:br/>
        <w:t>Угору Каїн, ба, ще й муравлю&lt;br /&gt;</w:t>
        <w:br/>
        <w:t>Завидує: йому байдуже вітер,&lt;br /&gt;</w:t>
        <w:br/>
        <w:t>Байдуже обриви стрімкі й ховзькі,&lt;br /&gt;</w:t>
        <w:br/>
        <w:t>Байдуже втома!</w:t>
      </w:r>
    </w:p>
    <w:p>
      <w:r>
        <w:br/>
        <w:t>Ось убога, сіра&lt;br /&gt;</w:t>
        <w:br/>
        <w:t>Минулась зелень — всюди голі скали,&lt;br /&gt;</w:t>
        <w:br/>
        <w:t>Мертві, грізні. Життя тут ні сліду,&lt;br /&gt;</w:t>
        <w:br/>
        <w:t>Лиш вітер свище та орел часом&lt;br /&gt;</w:t>
        <w:br/>
        <w:t>Скиглить та шарпає свою добичу.&lt;br /&gt;</w:t>
        <w:br/>
        <w:t>Тут кождий крок хибний — нехибна смерть.&lt;br /&gt;</w:t>
        <w:br/>
        <w:t>Тут смерть на кождім кроці розставляє&lt;br /&gt;</w:t>
        <w:br/>
        <w:t>Сто вартових, захланних на добичу:&lt;br /&gt;</w:t>
        <w:br/>
        <w:t>І дощ, і сніг, і вітер, сонця блиск,&lt;br /&gt;</w:t>
        <w:br/>
        <w:t>Орли й каміння — все тут з нею в змові.</w:t>
      </w:r>
    </w:p>
    <w:p>
      <w:r>
        <w:br/>
        <w:t>Аж ось одного дня — вже вечоріло,&lt;br /&gt;</w:t>
        <w:br/>
        <w:t>Як Каїн став на самому вершку —&lt;br /&gt;</w:t>
        <w:br/>
        <w:t>Скелет нужденний, ранами покритий,&lt;br /&gt;</w:t>
        <w:br/>
        <w:t>Продроглий весь і ледве що живий.&lt;br /&gt;</w:t>
        <w:br/>
        <w:t>Останніх сил добувши, став на голім&lt;br /&gt;</w:t>
        <w:br/>
        <w:t>Леді. Куйовдили вітри могуч і&lt;br /&gt;</w:t>
        <w:br/>
        <w:t>Його волосся, рвали драну одіж,&lt;br /&gt;</w:t>
        <w:br/>
        <w:t>І кров морозили у жилах. Каїн&lt;br /&gt;</w:t>
        <w:br/>
        <w:t>Не чув нічого, весь остаток сили,&lt;br /&gt;</w:t>
        <w:br/>
        <w:t>Всю душу він зосередив в очах&lt;br /&gt;</w:t>
        <w:br/>
        <w:t>І очі ті послав у даль безмірну,&lt;br /&gt;</w:t>
        <w:br/>
        <w:t>Туди, де в пурпуровому промінні&lt;br /&gt;</w:t>
        <w:br/>
        <w:t>Купавсь величний, ясний "город божий",</w:t>
      </w:r>
    </w:p>
    <w:p>
      <w:r>
        <w:br/>
        <w:t>І що ж побачив в ньому?</w:t>
      </w:r>
    </w:p>
    <w:p>
      <w:r>
        <w:br/>
        <w:t>Пусто скрізь,&lt;br /&gt;</w:t>
        <w:br/>
        <w:t>Лиш дерева самотні сумовито&lt;br /&gt;</w:t>
        <w:br/>
        <w:t>Шепочуть листям та квітки чудові&lt;br /&gt;</w:t>
        <w:br/>
        <w:t>Хитаються на стеблах. А крім них,&lt;br /&gt;</w:t>
        <w:br/>
        <w:t>Ані душі живої, ані звука.&lt;br /&gt;</w:t>
        <w:br/>
        <w:t>Та ні! Посеред раю, на майдані&lt;br /&gt;</w:t>
        <w:br/>
        <w:t>Два дерева найвищі, найпишніші.&lt;br /&gt;</w:t>
        <w:br/>
        <w:t>О, Каїн добре знав ті дерева&lt;br /&gt;</w:t>
        <w:br/>
        <w:t>Із оповідань батька! Се направо —&lt;br /&gt;</w:t>
        <w:br/>
        <w:t>То дерево життя: небесний грім&lt;br /&gt;</w:t>
        <w:br/>
        <w:t>Вершок його розтріскав, розколов&lt;br /&gt;</w:t>
        <w:br/>
        <w:t>Весь пень його до самої землі,&lt;br /&gt;</w:t>
        <w:br/>
        <w:t>Та не убив його живої сили!&lt;br /&gt;</w:t>
        <w:br/>
        <w:t>Воно росте, пускає гілля вшир,&lt;br /&gt;</w:t>
        <w:br/>
        <w:t>Пускає пасиння нове довкола!&lt;br /&gt;</w:t>
        <w:br/>
        <w:t>А те наліво — дерево знання&lt;br /&gt;</w:t>
        <w:br/>
        <w:t>Добра і зла. Під ним клубиться гад,&lt;br /&gt;</w:t>
        <w:br/>
        <w:t>А на гілках його багато плоду&lt;br /&gt;</w:t>
        <w:br/>
        <w:t>Понависало. Плід той так блищить,&lt;br /&gt;</w:t>
        <w:br/>
        <w:t>Манить, ясніє, душу рве до себе!&lt;br /&gt;</w:t>
        <w:br/>
        <w:t>Та ось повіяв вітер, і, мов град,&lt;br /&gt;</w:t>
        <w:br/>
        <w:t>Посипались плоди оті на землю&lt;br /&gt;</w:t>
        <w:br/>
        <w:t>І всі відразу попелом розсілись,&lt;br /&gt;</w:t>
        <w:br/>
        <w:t>Огнем розприсли, розлились смолою!</w:t>
      </w:r>
    </w:p>
    <w:p>
      <w:r>
        <w:br/>
        <w:t>І бачить Каїн далі: в млі рожевій&lt;br /&gt;</w:t>
        <w:br/>
        <w:t>Щось зароїлось легке, прозірчасте,&lt;br /&gt;</w:t>
        <w:br/>
        <w:t>Мов комашня. Придивлюєсь — се люди!&lt;br /&gt;</w:t>
        <w:br/>
        <w:t>Се тисячі людей І міліони,&lt;br /&gt;</w:t>
        <w:br/>
        <w:t>Мов пил, вітрами звіяний, кружаться,&lt;br /&gt;</w:t>
        <w:br/>
        <w:t>І тягнуть, тягнуть походом безмірним.&lt;br /&gt;</w:t>
        <w:br/>
        <w:t>І всі круг дерева знання товпляться,&lt;br /&gt;</w:t>
        <w:br/>
        <w:t>Всі рвуться, топчуться, падуть, встають&lt;br /&gt;</w:t>
        <w:br/>
        <w:t>І шарпаються вгору, щоб захопить&lt;br /&gt;</w:t>
        <w:br/>
        <w:t>Хоч плід один, хоч кисличку одну&lt;br /&gt;</w:t>
        <w:br/>
        <w:t>Із дерева знання. Потоки крові&lt;br /&gt;</w:t>
        <w:br/>
        <w:t>І море сліз значать їх путь — дарма!&lt;br /&gt;</w:t>
        <w:br/>
        <w:t>Що хтось укусить того плоду, тому&lt;br /&gt;</w:t>
        <w:br/>
        <w:t>Він попелом розсиплеться в устах,&lt;br /&gt;</w:t>
        <w:br/>
        <w:t>Огнем пекучим бухне. А вкусивши&lt;br /&gt;</w:t>
        <w:br/>
        <w:t>Отого плоду, кождий ще лютіший&lt;br /&gt;</w:t>
        <w:br/>
        <w:t>Стає, озвірюється на весь світ,&lt;br /&gt;</w:t>
        <w:br/>
        <w:t>Мордує, ріже та кує в кайдани,&lt;br /&gt;</w:t>
        <w:br/>
        <w:t>Валить і ломить те, що другий ставив,&lt;br /&gt;</w:t>
        <w:br/>
        <w:t>Палить, руйнує — просто божевільні!</w:t>
      </w:r>
    </w:p>
    <w:p>
      <w:r>
        <w:br/>
        <w:t>А дерево життя стоїть та тужить:&lt;br /&gt;</w:t>
        <w:br/>
        <w:t>Ніхто не рвесь до нього! На йому&lt;br /&gt;</w:t>
        <w:br/>
        <w:t>Плодів немного, з виду не блискучих,&lt;br /&gt;</w:t>
        <w:br/>
        <w:t>Захованих між листям та тернами,&lt;br /&gt;</w:t>
        <w:br/>
        <w:t>Тож і не ласиться ніхто на них.&lt;br /&gt;</w:t>
        <w:br/>
        <w:t>А як часом, відбившись від юрби,&lt;br /&gt;</w:t>
        <w:br/>
        <w:t>До нього хто навернесь, покуштує&lt;br /&gt;</w:t>
        <w:br/>
        <w:t>Плодів чудових і почне гукати&lt;br /&gt;</w:t>
        <w:br/>
        <w:t>На других, щоб ішли туди,— то, мов&lt;br /&gt;</w:t>
        <w:br/>
        <w:t>Ворони, кидаються всі на нього,&lt;br /&gt;</w:t>
        <w:br/>
        <w:t>І б'ють, і рвуть, і мучать, і калічать&lt;br /&gt;</w:t>
        <w:br/>
        <w:t>Його, мов за найтяжчую провину.</w:t>
      </w:r>
    </w:p>
    <w:p>
      <w:r>
        <w:br/>
        <w:t>Аж ось два звірі на майдані стали.&lt;br /&gt;</w:t>
        <w:br/>
        <w:t>Один під деревом знання засів,&lt;br /&gt;</w:t>
        <w:br/>
        <w:t>Величний, нерухомий і суворий,&lt;br /&gt;</w:t>
        <w:br/>
        <w:t>З лицем жіночим дивної краси&lt;br /&gt;</w:t>
        <w:br/>
        <w:t>І з тілом льва. Мов нетлі до огню,&lt;br /&gt;</w:t>
        <w:br/>
        <w:t>Так люди-привиди роєм безмірним&lt;br /&gt;</w:t>
        <w:br/>
        <w:t>Його обсіли, мов про щось питають.&lt;br /&gt;</w:t>
        <w:br/>
        <w:t>Глибоку тугу і пекельну муку&lt;br /&gt;</w:t>
        <w:br/>
        <w:t>В їх лицях видно, тіні їх тремтять,&lt;br /&gt;</w:t>
        <w:br/>
        <w:t>І очі й душі висять на устах&lt;br /&gt;</w:t>
        <w:br/>
        <w:t>Почвари. Ся ж мовчить і не змигне&lt;br /&gt;</w:t>
        <w:br/>
        <w:t>Очима. Знов рої людей товпляться&lt;br /&gt;</w:t>
        <w:br/>
        <w:t>До дерева знання, і б'ються, рвуться&lt;br /&gt;</w:t>
        <w:br/>
        <w:t>За плід його, їдять — і знов вертають&lt;br /&gt;</w:t>
        <w:br/>
        <w:t>До звіра, та спокою не знаходять,&lt;br /&gt;</w:t>
        <w:br/>
        <w:t>Мов листя те осіннє, гнане й бите&lt;br /&gt;</w:t>
        <w:br/>
        <w:t>Грізними, супротивними вітрами.&lt;br /&gt;</w:t>
        <w:br/>
        <w:t>А другий звір під деревом життя&lt;br /&gt;</w:t>
        <w:br/>
        <w:t>Засів: з крилами лилика, з хвостом,&lt;br /&gt;</w:t>
        <w:br/>
        <w:t>Як пава, з кігтями орла, із тілом&lt;br /&gt;</w:t>
        <w:br/>
        <w:t>Хамелеона і з жалом змії.&lt;br /&gt;</w:t>
        <w:br/>
        <w:t>Що хвиля він мінився і метався,&lt;br /&gt;</w:t>
        <w:br/>
        <w:t>Манив до себе всіх і всіх відводив&lt;br /&gt;</w:t>
        <w:br/>
        <w:t>Від дерева життя. А хто в ньому&lt;br /&gt;</w:t>
        <w:br/>
        <w:t>Поклав усю надію І за ним&lt;br /&gt;</w:t>
        <w:br/>
        <w:t>Насліпо біг, той розбивавсь о камінь,&lt;br /&gt;</w:t>
        <w:br/>
        <w:t>В тернах, ярах глибоких опинявся.&lt;br /&gt;</w:t>
        <w:br/>
        <w:t>І піднімались руки, кидались&lt;br /&gt;</w:t>
        <w:br/>
        <w:t>Прокляття — не на звіра-ошуканця,&lt;br /&gt;</w:t>
        <w:br/>
        <w:t>А все на дерево життя. "Воно&lt;br /&gt;</w:t>
        <w:br/>
        <w:t>Химера, ошуканство і брехня!" —&lt;br /&gt;</w:t>
        <w:br/>
        <w:t>Такий лунав важкий в повітрі гомін.</w:t>
      </w:r>
    </w:p>
    <w:p>
      <w:r>
        <w:br/>
        <w:t>Глядів на вид сей Каїн, і немов&lt;br /&gt;</w:t>
        <w:br/>
        <w:t>Ножем по серцю різало його,&lt;br /&gt;</w:t>
        <w:br/>
        <w:t>Йому здавалось, що весь біль, всі муки,&lt;br /&gt;</w:t>
        <w:br/>
        <w:t>Всі розчаровання тих міліонів&lt;br /&gt;</w:t>
        <w:br/>
        <w:t>В його душі бушують, серце в нім&lt;br /&gt;</w:t>
        <w:br/>
        <w:t>Кліщами тиснуть, торгають нутро.&lt;br /&gt;</w:t>
        <w:br/>
        <w:t>І він закрив лице своє руками&lt;br /&gt;</w:t>
        <w:br/>
        <w:t>І скрикнув: "Ох, досить, досить, о боже!&lt;br /&gt;</w:t>
        <w:br/>
        <w:t>Не хочу більш глядіти на сей вид!"</w:t>
      </w:r>
    </w:p>
    <w:p>
      <w:r>
        <w:br/>
        <w:t>В тій хвилі сонце потонуло, пітьма&lt;br /&gt;</w:t>
        <w:br/>
        <w:t>Лягла на землю І закрила рай.&lt;br /&gt;</w:t>
        <w:br/>
        <w:t>Та біль в душі у Каїна остався,&lt;br /&gt;</w:t>
        <w:br/>
        <w:t>Несвітський, гострий біль. Він застогнав&lt;br /&gt;</w:t>
        <w:br/>
        <w:t>І на студену площу ледовую,&lt;br /&gt;</w:t>
        <w:br/>
        <w:t>Мов труп, звалився.</w:t>
      </w:r>
    </w:p>
    <w:p>
      <w:r>
        <w:br/>
        <w:t>Холод ледовий&lt;br /&gt;</w:t>
        <w:br/>
        <w:t>Збудив його. Вже серед неба сонце&lt;br /&gt;</w:t>
        <w:br/>
        <w:t>Ясніло мляво, холодно всміхалось,&lt;br /&gt;</w:t>
        <w:br/>
        <w:t>Мов зраджена, ошукана надія.&lt;br /&gt;</w:t>
        <w:br/>
        <w:t>Де вчора рай виднівсь, стояла нині&lt;br /&gt;</w:t>
        <w:br/>
        <w:t>Піднебною стіною мряка біла,&lt;br /&gt;</w:t>
        <w:br/>
        <w:t>Немов заслона. Каїн не жалів&lt;br /&gt;</w:t>
        <w:br/>
        <w:t>За райським видом; він один лиш чув&lt;br /&gt;</w:t>
        <w:br/>
        <w:t>У серці голос: "Геть відсіля! Геть!"&lt;br /&gt;</w:t>
        <w:br/>
        <w:t>І наче злодій, що, в чужу комору&lt;br /&gt;</w:t>
        <w:br/>
        <w:t>Закравшись, замість скарбу дорогого&lt;br /&gt;</w:t>
        <w:br/>
        <w:t>Розпечене залізо в руку вхопив,—&lt;br /&gt;</w:t>
        <w:br/>
        <w:t>Так Каїн вниз спішив з верха сніжного.&lt;br /&gt;</w:t>
        <w:br/>
        <w:t>Важкії думи, мов над стервом круки,&lt;br /&gt;</w:t>
        <w:br/>
        <w:t>Носилися і крякали над ним,</w:t>
      </w:r>
    </w:p>
    <w:p>
      <w:r>
        <w:br/>
        <w:t>І думав він: "Так от чим бог дурив&lt;br /&gt;</w:t>
        <w:br/>
        <w:t>Вітця, мене і всіх людей! Бо ж певно,&lt;br /&gt;</w:t>
        <w:br/>
        <w:t>Що без його знання і волі се&lt;br /&gt;</w:t>
        <w:br/>
        <w:t>Не сталось би! Бо й хто ж роздер надвоє&lt;br /&gt;</w:t>
        <w:br/>
        <w:t>Життя й знання і ворогів заклятих&lt;br /&gt;</w:t>
        <w:br/>
        <w:t>Із них зробив? Чи ж не його се діло?&lt;br /&gt;</w:t>
        <w:br/>
        <w:t>Тоді, коли осібно в раї він&lt;br /&gt;</w:t>
        <w:br/>
        <w:t>Оті два дерева садив, з а ким ще&lt;br /&gt;</w:t>
        <w:br/>
        <w:t>Создав Адама — вже прокляв його,&lt;br /&gt;</w:t>
        <w:br/>
        <w:t>Вже назначив весь рід його на муку,&lt;br /&gt;</w:t>
        <w:br/>
        <w:t>На вічне горе! Бо коли знання&lt;br /&gt;</w:t>
        <w:br/>
        <w:t>Є враг життя, то пощо ж нам бажання&lt;br /&gt;</w:t>
        <w:br/>
        <w:t>Знання? Чом ми не камінь, не ростина?&lt;br /&gt;</w:t>
        <w:br/>
        <w:t>Коли хотів, щоб ми не куштували&lt;br /&gt;</w:t>
        <w:br/>
        <w:t>Плодів знання, пощо ж садив те древо&lt;br /&gt;</w:t>
        <w:br/>
        <w:t>І тим плодам таку додав приману?&lt;br /&gt;</w:t>
        <w:br/>
        <w:t>Коли хотів, щоб ми живі були,&lt;br /&gt;</w:t>
        <w:br/>
        <w:t>Чому ж спершу нам не казав поїсти&lt;br /&gt;</w:t>
        <w:br/>
        <w:t>Плодів із дерева життя?"</w:t>
      </w:r>
    </w:p>
    <w:p>
      <w:r>
        <w:br/>
        <w:t>Мов чайка,&lt;br /&gt;</w:t>
        <w:br/>
        <w:t>Що скиглить над дітьми, понад багном&lt;br /&gt;</w:t>
        <w:br/>
        <w:t>Літаючи, о трощу б'є грудьми,&lt;br /&gt;</w:t>
        <w:br/>
        <w:t>То знов до сонця вивернесь в лету,&lt;br /&gt;</w:t>
        <w:br/>
        <w:t>І все кричить, і б'ється, й колесить,—&lt;br /&gt;</w:t>
        <w:br/>
        <w:t>Отак і Каїнова дума-скрута&lt;br /&gt;</w:t>
        <w:br/>
        <w:t>В тім безконечнику металась, билась&lt;br /&gt;</w:t>
        <w:br/>
        <w:t>Без виходу. Усівши під скалою,&lt;br /&gt;</w:t>
        <w:br/>
        <w:t>Він спочивав, холодним потом злитий.&lt;br /&gt;</w:t>
        <w:br/>
        <w:t>І, зажмуривши очі, знов побачив&lt;br /&gt;</w:t>
        <w:br/>
        <w:t>Той райський вид, і на нову дорогу&lt;br /&gt;</w:t>
        <w:br/>
        <w:t>Думки його зійшли.</w:t>
      </w:r>
    </w:p>
    <w:p>
      <w:r>
        <w:br/>
        <w:t>"Що се — знання?&lt;br /&gt;</w:t>
        <w:br/>
        <w:t>Чи справді ж так життю воно вороже?&lt;br /&gt;</w:t>
        <w:br/>
        <w:t>Здається, так! Оте знання нещасне.&lt;br /&gt;</w:t>
        <w:br/>
        <w:t>У моїм серці розбудило лютість&lt;br /&gt;</w:t>
        <w:br/>
        <w:t>На брата, вбійцею мене зробило —&lt;br /&gt;</w:t>
        <w:br/>
        <w:t>За те, що він, не думавши, попросту,&lt;br /&gt;</w:t>
        <w:br/>
        <w:t>Мене нагнуть хотів у ту саму&lt;br /&gt;</w:t>
        <w:br/>
        <w:t>Дитячу простоту, з котрої дух мій&lt;br /&gt;</w:t>
        <w:br/>
        <w:t>Давно вже вийшов. Те знання куди ж&lt;br /&gt;</w:t>
        <w:br/>
        <w:t>Веде потомків моїх? Звірів, птицю&lt;br /&gt;</w:t>
        <w:br/>
        <w:t>Й себе мордують, землю сплюндрували,&lt;br /&gt;</w:t>
        <w:br/>
        <w:t>Шукаючи, кого б і що б убити.&lt;br /&gt;</w:t>
        <w:br/>
        <w:t>Усякий камінь острий та твердий&lt;br /&gt;</w:t>
        <w:br/>
        <w:t>Для них на ніж, на спис, стрілу придався;&lt;br /&gt;</w:t>
        <w:br/>
        <w:t>У оленя на те ж зривають роги,&lt;br /&gt;</w:t>
        <w:br/>
        <w:t>У звіра зуби. Жінка говорила,&lt;br /&gt;</w:t>
        <w:br/>
        <w:t>Що винайшли якесь таке каміння,&lt;br /&gt;</w:t>
        <w:br/>
        <w:t>Котре в огні розтоплюєсь, мов віск,&lt;br /&gt;</w:t>
        <w:br/>
        <w:t>І вивчились робити з нього стріли,&lt;br /&gt;</w:t>
        <w:br/>
        <w:t>Ножі і списи, твердші і остріші,&lt;br /&gt;</w:t>
        <w:br/>
        <w:t>Ніж з кременю. От де веде знання!&lt;br /&gt;</w:t>
        <w:br/>
        <w:t>Кров, рани, смерть — його найперші дари.</w:t>
      </w:r>
    </w:p>
    <w:p>
      <w:r>
        <w:br/>
        <w:t>"Так пощо ж ми бажаємо знання?&lt;br /&gt;</w:t>
        <w:br/>
        <w:t>Значить, бажаєм смерті? Ні, неправда!&lt;br /&gt;</w:t>
        <w:br/>
        <w:t>Хіба ж я смерті Авеля бажав?&lt;br /&gt;</w:t>
        <w:br/>
        <w:t>Я жить хотів по-свому — більш нічого.&lt;br /&gt;</w:t>
        <w:br/>
        <w:t>Хіба стрілець бажає смерті звіра?&lt;br /&gt;</w:t>
        <w:br/>
        <w:t>Він хоче жить, йому потрібно м'яса!&lt;br /&gt;</w:t>
        <w:br/>
        <w:t>Він хоче жить і мусить боронитись.&lt;br /&gt;</w:t>
        <w:br/>
        <w:t>Щоб звір його не з'їв! А той, що лук&lt;br /&gt;</w:t>
        <w:br/>
        <w:t>І стріли видумав, чи смерті він&lt;br /&gt;</w:t>
        <w:br/>
        <w:t>Бажав чиєї? НІ, бажав лиш жити,&lt;br /&gt;</w:t>
        <w:br/>
        <w:t>Придумував підмогу для життя!&lt;br /&gt;</w:t>
        <w:br/>
        <w:t>Значить — знання, то не бажання смерті,&lt;br /&gt;</w:t>
        <w:br/>
        <w:t>Не враг життя! Воно веде к життю!&lt;br /&gt;</w:t>
        <w:br/>
        <w:t>Вбезпечує життя! От в чім вся річ!&lt;br /&gt;</w:t>
        <w:br/>
        <w:t>Як та стріла, що забиває птицю,&lt;br /&gt;</w:t>
        <w:br/>
        <w:t>Сама — не птиця! Як той ніж, що ріже,&lt;br /&gt;</w:t>
        <w:br/>
        <w:t>Сам — не убійця! Так, значить, знання&lt;br /&gt;</w:t>
        <w:br/>
        <w:t>Не винно тут! Воно ні зле, ні добре.&lt;br /&gt;</w:t>
        <w:br/>
        <w:t>Воно стається добрим або злим&lt;br /&gt;</w:t>
        <w:br/>
        <w:t>Тоді, коли на зле чи добре вжите.&lt;br /&gt;</w:t>
        <w:br/>
        <w:t>А хто ж його вживає? Хто його&lt;br /&gt;</w:t>
        <w:br/>
        <w:t>В руці держить, як той стрілець стрілу?&lt;br /&gt;</w:t>
        <w:br/>
        <w:t>Хто той стрілець?"&lt;br /&gt;</w:t>
        <w:br/>
        <w:t>Непривичний до думки,&lt;br /&gt;</w:t>
        <w:br/>
        <w:t>Старечий ум, мов раненая птиця,&lt;br /&gt;</w:t>
        <w:br/>
        <w:t>Метався, тріпався у темноті,&lt;br /&gt;</w:t>
        <w:br/>
        <w:t>Та відповіді на питання теє&lt;br /&gt;</w:t>
        <w:br/>
        <w:t>Не міг найти. І знов у інший бік&lt;br /&gt;</w:t>
        <w:br/>
        <w:t>Звернувсь,</w:t>
      </w:r>
    </w:p>
    <w:p>
      <w:r>
        <w:br/>
        <w:t>"А що ж те дерево життя?&lt;br /&gt;</w:t>
        <w:br/>
        <w:t>Яка в плодах його укрита сила?&lt;br /&gt;</w:t>
        <w:br/>
        <w:t>Чи справді вни безсмертя можуть дати?&lt;br /&gt;</w:t>
        <w:br/>
        <w:t>Здається, ні! Оті немногі люди&lt;br /&gt;</w:t>
        <w:br/>
        <w:t>Там в раї, що плодів тих куштували,&lt;br /&gt;</w:t>
        <w:br/>
        <w:t>Під лютими ударами юрби&lt;br /&gt;</w:t>
        <w:br/>
        <w:t>Вмирали, бачилось, і пропадали.&lt;br /&gt;</w:t>
        <w:br/>
        <w:t>Так що ж додав їм плід той? А! Вгадав!&lt;br /&gt;</w:t>
        <w:br/>
        <w:t>Вони на смерть ішли, мов на весілля,&lt;br /&gt;</w:t>
        <w:br/>
        <w:t>Вмирали з усміхом; із ран, із мук&lt;br /&gt;</w:t>
        <w:br/>
        <w:t>Вони катів своїх благословляли.&lt;br /&gt;</w:t>
        <w:br/>
        <w:t>Що се значить? Знать, смерть їм не страшна!&lt;br /&gt;</w:t>
        <w:br/>
        <w:t>Знать, джерело життя було в їх серці!&lt;br /&gt;</w:t>
        <w:br/>
        <w:t>Яке ж се джерело?..</w:t>
      </w:r>
    </w:p>
    <w:p>
      <w:r>
        <w:br/>
        <w:t>Я бачив: скоро&lt;br /&gt;</w:t>
        <w:br/>
        <w:t>Хто плоду з дерева життя вкусив —&lt;br /&gt;</w:t>
        <w:br/>
        <w:t>Прояснювавсь увесь, благим спокоєм&lt;br /&gt;</w:t>
        <w:br/>
        <w:t>Проймавсь, і голос піднімав, і кликав&lt;br /&gt;</w:t>
        <w:br/>
        <w:t>Усіх до себе, ворогів найгірших,&lt;br /&gt;</w:t>
        <w:br/>
        <w:t>Мов другів, обнімав, і був неначе&lt;br /&gt;</w:t>
        <w:br/>
        <w:t>Той пластер меду чистого, солодкий&lt;br /&gt;</w:t>
        <w:br/>
        <w:t>І запахущий, ясний і поживний,&lt;br /&gt;</w:t>
        <w:br/>
        <w:t>Одним чуттям святим наскрізь пронятий.&lt;br /&gt;</w:t>
        <w:br/>
        <w:t>Значить, чуття, великая любов —&lt;br /&gt;</w:t>
        <w:br/>
        <w:t>Ось джерело життя!"</w:t>
      </w:r>
    </w:p>
    <w:p>
      <w:r>
        <w:br/>
        <w:t>І скочив Каїн,&lt;br /&gt;</w:t>
        <w:br/>
        <w:t>Мов звір сполоханий, і оглядався&lt;br /&gt;</w:t>
        <w:br/>
        <w:t>Довкола, і шептав немов в нетямі:&lt;br /&gt;</w:t>
        <w:br/>
        <w:t>"Чуття, любов! Невже ж се так, о боже?&lt;br /&gt;</w:t>
        <w:br/>
        <w:t>Невже в тих двох словах малих лежить&lt;br /&gt;</w:t>
        <w:br/>
        <w:t>Вся розгадка того, чого не дасть&lt;br /&gt;</w:t>
        <w:br/>
        <w:t>Ні дерево знання, ні загадковий&lt;br /&gt;</w:t>
        <w:br/>
        <w:t>Той звір не скаже? Бідні, бідні люди!&lt;br /&gt;</w:t>
        <w:br/>
        <w:t>Чого до того дерева претесь?&lt;br /&gt;</w:t>
        <w:br/>
        <w:t>Чого від того звіра ви ждете?&lt;br /&gt;</w:t>
        <w:br/>
        <w:t>Погляньте в власне серце, а воно вам&lt;br /&gt;</w:t>
        <w:br/>
        <w:t>Розкаже більше, ніж всі звірі можуть!&lt;br /&gt;</w:t>
        <w:br/>
        <w:t>Чуття, любов! Так ми ж їх маєм в собі!&lt;br /&gt;</w:t>
        <w:br/>
        <w:t>Могучий зарід їх у кождім серці&lt;br /&gt;</w:t>
        <w:br/>
        <w:t>Живе, лиш виплекать, зростить його —&lt;br /&gt;</w:t>
        <w:br/>
        <w:t>І розів'єсь! Значить, і джерело&lt;br /&gt;</w:t>
        <w:br/>
        <w:t>Життя ми маєм в собі, і не треба&lt;br /&gt;</w:t>
        <w:br/>
        <w:t>Нам в рай тиснутись, щоб його дістати!&lt;br /&gt;</w:t>
        <w:br/>
        <w:t>О боже мій! Невже ж се може бути?&lt;br /&gt;</w:t>
        <w:br/>
        <w:t>Невже ж ти тільки жартував, як батько&lt;br /&gt;</w:t>
        <w:br/>
        <w:t>З дітьми жартує, в той час, як із раю&lt;br /&gt;</w:t>
        <w:br/>
        <w:t>Нас виганяв, а сам у серце нам&lt;br /&gt;</w:t>
        <w:br/>
        <w:t>Вложив той рай і дав нам на дорогу?"</w:t>
      </w:r>
    </w:p>
    <w:p>
      <w:r>
        <w:br/>
        <w:t>В тій хвилі Каїн наче просіяв.&lt;br /&gt;</w:t>
        <w:br/>
        <w:t>Чудовий супокій розлився враз&lt;br /&gt;</w:t>
        <w:br/>
        <w:t>В його душі. Забулись всі страждання!&lt;br /&gt;</w:t>
        <w:br/>
        <w:t>І сонце гріло, і земля ясніла,&lt;br /&gt;</w:t>
        <w:br/>
        <w:t>Вся в золото й рожевий блиск повита,&lt;br /&gt;</w:t>
        <w:br/>
        <w:t>Мов дівчина, що з купелі виходить.&lt;br /&gt;</w:t>
        <w:br/>
        <w:t>На хвилю, оп'янілий щастям тим,&lt;br /&gt;</w:t>
        <w:br/>
        <w:t>Він стратив пам'ять, і за грудь рукою&lt;br /&gt;</w:t>
        <w:br/>
        <w:t>Хапавсь, і сам собі не вірив.</w:t>
      </w:r>
    </w:p>
    <w:p>
      <w:r>
        <w:br/>
        <w:t>"Боже!&lt;br /&gt;</w:t>
        <w:br/>
        <w:t>Невже се правда? Навіть в моїм серці,&lt;br /&gt;</w:t>
        <w:br/>
        <w:t>Гнилім, побитім і закаменілім,&lt;br /&gt;</w:t>
        <w:br/>
        <w:t>Живе ще, розвиваєсь І цвіте&lt;br /&gt;</w:t>
        <w:br/>
        <w:t>Те райське сім'я, та свята любов!&lt;br /&gt;</w:t>
        <w:br/>
        <w:t>О так! Я чую се! Тепер, по довгих&lt;br /&gt;</w:t>
        <w:br/>
        <w:t>Літах прокляття, я відроджуюсь&lt;br /&gt;</w:t>
        <w:br/>
        <w:t>І оживаю! Наче крига леду,&lt;br /&gt;</w:t>
        <w:br/>
        <w:t>Так присла в серці моєму ненависть,&lt;br /&gt;</w:t>
        <w:br/>
        <w:t>Мені так дуже жаль усіх людей&lt;br /&gt;</w:t>
        <w:br/>
        <w:t>Тих бідних, засліплених! Я їх так&lt;br /&gt;</w:t>
        <w:br/>
        <w:t>Люблю з їх сліпотою й лютим горем,&lt;br /&gt;</w:t>
        <w:br/>
        <w:t>З їх поривами до добра! Страшні,&lt;br /&gt;</w:t>
        <w:br/>
        <w:t>Могучі ти покуси їм, о боже,&lt;br /&gt;</w:t>
        <w:br/>
        <w:t>Порозставляв в дорозі, а слабою&lt;br /&gt;</w:t>
        <w:br/>
        <w:t>Натуру їх вчинив! Отсе мізерне&lt;br /&gt;</w:t>
        <w:br/>
        <w:t>Знання, котре, мов іскорку, хоронять&lt;br /&gt;</w:t>
        <w:br/>
        <w:t>І роздувають — що їм з нього! Тьма&lt;br /&gt;</w:t>
        <w:br/>
        <w:t>І загадка сидить при нім на стражі.&lt;br /&gt;</w:t>
        <w:br/>
        <w:t>А ту дорогу, що веде до серця,&lt;br /&gt;</w:t>
        <w:br/>
        <w:t>До щирої любові, другий звір&lt;br /&gt;</w:t>
        <w:br/>
        <w:t>Загородив — химера бистрокрила,&lt;br /&gt;</w:t>
        <w:br/>
        <w:t>Котра манить і найяснішу правду&lt;br /&gt;</w:t>
        <w:br/>
        <w:t>У привид, у ману пусту зміняє.&lt;br /&gt;</w:t>
        <w:br/>
        <w:t>І мечуться вони, мов лист сухий&lt;br /&gt;</w:t>
        <w:br/>
        <w:t>В осіннім вітрі,— ріжуть, і мордують&lt;br /&gt;</w:t>
        <w:br/>
        <w:t>Одні других лютіше звірів лютих,&lt;br /&gt;</w:t>
        <w:br/>
        <w:t>І риються в землі, до неба рвуться,&lt;br /&gt;</w:t>
        <w:br/>
        <w:t>Пливуть по морю — в небі чи за морем&lt;br /&gt;</w:t>
        <w:br/>
        <w:t>Шукають раю, щастя, супокою,&lt;br /&gt;</w:t>
        <w:br/>
        <w:t>Шукають того, що лиш в серці своїм,&lt;br /&gt;</w:t>
        <w:br/>
        <w:t>В любві взаїмній можуть ізнайти!</w:t>
      </w:r>
    </w:p>
    <w:p>
      <w:r>
        <w:br/>
        <w:t>"І що ж, хіба ж повік їм так блудити?&lt;br /&gt;</w:t>
        <w:br/>
        <w:t>Хіба ж ніколи не найдуть вони&lt;br /&gt;</w:t>
        <w:br/>
        <w:t>Дороги прямої? Хіба ж надармо&lt;br /&gt;</w:t>
        <w:br/>
        <w:t>Їм дане те бажання невсипуще?&lt;br /&gt;</w:t>
        <w:br/>
        <w:t>Ні, жити хочесь кождому! І кождий&lt;br /&gt;</w:t>
        <w:br/>
        <w:t>На те і розум має, щоб життя&lt;br /&gt;</w:t>
        <w:br/>
        <w:t>Від смерті відрізнити, і коли&lt;br /&gt;</w:t>
        <w:br/>
        <w:t>Йому вказать дорогу до життя,&lt;br /&gt;</w:t>
        <w:br/>
        <w:t>То, певно, не піде на стежку смерті.&lt;br /&gt;</w:t>
        <w:br/>
        <w:t>Так я ж отсю дорогу їм покажу!&lt;br /&gt;</w:t>
        <w:br/>
        <w:t>Я, прадід їх, відслоню правду їм,&lt;br /&gt;</w:t>
        <w:br/>
        <w:t>Тяжким терпінням віковим здобуту.&lt;br /&gt;</w:t>
        <w:br/>
        <w:t>Пригорну їх до серця і навчу&lt;br /&gt;</w:t>
        <w:br/>
        <w:t>Любить себе взаїмно, занехати&lt;br /&gt;</w:t>
        <w:br/>
        <w:t>Роздорів, сварів, здирства і убійства.&lt;br /&gt;</w:t>
        <w:br/>
        <w:t>Я, перший вбійця, викуплю свій гріх&lt;br /&gt;</w:t>
        <w:br/>
        <w:t>Тим, що відверну всіх людей від вбійства.&lt;br /&gt;</w:t>
        <w:br/>
        <w:t>О люди, діти, внуки, сиротята!&lt;br /&gt;</w:t>
        <w:br/>
        <w:t>Покиньте плакати по страті раю!&lt;br /&gt;</w:t>
        <w:br/>
        <w:t>Я вам його несу! Несу ту мудрість,&lt;br /&gt;</w:t>
        <w:br/>
        <w:t>Котра поможе вам його здобути,&lt;br /&gt;</w:t>
        <w:br/>
        <w:t>У власних серцях рай новий створити!"</w:t>
      </w:r>
    </w:p>
    <w:p>
      <w:r>
        <w:br/>
        <w:t>Так думав Каїн і поспішним ходом,&lt;br /&gt;</w:t>
        <w:br/>
        <w:t>Із серцем, повним туги до людей,&lt;br /&gt;</w:t>
        <w:br/>
        <w:t>Невигаслої теплої любові,&lt;br /&gt;</w:t>
        <w:br/>
        <w:t>Прямує до села, і спотикаєсь,&lt;br /&gt;</w:t>
        <w:br/>
        <w:t>Скупить хвилини дух перевести.&lt;br /&gt;</w:t>
        <w:br/>
        <w:t>Щоб тільки швидше! Б'єсь стареє серпе,&lt;br /&gt;</w:t>
        <w:br/>
        <w:t>Тріпочеться, мов пташка. Наче вихор,&lt;br /&gt;</w:t>
        <w:br/>
        <w:t>Старі, давно забутії згадки&lt;br /&gt;</w:t>
        <w:br/>
        <w:t>Зворушились, коли з-за горбика,&lt;br /&gt;</w:t>
        <w:br/>
        <w:t>Мов синя хмарка, показався дим&lt;br /&gt;</w:t>
        <w:br/>
        <w:t>Із людської оселі. Мов дитя,&lt;br /&gt;</w:t>
        <w:br/>
        <w:t>Щодуху він на горбик вибіг, став&lt;br /&gt;</w:t>
        <w:br/>
        <w:t>І довго-довго видом тим впивався.&lt;br /&gt;</w:t>
        <w:br/>
        <w:t>Що розстелився перед ним,— сто раз&lt;br /&gt;</w:t>
        <w:br/>
        <w:t>Миліший, ніж недавній привид раю.</w:t>
      </w:r>
    </w:p>
    <w:p>
      <w:r>
        <w:br/>
        <w:t>Пишний крайобраз! В глибині його&lt;br /&gt;</w:t>
        <w:br/>
        <w:t>Велике озеро, мов лазурове&lt;br /&gt;</w:t>
        <w:br/>
        <w:t>Хрустальне дзеркало, що вдалі десь&lt;br /&gt;</w:t>
        <w:br/>
        <w:t>Зливаєсь з небом. Береги, з розкішну,&lt;br /&gt;</w:t>
        <w:br/>
        <w:t>Багату зелень прибрані, далеко&lt;br /&gt;</w:t>
        <w:br/>
        <w:t>Повскакували в воду рукавами,&lt;br /&gt;</w:t>
        <w:br/>
        <w:t>Полощуться та приглядаються&lt;br /&gt;</w:t>
        <w:br/>
        <w:t>Собі у тихім дзеркалі глибокім.&lt;br /&gt;</w:t>
        <w:br/>
        <w:t>А ближче сугорби, покриті лісом,&lt;br /&gt;</w:t>
        <w:br/>
        <w:t>Немов вінком могучим відділили&lt;br /&gt;</w:t>
        <w:br/>
        <w:t>Той тихий кут від решти світу.</w:t>
      </w:r>
    </w:p>
    <w:p>
      <w:r>
        <w:br/>
        <w:t>Глянь!&lt;br /&gt;</w:t>
        <w:br/>
        <w:t>Там в тихім заливі, не дуже близько&lt;br /&gt;</w:t>
        <w:br/>
        <w:t>Від берега, мов стадо каченят,&lt;br /&gt;</w:t>
        <w:br/>
        <w:t>Село розсілось. На палях товстих,&lt;br /&gt;</w:t>
        <w:br/>
        <w:t>Повбиваних в дно озера, стоять&lt;br /&gt;</w:t>
        <w:br/>
        <w:t>Низькі хатки, покриті тростиною,&lt;br /&gt;</w:t>
        <w:br/>
        <w:t>З піддашками й широкими кладками.&lt;br /&gt;</w:t>
        <w:br/>
        <w:t>Дим куриться із стріх. Жінки в хатах&lt;br /&gt;</w:t>
        <w:br/>
        <w:t>Перекликаються. По озері,&lt;br /&gt;</w:t>
        <w:br/>
        <w:t>Мов павуки, снують човни легенькі —&lt;br /&gt;</w:t>
        <w:br/>
        <w:t>То рибаки великі сіті тягнуть,&lt;br /&gt;</w:t>
        <w:br/>
        <w:t>Кричать, гребуть веслами та до сонця&lt;br /&gt;</w:t>
        <w:br/>
        <w:t>Поблискують зубцями спис спижевих.</w:t>
      </w:r>
    </w:p>
    <w:p>
      <w:r>
        <w:br/>
        <w:t>А супроти села на узбережжі&lt;br /&gt;</w:t>
        <w:br/>
        <w:t>Майдан широкий, а на нім не пчоли&lt;br /&gt;</w:t>
        <w:br/>
        <w:t>Роєм гуляють, не чмелі гудуть —&lt;br /&gt;</w:t>
        <w:br/>
        <w:t>То молодіж сільська гуляє. В сонці&lt;br /&gt;</w:t>
        <w:br/>
        <w:t>Вилискується голе, смагле тіло,&lt;br /&gt;</w:t>
        <w:br/>
        <w:t>Лунають срібні голоси, легенький&lt;br /&gt;</w:t>
        <w:br/>
        <w:t>Вітрець волосся чорне розвіває.&lt;br /&gt;</w:t>
        <w:br/>
        <w:t>Одні навзаводи біжать, а другі&lt;br /&gt;</w:t>
        <w:br/>
        <w:t>Крутії танці водять, ті збирають&lt;br /&gt;</w:t>
        <w:br/>
        <w:t>Блискучі раковини над водою,&lt;br /&gt;</w:t>
        <w:br/>
        <w:t>Тамті великий натягають лук&lt;br /&gt;</w:t>
        <w:br/>
        <w:t>І до мети стріляють, деякі ж&lt;br /&gt;</w:t>
        <w:br/>
        <w:t>Старого діда обступили, що&lt;br /&gt;</w:t>
        <w:br/>
        <w:t>Сидить на камені, бряжчить на струнах&lt;br /&gt;</w:t>
        <w:br/>
        <w:t>І щось співає.</w:t>
      </w:r>
    </w:p>
    <w:p>
      <w:r>
        <w:br/>
        <w:t>Все те Каїн бачив,&lt;br /&gt;</w:t>
        <w:br/>
        <w:t>Мов на долоні, плакав і сміявся&lt;br /&gt;</w:t>
        <w:br/>
        <w:t>Із радості. Він так давно не бачив&lt;br /&gt;</w:t>
        <w:br/>
        <w:t>Людей! І вид їх мирного життя,&lt;br /&gt;</w:t>
        <w:br/>
        <w:t>Їх праць, забав і розривок щоденних&lt;br /&gt;</w:t>
        <w:br/>
        <w:t>Таким йому чудово гарним видавсь,&lt;br /&gt;</w:t>
        <w:br/>
        <w:t>Що, причарований, він став на місці,&lt;br /&gt;</w:t>
        <w:br/>
        <w:t>Глядів і оком не змигнув, впивався&lt;br /&gt;</w:t>
        <w:br/>
        <w:t>Тим видом, мов найбільшим щастям земним.&lt;br /&gt;</w:t>
        <w:br/>
        <w:t>Втім крик зробився між дітьми: у лука&lt;br /&gt;</w:t>
        <w:br/>
        <w:t>Струна порвалась. "Діду, діду Лемех,&lt;br /&gt;</w:t>
        <w:br/>
        <w:t>Направте лук!" І дід покинув грати,&lt;br /&gt;</w:t>
        <w:br/>
        <w:t>І лук узяв, руками пильно щупав&lt;br /&gt;</w:t>
        <w:br/>
        <w:t>З усіх боків, махаючи при тім&lt;br /&gt;</w:t>
        <w:br/>
        <w:t>Похиленою головою. Каїн&lt;br /&gt;</w:t>
        <w:br/>
        <w:t>Відразу догадавсь, що вія сліпий.&lt;br /&gt;</w:t>
        <w:br/>
        <w:t>Ось виняв він з-за пазухи струну&lt;br /&gt;</w:t>
        <w:br/>
        <w:t>І на роговий лук нап'яв і брязнув&lt;br /&gt;</w:t>
        <w:br/>
        <w:t>По ній. Мов ластівка, зацвіркотала&lt;br /&gt;</w:t>
        <w:br/>
        <w:t>Струна, і щось немов вступило в діда.&lt;br /&gt;</w:t>
        <w:br/>
        <w:t>"Ех, діти! — скрикнув він і з місця встав.—&lt;br /&gt;</w:t>
        <w:br/>
        <w:t>Старий я став, сліпий, а ще готов&lt;br /&gt;</w:t>
        <w:br/>
        <w:t>Помірятися з вами при стрільбі".</w:t>
      </w:r>
    </w:p>
    <w:p>
      <w:r>
        <w:br/>
        <w:t>"Го-го, дід Лемех до стріли бересь! —&lt;br /&gt;</w:t>
        <w:br/>
        <w:t>Загомоніли хлопці.— Браво, діду!&lt;br /&gt;</w:t>
        <w:br/>
        <w:t>Давайте з нами до мети стріляти!"</w:t>
      </w:r>
    </w:p>
    <w:p>
      <w:r>
        <w:br/>
        <w:t>"Де ж та мета? Ведіть мене туди,&lt;br /&gt;</w:t>
        <w:br/>
        <w:t>Де стаєте!"</w:t>
      </w:r>
    </w:p>
    <w:p>
      <w:r>
        <w:br/>
        <w:t>В тій хвилі ті, що бігли,&lt;br /&gt;</w:t>
        <w:br/>
        <w:t>Побачили, як Каїн наближався&lt;br /&gt;</w:t>
        <w:br/>
        <w:t>На край майдану.</w:t>
      </w:r>
    </w:p>
    <w:p>
      <w:r>
        <w:br/>
        <w:t>"Горе! Хтось чужий&lt;br /&gt;</w:t>
        <w:br/>
        <w:t>Іде! Розбійник! Лісовий дикун!&lt;br /&gt;</w:t>
        <w:br/>
        <w:t>Рятуйте, діду!"</w:t>
      </w:r>
    </w:p>
    <w:p>
      <w:r>
        <w:br/>
        <w:t>І, немов курчата&lt;br /&gt;</w:t>
        <w:br/>
        <w:t>Від яструба, вони до діда збіглись.&lt;br /&gt;</w:t>
        <w:br/>
        <w:t>Дрогнув дід Лемех.</w:t>
      </w:r>
    </w:p>
    <w:p>
      <w:r>
        <w:br/>
        <w:t>"Де є той дикун?" —&lt;br /&gt;</w:t>
        <w:br/>
        <w:t>Спитав суворо.&lt;br /&gt;</w:t>
        <w:br/>
        <w:t>"Із-за кедра вийшов!&lt;br /&gt;</w:t>
        <w:br/>
        <w:t>До нас іде!"</w:t>
      </w:r>
    </w:p>
    <w:p>
      <w:r>
        <w:br/>
        <w:t>І Лемех ані слова&lt;br /&gt;</w:t>
        <w:br/>
        <w:t>Не мовив більш, на лук нову стрілу&lt;br /&gt;</w:t>
        <w:br/>
        <w:t>Уклав і вистрілив.</w:t>
      </w:r>
    </w:p>
    <w:p>
      <w:r>
        <w:br/>
        <w:t>"Стій, Лемех, стій! —&lt;br /&gt;</w:t>
        <w:br/>
        <w:t>Роздався голос.— Я твій прадід Каїн!"</w:t>
      </w:r>
    </w:p>
    <w:p>
      <w:r>
        <w:br/>
        <w:t>Та в тій же хвилі острая стріла&lt;br /&gt;</w:t>
        <w:br/>
        <w:t>Йому попала прямо в серце. Скочив&lt;br /&gt;</w:t>
        <w:br/>
        <w:t>Угору Каїн і лицем на землю&lt;br /&gt;</w:t>
        <w:br/>
        <w:t>Упав, аж вістря вилізло плечима,&lt;br /&gt;</w:t>
        <w:br/>
        <w:t>А руки судорожно в землю врились&lt;br /&gt;</w:t>
        <w:br/>
        <w:t>І задубіли так.</w:t>
      </w:r>
    </w:p>
    <w:p>
      <w:r>
        <w:br/>
        <w:t>"Гура, дід Лемех!" —&lt;br /&gt;</w:t>
        <w:br/>
        <w:t>Хлоп'ята крикнули, та Лемех тільки&lt;br /&gt;</w:t>
        <w:br/>
        <w:t>Махнув рукою. Він, мов труп, стояв&lt;br /&gt;</w:t>
        <w:br/>
        <w:t>Блідий, недвижний, лук і стріли впали&lt;br /&gt;</w:t>
        <w:br/>
        <w:t>На землю.</w:t>
      </w:r>
    </w:p>
    <w:p>
      <w:r>
        <w:br/>
        <w:t>"Що вам, що вам, діду Лемех?"&lt;br /&gt;</w:t>
        <w:br/>
        <w:t>Защебетали діти, але дід&lt;br /&gt;</w:t>
        <w:br/>
        <w:t>Ледве промовив стиха: "Що сказав&lt;br /&gt;</w:t>
        <w:br/>
        <w:t>Отой дикун?"&lt;br /&gt;</w:t>
        <w:br/>
        <w:t>"Сказав, що він є Каїн,&lt;br /&gt;</w:t>
        <w:br/>
        <w:t>Ваш прадід".&lt;br /&gt;</w:t>
        <w:br/>
        <w:t>"Каїн? То не може бути!&lt;br /&gt;</w:t>
        <w:br/>
        <w:t>Мій прадід Каїн! Діти! Се ж було б&lt;br /&gt;</w:t>
        <w:br/>
        <w:t>Страшне нещастя, сли б була се правда!&lt;br /&gt;</w:t>
        <w:br/>
        <w:t>Глядіть лиш, де він, що з ним?"</w:t>
      </w:r>
    </w:p>
    <w:p>
      <w:r>
        <w:br/>
        <w:t>"Він упав&lt;br /&gt;</w:t>
        <w:br/>
        <w:t>Отам близ кедра и лежить спокійно".</w:t>
      </w:r>
    </w:p>
    <w:p>
      <w:r>
        <w:br/>
        <w:t>"Ходім до нього! Може, він живий!&lt;br /&gt;</w:t>
        <w:br/>
        <w:t>О боже, хорони мене від того лиха,&lt;br /&gt;</w:t>
        <w:br/>
        <w:t>Щоб Каїнову кров я мав пролити!"</w:t>
      </w:r>
    </w:p>
    <w:p>
      <w:r>
        <w:br/>
        <w:t>І, спотикаючись, тремтячи весь,&lt;br /&gt;</w:t>
        <w:br/>
        <w:t>Дід Лемех рушив, а за ним юрбою&lt;br /&gt;</w:t>
        <w:br/>
        <w:t>ішли хлоп'ята. Хоч сліпий, він прямо&lt;br /&gt;</w:t>
        <w:br/>
        <w:t>Ішов туди, куди пустив стрілу,&lt;br /&gt;</w:t>
        <w:br/>
        <w:t>Аж поки не спіткнувся і не впав&lt;br /&gt;</w:t>
        <w:br/>
        <w:t>На трупа Каїна.</w:t>
      </w:r>
    </w:p>
    <w:p>
      <w:r>
        <w:br/>
        <w:t>"Се він! Се він! —&lt;br /&gt;</w:t>
        <w:br/>
        <w:t>Мов божевільний, скрикнув Лемех.— Діти,&lt;br /&gt;</w:t>
        <w:br/>
        <w:t>Пропали ми, пропав увесь наш рід&lt;br /&gt;</w:t>
        <w:br/>
        <w:t>На віки вічні! Каїн смерть приняв&lt;br /&gt;</w:t>
        <w:br/>
        <w:t>Із моїх рук! Біжіть, зовіть батьків,&lt;br /&gt;</w:t>
        <w:br/>
        <w:t>Зовіть усіх сюди!"</w:t>
      </w:r>
    </w:p>
    <w:p>
      <w:r>
        <w:br/>
        <w:t>І поки діти&lt;br /&gt;</w:t>
        <w:br/>
        <w:t>Побігли по батьків, дід Лемех сів&lt;br /&gt;</w:t>
        <w:br/>
        <w:t>При трупі й, доторкаючись рукою&lt;br /&gt;</w:t>
        <w:br/>
        <w:t>Лиця його й прострілених грудей,&lt;br /&gt;</w:t>
        <w:br/>
        <w:t>Завів, мов над колискою дитини,&lt;br /&gt;</w:t>
        <w:br/>
        <w:t>Тремтячим голосом старезну пісню:&lt;br /&gt;</w:t>
        <w:br/>
        <w:t>"Слухай, Цілля, слухай, Ада,&lt;br /&gt;</w:t>
        <w:br/>
        <w:t>Дому мойого відрада,&lt;br /&gt;</w:t>
        <w:br/>
        <w:t>Каже божий глас:&lt;br /&gt;</w:t>
        <w:br/>
        <w:t>Хто над Лемехом глумиться,&lt;br /&gt;</w:t>
        <w:br/>
        <w:t>На нім Лемех буде метиться&lt;br /&gt;</w:t>
        <w:br/>
        <w:t>За раз — сім раз.&lt;br /&gt;</w:t>
        <w:br/>
        <w:t>А хто Каїнів убійця,&lt;br /&gt;</w:t>
        <w:br/>
        <w:t>То на тім сам бог помститься&lt;br /&gt;</w:t>
        <w:br/>
        <w:t>Сімдесят сім раз".</w:t>
      </w:r>
    </w:p>
    <w:p>
      <w:r>
        <w:br/>
        <w:t>Раз по раз, мов безумний, він співав&lt;br /&gt;</w:t>
        <w:br/>
        <w:t>Сю пісню. Вже зійшлось усе село&lt;br /&gt;</w:t>
        <w:br/>
        <w:t>На вість тривожну. Всі широким кругом&lt;br /&gt;</w:t>
        <w:br/>
        <w:t>І трупа, і убійцю обступили.&lt;br /&gt;</w:t>
        <w:br/>
        <w:t>Вкінці немов прокинувся дід Лемех&lt;br /&gt;</w:t>
        <w:br/>
        <w:t>І, голову підвівши, наче сонний,&lt;br /&gt;</w:t>
        <w:br/>
        <w:t>Промовив: "Що, чи є тут хто при мні?"&lt;br /&gt;</w:t>
        <w:br/>
        <w:t>"Ми всі тут, діду!" — загула громада.&lt;br /&gt;</w:t>
        <w:br/>
        <w:t>"Так плачте, діти! Се наш предок Каїн,&lt;br /&gt;</w:t>
        <w:br/>
        <w:t>Проклятий богом за убійство брата&lt;br /&gt;</w:t>
        <w:br/>
        <w:t>І семикрат проклятий ще за те,&lt;br /&gt;</w:t>
        <w:br/>
        <w:t>Що наблизивсь до нашої оселі&lt;br /&gt;</w:t>
        <w:br/>
        <w:t>І смерть приняв із моїх рук! Та смерть&lt;br /&gt;</w:t>
        <w:br/>
        <w:t>На нас прокляття боже навела&lt;br /&gt;</w:t>
        <w:br/>
        <w:t>І пімсту на дітей і внуків ваших!&lt;br /&gt;</w:t>
        <w:br/>
        <w:t>Тож плачте, діти! Плачте над собою!&lt;br /&gt;</w:t>
        <w:br/>
        <w:t>А сього трупа, се прокляте тіло,&lt;br /&gt;</w:t>
        <w:br/>
        <w:t>Не доторкаючись, похороніть,&lt;br /&gt;</w:t>
        <w:br/>
        <w:t>Щоб світу божого він не поганив,&lt;br /&gt;</w:t>
        <w:br/>
        <w:t>Щоби на нього сонце не гляділо,&lt;br /&gt;</w:t>
        <w:br/>
        <w:t>Щоб звір, його наївшись, не сказився&lt;br /&gt;</w:t>
        <w:br/>
        <w:t>І птиця, наклювавшись, не здихала!&lt;br /&gt;</w:t>
        <w:br/>
        <w:t>Зносіть каміння і, немов собаку,&lt;br /&gt;</w:t>
        <w:br/>
        <w:t>Прикиньте ним його, піском засипте&lt;br /&gt;</w:t>
        <w:br/>
        <w:t>І обсадіть тернами! Най повік&lt;br /&gt;</w:t>
        <w:br/>
        <w:t>Прокляте буде місце, де поліг він!"</w:t>
      </w:r>
    </w:p>
    <w:p>
      <w:r>
        <w:br/>
        <w:t>І кинулась громада з диким криком&lt;br /&gt;</w:t>
        <w:br/>
        <w:t>І стогоном прикидувать камінням&lt;br /&gt;</w:t>
        <w:br/>
        <w:t>Мерця. А він лежав, немов дитя,&lt;br /&gt;</w:t>
        <w:br/>
        <w:t>Вколисане до сну, простягши руки,&lt;br /&gt;</w:t>
        <w:br/>
        <w:t>З лицем спокійним, ясним, на котрому,&lt;br /&gt;</w:t>
        <w:br/>
        <w:t>Здавалось, і по смерті тліла ще&lt;br /&gt;</w:t>
        <w:br/>
        <w:t>Несказана утіха і любов.&lt;br /&gt;</w:t>
        <w:br/>
        <w:t>Та швидко купою каміння труп&lt;br /&gt;</w:t>
        <w:br/>
        <w:t>Покрився; кинений ізблизька камінь&lt;br /&gt;</w:t>
        <w:br/>
        <w:t>Розбив всю чашку, сплющив до землі,&lt;br /&gt;</w:t>
        <w:br/>
        <w:t>Похоронив навіки під собою.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Каїна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