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бандуриста</w:t>
      </w:r>
    </w:p>
    <w:p>
      <w:r>
        <w:br/>
        <w:t xml:space="preserve"> Буря виє, завиває&lt;br /&gt;</w:t>
        <w:br/>
        <w:t>І сосновий бір трощить;&lt;br /&gt;</w:t>
        <w:br/>
        <w:t>В хмарах блискавка палає,&lt;br /&gt;</w:t>
        <w:br/>
        <w:t>Грім за громом палає,&lt;br /&gt;</w:t>
        <w:br/>
        <w:t>Ніч то углем вся чорніє,&lt;br /&gt;</w:t>
        <w:br/>
        <w:t>То як кров зачервоніє!</w:t>
      </w:r>
    </w:p>
    <w:p>
      <w:r>
        <w:br/>
        <w:t>Дніпр клекоче, стогне, плаче&lt;br /&gt;</w:t>
        <w:br/>
        <w:t>Й гриву сивую трясе;&lt;br /&gt;</w:t>
        <w:br/>
        <w:t>Він реве й на камінь скаче,&lt;br /&gt;</w:t>
        <w:br/>
        <w:t>Камінь рве, гризе, несе...&lt;br /&gt;</w:t>
        <w:br/>
        <w:t>Грім, що гримне, в берег гряне —&lt;br /&gt;</w:t>
        <w:br/>
        <w:t>З пущі полум'я прогляне.</w:t>
      </w:r>
    </w:p>
    <w:p>
      <w:r>
        <w:br/>
        <w:t>Те не дивно, що так шумно,&lt;br /&gt;</w:t>
        <w:br/>
        <w:t>Що раз по раз блись та гряк!&lt;br /&gt;</w:t>
        <w:br/>
        <w:t>Те дивніш: співає сумно&lt;br /&gt;</w:t>
        <w:br/>
        <w:t>Над Дніпром старий козак;&lt;br /&gt;</w:t>
        <w:br/>
        <w:t>Пісня з вітром розлітає,&lt;br /&gt;</w:t>
        <w:br/>
        <w:t>Мов той вітер братом має...</w:t>
      </w:r>
    </w:p>
    <w:p>
      <w:r>
        <w:br/>
        <w:t>"Грім напусти на нас, боже, спали нас в пожарі,&lt;br /&gt;</w:t>
        <w:br/>
        <w:t>Бо і в мені, і в бандурі вже глас замирає!&lt;br /&gt;</w:t>
        <w:br/>
        <w:t>Вже не гримітиме, вже не горітиме, як в хмарі,&lt;br /&gt;</w:t>
        <w:br/>
        <w:t>Пісня в народі, бо вже наша мова конає!&lt;br /&gt;</w:t>
        <w:br/>
        <w:t>Хай же грім нас почує, що в хмарах кочує;&lt;br /&gt;</w:t>
        <w:br/>
        <w:t>Хай наш голос далеко по вітру несе,&lt;br /&gt;</w:t>
        <w:br/>
        <w:t>Поки вітром, як лист, нас з землі не стрясе;&lt;br /&gt;</w:t>
        <w:br/>
        <w:t>Хай і Дніпр стародавній д'нас пісню почує,&lt;br /&gt;</w:t>
        <w:br/>
        <w:t>Поки він нас в море не внесе, не вкине,&lt;br /&gt;</w:t>
        <w:br/>
        <w:t>Поки мова й голос в нас дотла не згине!&lt;br /&gt;</w:t>
        <w:br/>
        <w:t>Хай луною по степові голос іде&lt;br /&gt;</w:t>
        <w:br/>
        <w:t>І по пущах дніпровських між звір'ям гуде!</w:t>
      </w:r>
    </w:p>
    <w:p>
      <w:r>
        <w:br/>
        <w:t>Може, звір, може, й бір,&lt;br /&gt;</w:t>
        <w:br/>
        <w:t>Степ та вітер, море й Дніпр,&lt;br /&gt;</w:t>
        <w:br/>
        <w:t>Може, хмара,&lt;br /&gt;</w:t>
        <w:br/>
        <w:t>Грім і кара&lt;br /&gt;</w:t>
        <w:br/>
        <w:t>І банудуру, і мене&lt;br /&gt;</w:t>
        <w:br/>
        <w:t>Козакові спом'яне!</w:t>
      </w:r>
    </w:p>
    <w:p>
      <w:r>
        <w:br/>
        <w:t>Як сивий степ білітиме,&lt;br /&gt;</w:t>
        <w:br/>
        <w:t>Як чорний бір шумітиме,&lt;br /&gt;</w:t>
        <w:br/>
        <w:t>Як звір в пущах ревітиме,&lt;br /&gt;</w:t>
        <w:br/>
        <w:t>Як блискавка в хмарах-хмарах&lt;br /&gt;</w:t>
        <w:br/>
        <w:t>Кров'ю заснується,&lt;br /&gt;</w:t>
        <w:br/>
        <w:t>Грім додолу в карах-карах&lt;br /&gt;</w:t>
        <w:br/>
        <w:t>Грякне — й все займеться,&lt;br /&gt;</w:t>
        <w:br/>
        <w:t>І старий Дніпр в чварах-чварах&lt;br /&gt;</w:t>
        <w:br/>
        <w:t>Встане й озоветься...&lt;br /&gt;</w:t>
        <w:br/>
        <w:t>Може, і пісня з вітром ходитиме,&lt;br /&gt;</w:t>
        <w:br/>
        <w:t>Дійде до серця, серце палатиме;&lt;br /&gt;</w:t>
        <w:br/>
        <w:t>Може, й бандуру ще хто учує,&lt;br /&gt;</w:t>
        <w:br/>
        <w:t>Й серце заниє затоскує...&lt;br /&gt;</w:t>
        <w:br/>
        <w:t>І бандуру, і мене&lt;br /&gt;</w:t>
        <w:br/>
        <w:t>Козаченько спом'яне!"&lt;br /&gt;</w:t>
        <w:br/>
        <w:t>Буря виє, завиває&lt;br /&gt;</w:t>
        <w:br/>
        <w:t>І сосновий бір трощить;&lt;br /&gt;</w:t>
        <w:br/>
        <w:t>В хмарах блискавка палає&lt;br /&gt;</w:t>
        <w:br/>
        <w:t>Ніч то углем вся зчорніє,&lt;br /&gt;</w:t>
        <w:br/>
        <w:t>То як кров зачервоніє!</w:t>
      </w:r>
    </w:p>
    <w:p>
      <w:r>
        <w:br/>
        <w:t>Дніпр клекоче, стогне, плаче&lt;br /&gt;</w:t>
        <w:br/>
        <w:t>Й гриву сивую трясе;&lt;br /&gt;</w:t>
        <w:br/>
        <w:t>Він реве й на камінь скаче,&lt;br /&gt;</w:t>
        <w:br/>
        <w:t>Камінь рве, гризе, несе.&lt;br /&gt;</w:t>
        <w:br/>
        <w:t>Грім, що гримне, в берег гряне —&lt;br /&gt;</w:t>
        <w:br/>
        <w:t>З хвилі бандура прогляне!</w:t>
      </w:r>
    </w:p>
    <w:p>
      <w:r>
        <w:br/>
        <w:t>Запалало і — стемніло...&lt;br /&gt;</w:t>
        <w:br/>
        <w:t>Застогнало в небесах...&lt;br /&gt;</w:t>
        <w:br/>
        <w:t>Хлинув дощ... Загомоніло&lt;br /&gt;</w:t>
        <w:br/>
        <w:t>На горах, полях, в борах...&lt;br /&gt;</w:t>
        <w:br/>
        <w:t>Старця й бандури немає,&lt;br /&gt;</w:t>
        <w:br/>
        <w:t>Пісня по миру літає!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бандуриста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