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про рідну матір</w:t>
      </w:r>
    </w:p>
    <w:p>
      <w:r>
        <w:br/>
        <w:t xml:space="preserve"> Благословен той день і час,&lt;br /&gt;</w:t>
        <w:br/>
        <w:t>Коли прослалась килимами&lt;br /&gt;</w:t>
        <w:br/>
        <w:t>Земля, яку сходив Тара&lt;br /&gt;</w:t>
        <w:br/>
        <w:t>Малими босими ногами,&lt;br /&gt;</w:t>
        <w:br/>
        <w:t>Земля, яку скропив Тарас&lt;br /&gt;</w:t>
        <w:br/>
        <w:t>Дрібними росами-сльозами.</w:t>
      </w:r>
    </w:p>
    <w:p>
      <w:r>
        <w:br/>
        <w:t>Благословенна в болях ран&lt;br /&gt;</w:t>
        <w:br/>
        <w:t>Степів широчина-бездонна,&lt;br /&gt;</w:t>
        <w:br/>
        <w:t>Що, як зелений океан,&lt;br /&gt;</w:t>
        <w:br/>
        <w:t>Тече круг білого Херсона,&lt;br /&gt;</w:t>
        <w:br/>
        <w:t>Що свій дівочий гнучий стан&lt;br /&gt;</w:t>
        <w:br/>
        <w:t>До дніпрового тулить лона.</w:t>
      </w:r>
    </w:p>
    <w:p>
      <w:r>
        <w:br/>
        <w:t>Благословенна ти в віках,&lt;br /&gt;</w:t>
        <w:br/>
        <w:t>Як сонце наше благовісне,&lt;br /&gt;</w:t>
        <w:br/>
        <w:t>Як віщий білокрилий птах,&lt;br /&gt;</w:t>
        <w:br/>
        <w:t>Печаль і радість наша, пісне,&lt;br /&gt;</w:t>
        <w:br/>
        <w:t>Що мужність будиш у серцях,&lt;br /&gt;</w:t>
        <w:br/>
        <w:t>Коли над краєм хмара висне.</w:t>
      </w:r>
    </w:p>
    <w:p>
      <w:r>
        <w:br/>
        <w:t>Благословенні ви, сліди,&lt;br /&gt;</w:t>
        <w:br/>
        <w:t>Не змиті вічності дощами,&lt;br /&gt;</w:t>
        <w:br/>
        <w:t>Мандрівника Сковороди&lt;br /&gt;</w:t>
        <w:br/>
        <w:t>З припорошілими саквами,&lt;br /&gt;</w:t>
        <w:br/>
        <w:t>Що до цілющої води&lt;br /&gt;</w:t>
        <w:br/>
        <w:t>Простує, занедбавши храми;</w:t>
      </w:r>
    </w:p>
    <w:p>
      <w:r>
        <w:br/>
        <w:t>Благословен мечів ясних&lt;br /&gt;</w:t>
        <w:br/>
        <w:t>Огонь, отчизни охорона,&lt;br /&gt;</w:t>
        <w:br/>
        <w:t>Іржання коней бойових,&lt;br /&gt;</w:t>
        <w:br/>
        <w:t>Морських походів даль солона,&lt;br /&gt;</w:t>
        <w:br/>
        <w:t>І "Енеїди" владний сміх,&lt;br /&gt;</w:t>
        <w:br/>
        <w:t>Полтави тихої корона,</w:t>
      </w:r>
    </w:p>
    <w:p>
      <w:r>
        <w:br/>
        <w:t>Гаряча дума Кобзаря,&lt;br /&gt;</w:t>
        <w:br/>
        <w:t>Що і в огні не спопеліє,&lt;br /&gt;</w:t>
        <w:br/>
        <w:t>І молоток Каменяра,&lt;br /&gt;</w:t>
        <w:br/>
        <w:t>І струни Лисенка живії,&lt;br /&gt;</w:t>
        <w:br/>
        <w:t>І слави золота зоря&lt;br /&gt;</w:t>
        <w:br/>
        <w:t>Круг Заньковецької Марії!</w:t>
      </w:r>
    </w:p>
    <w:p>
      <w:r>
        <w:br/>
        <w:t>І труд, і піт благословен,&lt;br /&gt;</w:t>
        <w:br/>
        <w:t>Життя рясного виногради,&lt;br /&gt;</w:t>
        <w:br/>
        <w:t>І при дорозі зелен клен,&lt;br /&gt;</w:t>
        <w:br/>
        <w:t>І світло мудрої лампади,&lt;br /&gt;</w:t>
        <w:br/>
        <w:t>І майво збратаних знамен&lt;br /&gt;</w:t>
        <w:br/>
        <w:t>Навкруг Кремлівської огради.</w:t>
      </w:r>
    </w:p>
    <w:p>
      <w:r>
        <w:br/>
        <w:t>Благословенна синь озер,&lt;br /&gt;</w:t>
        <w:br/>
        <w:t>І Псло, і повів рути-м'яти,&lt;br /&gt;</w:t>
        <w:br/>
        <w:t>Народу геній, що не вмер,&lt;br /&gt;</w:t>
        <w:br/>
        <w:t>Не вмре від жодної гармати,&lt;br /&gt;</w:t>
        <w:br/>
        <w:t>У гроні світлому сестер&lt;br /&gt;</w:t>
        <w:br/>
        <w:t>Благословенна наша мати.</w:t>
      </w:r>
    </w:p>
    <w:p>
      <w:r>
        <w:br/>
        <w:t>Благословенні ви, брати,&lt;br /&gt;</w:t>
        <w:br/>
        <w:t>Що в сяйві дружби і свободи&lt;br /&gt;</w:t>
        <w:br/>
        <w:t>Идете до спільної мети,&lt;br /&gt;</w:t>
        <w:br/>
        <w:t>На ясні зорі й тихі води,&lt;br /&gt;</w:t>
        <w:br/>
        <w:t>Благословен і славен ти,&lt;br /&gt;</w:t>
        <w:br/>
        <w:t>Російський сміливий народе!</w:t>
      </w:r>
    </w:p>
    <w:p>
      <w:r>
        <w:br/>
        <w:t>Хто може випити Дніпро,&lt;br /&gt;</w:t>
        <w:br/>
        <w:t>Хто властен виплескати море,&lt;br /&gt;</w:t>
        <w:br/>
        <w:t>Хто наше злото-серебро&lt;br /&gt;</w:t>
        <w:br/>
        <w:t>Плугами кривди переоре,&lt;br /&gt;</w:t>
        <w:br/>
        <w:t>Хто серця чистого добро&lt;br /&gt;</w:t>
        <w:br/>
        <w:t>Злобою чорною поборе?</w:t>
      </w:r>
    </w:p>
    <w:p>
      <w:r>
        <w:br/>
        <w:t>Настане день, настане час —&lt;br /&gt;</w:t>
        <w:br/>
        <w:t>І розіллється знов медами.&lt;br /&gt;</w:t>
        <w:br/>
        <w:t>Земля, що освятив Тарас&lt;br /&gt;</w:t>
        <w:br/>
        <w:t>Своїми муками-ділами,&lt;br /&gt;</w:t>
        <w:br/>
        <w:t>Земля, що окрилив Тарас&lt;br /&gt;</w:t>
        <w:br/>
        <w:t>Громовозвукими словами.</w:t>
      </w:r>
    </w:p>
    <w:p>
      <w:r>
        <w:br/>
        <w:t>Хіба умерти можна їй,&lt;br /&gt;</w:t>
        <w:br/>
        <w:t>В гарячій захлинутись крові,&lt;br /&gt;</w:t>
        <w:br/>
        <w:t>Коли на справедливий бій&lt;br /&gt;</w:t>
        <w:br/>
        <w:t>Зовуть і дерева в діброві,&lt;br /&gt;</w:t>
        <w:br/>
        <w:t>Коли живе вона в міцній&lt;br /&gt;</w:t>
        <w:br/>
        <w:t>Сім і великій, вольній, новій?</w:t>
      </w:r>
    </w:p>
    <w:p>
      <w:r>
        <w:br/>
        <w:t>Хіба їй можна одцвісти,&lt;br /&gt;</w:t>
        <w:br/>
        <w:t>Коли зоря горить рожева,&lt;br /&gt;</w:t>
        <w:br/>
        <w:t>Коли шумлять-дзвенять світи&lt;br /&gt;</w:t>
        <w:br/>
        <w:t>Від рику раненого лева,&lt;br /&gt;</w:t>
        <w:br/>
        <w:t>Лисиці брешуть на щити&lt;br /&gt;</w:t>
        <w:br/>
        <w:t>І кличе див поверху древа!</w:t>
      </w:r>
    </w:p>
    <w:p>
      <w:r>
        <w:br/>
        <w:t>Хто золоту порве струну,&lt;br /&gt;</w:t>
        <w:br/>
        <w:t>Коли у гуслях — дух Боянів,&lt;br /&gt;</w:t>
        <w:br/>
        <w:t>Хто димний запах полину&lt;br /&gt;</w:t>
        <w:br/>
        <w:t>Роздавить мороком туманів,&lt;br /&gt;</w:t>
        <w:br/>
        <w:t>Хто чорну витеше труну&lt;br /&gt;</w:t>
        <w:br/>
        <w:t>На красний Київ наш і Канів?</w:t>
      </w:r>
    </w:p>
    <w:p>
      <w:r>
        <w:br/>
        <w:t>Ні! Сили на землі нема&lt;br /&gt;</w:t>
        <w:br/>
        <w:t>І сили на землі не буде,&lt;br /&gt;</w:t>
        <w:br/>
        <w:t>Щоб потягти нас до ярма,&lt;br /&gt;</w:t>
        <w:br/>
        <w:t>Щоб потоптати наші груди,&lt;br /&gt;</w:t>
        <w:br/>
        <w:t>Бо Партія біля керма&lt;br /&gt;</w:t>
        <w:br/>
        <w:t>Стоїть, радянські, вільні люд и І</w:t>
      </w:r>
    </w:p>
    <w:p>
      <w:r>
        <w:br/>
        <w:t>Гримить Дніпро, шумить Сула,&lt;br /&gt;</w:t>
        <w:br/>
        <w:t>Озвались голосом Карпати,&lt;br /&gt;</w:t>
        <w:br/>
        <w:t>І клич подільського села&lt;br /&gt;</w:t>
        <w:br/>
        <w:t>В Путивлі, сивому чувати.&lt;br /&gt;</w:t>
        <w:br/>
        <w:t>Чи совам зборкати орла?&lt;br /&gt;</w:t>
        <w:br/>
        <w:t>Чи правду кривді подолати?</w:t>
      </w:r>
    </w:p>
    <w:p>
      <w:r>
        <w:br/>
        <w:t>О земле рідна! Знаєш ти&lt;br /&gt;</w:t>
        <w:br/>
        <w:t>Свій шлях у бурі, у негоді!&lt;br /&gt;</w:t>
        <w:br/>
        <w:t>Встає народ, гудуть мости,&lt;br /&gt;</w:t>
        <w:br/>
        <w:t>Рокочуть ріки ясноводі!..&lt;br /&gt;</w:t>
        <w:br/>
        <w:t>Лисиці брешуть на щити,&lt;br /&gt;</w:t>
        <w:br/>
        <w:t>Та сонце устає — на Сході!</w:t>
      </w:r>
    </w:p>
    <w:p>
      <w:r>
        <w:br/>
        <w:t>1941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про рідну матір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