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Сліди</w:t>
      </w:r>
    </w:p>
    <w:p>
      <w:r>
        <w:br/>
        <w:t xml:space="preserve"> А пам’ять мене знову привела&lt;br /&gt;</w:t>
        <w:br/>
        <w:t>Туди, де я ще нині не була,&lt;br /&gt;</w:t>
        <w:br/>
        <w:t>Та щось вона так дивно колобродить —&lt;br /&gt;</w:t>
        <w:br/>
        <w:t>На переміну долі? Чи негоду?&lt;br /&gt;</w:t>
        <w:br/>
        <w:t>Годинник йде. І я за ним бреду.&lt;br /&gt;</w:t>
        <w:br/>
        <w:t>Мисливець так крадеться по сліду,&lt;br /&gt;</w:t>
        <w:br/>
        <w:t>А час на переправі. Знову час...&lt;br /&gt;</w:t>
        <w:br/>
        <w:t>Та що йому, всесильному, до нас?&lt;br /&gt;</w:t>
        <w:br/>
        <w:t>Він, звісно, майстер свого ремесла,&lt;br /&gt;</w:t>
        <w:br/>
        <w:t>Ніде не залиша свого весла.&lt;br /&gt;</w:t>
        <w:br/>
        <w:t>Роздмухує криваву завірюху,&lt;br /&gt;</w:t>
        <w:br/>
        <w:t>Всіх чує, розуміє. А — не слуха.&lt;br /&gt;</w:t>
        <w:br/>
        <w:t>Лиш відчуває дикий гін погоні,&lt;br /&gt;</w:t>
        <w:br/>
        <w:t>Скрипіння снігу, тупотіння коней,&lt;br /&gt;</w:t>
        <w:br/>
        <w:t>Де лиш одне маленьке коненя&lt;br /&gt;</w:t>
        <w:br/>
        <w:t>Вернулося — наосліп, навмання,&lt;br /&gt;</w:t>
        <w:br/>
        <w:t>Тендітний пломінь світла і відваги,&lt;br /&gt;</w:t>
        <w:br/>
        <w:t>Відбилося від вічної ватаги,&lt;br /&gt;</w:t>
        <w:br/>
        <w:t>Й неначе юний індіанський бог&lt;br /&gt;</w:t>
        <w:br/>
        <w:t>Летить туди, де я і ти — удвох.&lt;br /&gt;</w:t>
        <w:br/>
        <w:t>Ловці летять і закидають сіті.&lt;br /&gt;</w:t>
        <w:br/>
        <w:t>Їм доганяти. А йому — летіти&lt;br /&gt;</w:t>
        <w:br/>
        <w:t>Через ріку, через холодну падь,&lt;br /&gt;</w:t>
        <w:br/>
        <w:t>Через світів заледенілу гладь.&lt;br /&gt;</w:t>
        <w:br/>
        <w:t>Такому час і відстань не завада,&lt;br /&gt;</w:t>
        <w:br/>
        <w:t>Він шаленіє в сяйві снігопаду.&lt;br /&gt;</w:t>
        <w:br/>
        <w:t>Та скрапує, і стоншується нить.&lt;br /&gt;</w:t>
        <w:br/>
        <w:t>Мій конику, мій братику, болить!&lt;br /&gt;</w:t>
        <w:br/>
        <w:t>Болить в мені ота воскова свічка,&lt;br /&gt;</w:t>
        <w:br/>
        <w:t>Коли сльоза вертається до річки,&lt;br /&gt;</w:t>
        <w:br/>
        <w:t>Але й вона занурена в сніги,&lt;br /&gt;</w:t>
        <w:br/>
        <w:t>Занадто вже високі береги.&lt;br /&gt;</w:t>
        <w:br/>
        <w:t>Нікого у тій віхолі не видко,&lt;br /&gt;</w:t>
        <w:br/>
        <w:t>Все так раптово. Все занадто швидко&lt;br /&gt;</w:t>
        <w:br/>
        <w:t>Усі ключі зірвалися з руки,&lt;br /&gt;</w:t>
        <w:br/>
        <w:t>І — замкнено всі знаки і замки,&lt;br /&gt;</w:t>
        <w:br/>
        <w:t>І хоч любов не менша за утрату,&lt;br /&gt;</w:t>
        <w:br/>
        <w:t>Але на скрижанілім циферблаті&lt;br /&gt;</w:t>
        <w:br/>
        <w:t>Заточені всі стрілки на обліт,&lt;br /&gt;</w:t>
        <w:br/>
        <w:t>Вони не зійдуть із своїх орбіт.&lt;br /&gt;</w:t>
        <w:br/>
        <w:t>Єдиний шлях у пам’яті – навспак,&lt;br /&gt;</w:t>
        <w:br/>
        <w:t>Нехай хоч так, — кажу. Нехай хоч так.&lt;br /&gt;</w:t>
        <w:br/>
        <w:t>Нехай холодна й непроста дорога,&lt;br /&gt;</w:t>
        <w:br/>
        <w:t>Самотність — це наука для одного,&lt;br /&gt;</w:t>
        <w:br/>
        <w:t>У неї власні терези і міри,&lt;br /&gt;</w:t>
        <w:br/>
        <w:t>Коли вітри, коли сніги — під шкіру,&lt;br /&gt;</w:t>
        <w:br/>
        <w:t>Супроти долі пертися дарма.&lt;br /&gt;</w:t>
        <w:br/>
        <w:t>Зима, як вічність. Вічність, як зима.&lt;br /&gt;</w:t>
        <w:br/>
        <w:t>А тут одне поранене крило...&lt;br /&gt;</w:t>
        <w:br/>
        <w:t>Та я кажу: це все таки було.&lt;br /&gt;</w:t>
        <w:br/>
        <w:t>Годинник той, і час отой — іржаві,&lt;br /&gt;</w:t>
        <w:br/>
        <w:t>А коник тупотить на переправі,&lt;br /&gt;</w:t>
        <w:br/>
        <w:t>І дивиться на нас веселим оком&lt;br /&gt;</w:t>
        <w:br/>
        <w:t>Сьогодні там, здається, неглибоко…&lt;br /&gt;</w:t>
        <w:br/>
        <w:t>Копита срібні залишають слід.&lt;br /&gt;</w:t>
        <w:br/>
        <w:t>І я ступаю на тоненький лід…</w:t>
      </w:r>
    </w:p>
    <w:p>
      <w:r>
        <w:br/>
        <w:t>Наталя Дзюбенко-Мейс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Сліди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