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Славко й Жако</w:t>
      </w:r>
    </w:p>
    <w:p>
      <w:r>
        <w:br/>
        <w:t xml:space="preserve"> &lt;p&gt;І вдень і вночі гримкотять поїзди повз маленький степовий роз'їзд. Пасажири, мабуть, не встигають його й помітити, бо схожих на нього вздовж залізниці дуже багато. Всюди смугасті, як зебри, шлагбауми, старенька будочка і кам'яний будиночок, що вистромив з густого вишняка черепичну крівлю, як їжак голову.</w:t>
      </w:r>
    </w:p>
    <w:p>
      <w:r>
        <w:br/>
        <w:t>Ось тут і живе один з найбільших мрійників на світі Славко. Щодня проводжає поглядом поїзди і з нетерпінням жде, коли нарешті виросте і поїде аж у самісіньку Африку. Звідти сюди щотижня приходять листи від батька.</w:t>
      </w:r>
    </w:p>
    <w:p>
      <w:r>
        <w:br/>
        <w:t>На конвертах то руді замислені верблюди, то мовчазні піраміди,— побачити б усе те самому, покататися на верблюді, залізти на піраміду!</w:t>
      </w:r>
    </w:p>
    <w:p>
      <w:r>
        <w:br/>
        <w:t>— Африка від тебе не втече,— заспокоює дідусь,— виростеш, то об'їздиш увесь світ. Он диви, тільки за це літо — як з води вигнався.</w:t>
      </w:r>
    </w:p>
    <w:p>
      <w:r>
        <w:br/>
        <w:t>Еге ж, як з води, думає нищечком Славко, з якої там води! Хіба ж так треба рости, щоб швидко вирости! Треба — як оно бузина за хатою. Торік уже аж до даху доп'ялась. Ото справді росте. А тут прямо ніякого терпцю немає ждати.</w:t>
      </w:r>
    </w:p>
    <w:p>
      <w:r>
        <w:br/>
        <w:t>Як добре батькові, що він дорослий. Їздить, куди захочеться. І щоразу з геологічних експедицій привозить дивовижні подарунки.</w:t>
      </w:r>
    </w:p>
    <w:p>
      <w:r>
        <w:br/>
        <w:t>Коли від'їздив цього разу, Славкові стало прикрувато. Яка несправедливість: чому батькові треба їхати саме в його день народження?</w:t>
      </w:r>
    </w:p>
    <w:p>
      <w:r>
        <w:br/>
        <w:t>Мати заспокоювала його:</w:t>
      </w:r>
    </w:p>
    <w:p>
      <w:r>
        <w:br/>
        <w:t>— Станеш дорослим, тоді повністю зрозумієш, як важливо бути вірним своєму обов'язку.</w:t>
      </w:r>
    </w:p>
    <w:p>
      <w:r>
        <w:br/>
        <w:t>— У дітей ще більше обов'язків, ніж у дорослих,— заперечив Славко.— І в школу ходи, і старших слухайся, і руки мий, і зуби чисть, і нічого не зроби без дозволу... Не життя, а самі обов'язки — навіть дихнути без них спокійно не можеш.</w:t>
      </w:r>
    </w:p>
    <w:p>
      <w:r>
        <w:br/>
        <w:t>— Виростеш — обов'язків стане ще більше,— сказав батько.</w:t>
      </w:r>
    </w:p>
    <w:p>
      <w:r>
        <w:br/>
        <w:t>— Більше, як у мене є, мабуть, не буває, — засумнівався Славко.</w:t>
      </w:r>
    </w:p>
    <w:p>
      <w:r>
        <w:br/>
        <w:t>— Буває, сину, буває,— мовила мати.— Все наше життя з них складається.</w:t>
      </w:r>
    </w:p>
    <w:p>
      <w:r>
        <w:br/>
        <w:t>— А в мене так не буде... Робитиму, що хочу,— сказав і уявив, як їздитиме по всіх усюдах і все на світі бачитиме. І не треба тоді йому ні в школу ходити, ні уроки вчити, ні рано вставати — дуже багато нудних справ не робитиме.</w:t>
      </w:r>
    </w:p>
    <w:p>
      <w:r>
        <w:br/>
        <w:t>Ото й буде справжнє життя. Не життя, а суцільне свято.</w:t>
      </w:r>
    </w:p>
    <w:p>
      <w:r>
        <w:br/>
        <w:t>Батько — вже як зібрався й присів на дорогу — спитав:</w:t>
      </w:r>
    </w:p>
    <w:p>
      <w:r>
        <w:br/>
        <w:t>— Що ж тобі звідтіля привезти?</w:t>
      </w:r>
    </w:p>
    <w:p>
      <w:r>
        <w:br/>
        <w:t>Думав-думав Славко й не надумав. І ще прикріше йому стало.</w:t>
      </w:r>
    </w:p>
    <w:p>
      <w:r>
        <w:br/>
        <w:t>— Я не знаю, тату, що там є, а чого нема.</w:t>
      </w:r>
    </w:p>
    <w:p>
      <w:r>
        <w:br/>
        <w:t>— А час би вже й знати. Вчишся ж у третьому класі.</w:t>
      </w:r>
    </w:p>
    <w:p>
      <w:r>
        <w:br/>
        <w:t>— Та ми ж іще географію не вчимо.</w:t>
      </w:r>
    </w:p>
    <w:p>
      <w:r>
        <w:br/>
        <w:t>— Давай домовимося так,— сказав батько,— доки я буду в Африці, ти читатимеш про неї книжки. А як повернуся, розкажеш мені все, що взнав про Африку. Я ж розповім тобі лише те, що ти не встиг узнати. Згода?</w:t>
      </w:r>
    </w:p>
    <w:p>
      <w:r>
        <w:br/>
        <w:t>— Згода.</w:t>
      </w:r>
    </w:p>
    <w:p>
      <w:r>
        <w:br/>
        <w:t>— А привезу тобі найцікавіше з усього, що там зустрінеться.</w:t>
      </w:r>
    </w:p>
    <w:p>
      <w:r>
        <w:br/>
        <w:t>— Тільки з однією умовою: Славко добре вчитиметься,— додала мати.— Правда ж, сину?</w:t>
      </w:r>
    </w:p>
    <w:p>
      <w:r>
        <w:br/>
        <w:t>— Добре,— відповів знехотя й важко зітхнув.</w:t>
      </w:r>
    </w:p>
    <w:p>
      <w:r>
        <w:br/>
        <w:t>І раптом батько спохопився:</w:t>
      </w:r>
    </w:p>
    <w:p>
      <w:r>
        <w:br/>
        <w:t>— Стривай, а я ж забув тобі вручити найголовніший подарунок.</w:t>
      </w:r>
    </w:p>
    <w:p>
      <w:r>
        <w:br/>
        <w:t>Під вікном уже сигналила машина, що приїхала за татом, коли він вийшов зі своєї кімнати з трьома грубезними темно-синіми книжками в руках.</w:t>
      </w:r>
    </w:p>
    <w:p>
      <w:r>
        <w:br/>
        <w:t>Славко глянув і аж сторопів од радості. До тих книжок йому навіть підходити заборонялося. Одного разу батько тільки показував йому яскраві малюнки всяких тварин у товстезних книгах.</w:t>
      </w:r>
    </w:p>
    <w:p>
      <w:r>
        <w:br/>
        <w:t>— Це тобі. Їх мені в твоєму віці дідусь подарував. І для мене це були найцікавіші книжки на світі.</w:t>
      </w:r>
    </w:p>
    <w:p>
      <w:r>
        <w:br/>
        <w:t>— Мені...— прошепотів Славко, який ніяк не міг повірити в таку подію.</w:t>
      </w:r>
    </w:p>
    <w:p>
      <w:r>
        <w:br/>
        <w:t>— Написав ці книжки знаменитий німецький учений Альфред Едмунд Брем ще більше ста років тому. Їх читають в усьому світі. Я певен, "Життя тварин" тобі теж сподобається.</w:t>
      </w:r>
    </w:p>
    <w:p>
      <w:r>
        <w:br/>
        <w:t>Батько поїхав, а Славко почав читати книжки Брема.</w:t>
      </w:r>
    </w:p>
    <w:p>
      <w:r>
        <w:br/>
        <w:t>Він дізнався, що зеброві мангусти вміють наслідувати пташині голоси, а тому їм вдається перехитряти птахів, приманюючи їх до себе. Птахи нічого не підозрюють і летять туди, де, трохи покричавши по-їхньому, причаїлася мангуста. Отакі хитрющі ті створіння! Мабуть, ще хитріші за лисиць. Люди ловлять і легко приручають мангуст. Мангусти нікуди від них не втікають, їм навіть подобається жити в людей.</w:t>
      </w:r>
    </w:p>
    <w:p>
      <w:r>
        <w:br/>
        <w:t>Виявляється, що в Африці живе дикий кіт сервал, який полює на зайців і ягнят. Удень він спить, заховавшися в непролазні хащі, а темної ночі виходить на свій розбійницький промисел. Прокрадається в кошари, на птахоферми, скрізь знаходить собі смачну поживу. Якщо людям пощастить упіймати сервала ще молодим, вони легко його приручають, і він стає як звичайний домашній кіт. Навіть муркотить задоволено, граючи з дітьми у футбол. Мабуть, з нього був би хороший воротар, бо він дуже спритний. Такого б воротаря в їхню класну команду!</w:t>
      </w:r>
    </w:p>
    <w:p>
      <w:r>
        <w:br/>
        <w:t>А ще Славко дізнався, що в Африці є зовсім манюсінькі антилопи. Ні, не дітлахи дорослих антилоп, а вже дорослі. На зріст вони навіть менші від зайця. Їх так і називають: карликові антилопи. Вони дуже довірливі, а тому стають легкою здобиччю різних звірів. І їх залишилося в світі зовсім мало. Як би зберегти карликових антилоп? Може, треба виловити всіх до одної і поселити в зоопарках? А там уже їм ніхто не страшний. Славко навіть листа написав батькові з такою пропозицією. Хай скаже найголовнішому по охороні звірів начальникові. Дивно, що досі ніхто до такого не додумався.</w:t>
      </w:r>
    </w:p>
    <w:p>
      <w:r>
        <w:br/>
        <w:t>Настали канікули. Славко поїхав у піонерський табір. Книжки Брема дуже важкі. Він не міг повезти їх із собою. Спочатку навіть не уявляв, що робитиме там без них. Добре, що знайшлися в табірній бібліотеці тоненькі книжечки про природу Африки. Щоправда, не такі цікаві, як Бремові.</w:t>
      </w:r>
    </w:p>
    <w:p>
      <w:r>
        <w:br/>
        <w:t>Багато всяких дивин розказував він хлопцям вечорами біля намету.</w:t>
      </w:r>
    </w:p>
    <w:p>
      <w:r>
        <w:br/>
        <w:t>Накупавшись за день уволю, наганявшись за м'ячем, вони дружно обсідали Славка, як піонервожату. Били на собі комарів і слухали його з такою увагою, ніби перед ними був бувалий у бувальцях чоловік і все те перебачив на власні очі.</w:t>
      </w:r>
    </w:p>
    <w:p>
      <w:r>
        <w:br/>
        <w:t>Отак і незчулись, як відсурмили в ранкові сурми благословенні канікули. Першого вересня Славко знову пішов до школи. На перервах став розповідати хлопцям про рослини і тварин Африки, а вони дивувалися, звідки він усе те знає.</w:t>
      </w:r>
    </w:p>
    <w:p>
      <w:r>
        <w:br/>
        <w:t>Коли уроки скінчилися і галаслива хлоп'яча ватага викотилася з шкільного подвір'я за ворота, Славко раптово глянув уздовж вулиці і навіть не одразу повірив своїм очам. Назустріч із дуже засмаглим, просто схожим на мідне, обличчям ішов його батько.</w:t>
      </w:r>
    </w:p>
    <w:p>
      <w:r>
        <w:br/>
        <w:t>— Ой! — вигукнув Славко і, вимахуючи портфелем, побіг назустріч.</w:t>
      </w:r>
    </w:p>
    <w:p>
      <w:r>
        <w:br/>
        <w:t>Дужими руками батько підхопив його разом з портфелем і підкинув угору.</w:t>
      </w:r>
    </w:p>
    <w:p>
      <w:r>
        <w:br/>
        <w:t>— То чи скучив за мною?</w:t>
      </w:r>
    </w:p>
    <w:p>
      <w:r>
        <w:br/>
        <w:t>— Скучив! Скучив! Тебе так довго не було!</w:t>
      </w:r>
    </w:p>
    <w:p>
      <w:r>
        <w:br/>
        <w:t>По дорозі додому батько розпитував Славка, що ж він тепер знає про Африку. І Славко розповідав усе вичитане в книжках.</w:t>
      </w:r>
    </w:p>
    <w:p>
      <w:r>
        <w:br/>
        <w:t>— Ти в нас тепер доктор африкознавства,— похвалив батько.</w:t>
      </w:r>
    </w:p>
    <w:p>
      <w:r>
        <w:br/>
        <w:t>А вже біля шлагбаумів запитав:</w:t>
      </w:r>
    </w:p>
    <w:p>
      <w:r>
        <w:br/>
        <w:t>— Чи вгадаєш, що я тобі привіз?</w:t>
      </w:r>
    </w:p>
    <w:p>
      <w:r>
        <w:br/>
        <w:t>— Мангусту?</w:t>
      </w:r>
    </w:p>
    <w:p>
      <w:r>
        <w:br/>
        <w:t>— Ні.</w:t>
      </w:r>
    </w:p>
    <w:p>
      <w:r>
        <w:br/>
        <w:t>— Сервала?</w:t>
      </w:r>
    </w:p>
    <w:p>
      <w:r>
        <w:br/>
        <w:t>— Ні.</w:t>
      </w:r>
    </w:p>
    <w:p>
      <w:r>
        <w:br/>
        <w:t>— Карликову антилопу?</w:t>
      </w:r>
    </w:p>
    <w:p>
      <w:r>
        <w:br/>
        <w:t>— Ні.</w:t>
      </w:r>
    </w:p>
    <w:p>
      <w:r>
        <w:br/>
        <w:t>— Ну, не крокодила ж?</w:t>
      </w:r>
    </w:p>
    <w:p>
      <w:r>
        <w:br/>
        <w:t>— І не крокодила,— усміхнувся батько.</w:t>
      </w:r>
    </w:p>
    <w:p>
      <w:r>
        <w:br/>
        <w:t>— Що ж тоді? Кажи швидше, бо я не витримаю.</w:t>
      </w:r>
    </w:p>
    <w:p>
      <w:r>
        <w:br/>
        <w:t>Замість відповіді батько голосно гукнув у двір:</w:t>
      </w:r>
    </w:p>
    <w:p>
      <w:r>
        <w:br/>
        <w:t>— Славко прийшов!</w:t>
      </w:r>
    </w:p>
    <w:p>
      <w:r>
        <w:br/>
        <w:t>— Славко! Славко! Славко! — раптом загукав хтось у відповідь деренчливим голосом.</w:t>
      </w:r>
    </w:p>
    <w:p>
      <w:r>
        <w:br/>
        <w:t>Славко здивувався:</w:t>
      </w:r>
    </w:p>
    <w:p>
      <w:r>
        <w:br/>
        <w:t>— Хто це?</w:t>
      </w:r>
    </w:p>
    <w:p>
      <w:r>
        <w:br/>
        <w:t>— Це...— сказав батько.— Сам побачиш, хто це!</w:t>
      </w:r>
    </w:p>
    <w:p>
      <w:r>
        <w:br/>
        <w:t>І Славко побачив у клітці попелястого птаха з яскравим рожевим хвостом.</w:t>
      </w:r>
    </w:p>
    <w:p>
      <w:r>
        <w:br/>
        <w:t>— Оце дивина!..— вражено видихнув.</w:t>
      </w:r>
    </w:p>
    <w:p>
      <w:r>
        <w:br/>
        <w:t>А птах загукав:</w:t>
      </w:r>
    </w:p>
    <w:p>
      <w:r>
        <w:br/>
        <w:t>— Славко! Славко!.. Із школи йде Славко!</w:t>
      </w:r>
    </w:p>
    <w:p>
      <w:r>
        <w:br/>
        <w:t>— Здрастуй! — сказав йому Славко.— Ти хто?</w:t>
      </w:r>
    </w:p>
    <w:p>
      <w:r>
        <w:br/>
        <w:t>— Здр-р-р-р-растуй! Здр-р-р-р-растуй! Школяр-р-р-р-р! — радісно вигукував птах і світив до нього жовтими очима. "Р" у нього звучало так, ніби тріщав розгризений горіх.</w:t>
      </w:r>
    </w:p>
    <w:p>
      <w:r>
        <w:br/>
        <w:t>— Це папуга жако,— сказав батько.— Він вважається найрозумнішим із усіх папуг Африки, а може, й світу.</w:t>
      </w:r>
    </w:p>
    <w:p>
      <w:r>
        <w:br/>
        <w:t>— Найр-р-р-розумніший! — авторитетно підтвердив папуга.</w:t>
      </w:r>
    </w:p>
    <w:p>
      <w:r>
        <w:br/>
        <w:t>— Будемо дружити? — запитав його Славко.</w:t>
      </w:r>
    </w:p>
    <w:p>
      <w:r>
        <w:br/>
        <w:t>— Др-р-р-ружити!.. Др-р-р-р-ружити! — задоволено підхопив Жако.</w:t>
      </w:r>
    </w:p>
    <w:p>
      <w:r>
        <w:br/>
        <w:t>Потім схилив голову набік, приязно подивився на нього й змовницьки підморгнув.</w:t>
      </w:r>
    </w:p>
    <w:p>
      <w:r>
        <w:br/>
        <w:t>— Скільки п'ятір-р-р-рок? Скільки п'ятір-р-р-р-рок? — запитував щоразу папуга, коли Славко повертався зі школи.</w:t>
      </w:r>
    </w:p>
    <w:p>
      <w:r>
        <w:br/>
        <w:t>Славко відповідав йому і брався за уроки.</w:t>
      </w:r>
    </w:p>
    <w:p>
      <w:r>
        <w:br/>
        <w:t>— Від Москви до Калініна можна доїхати на електропоїзді за три години. О котрій годині буде в Калініні поїзд, що вийшов з Москви об одинадцятій годині ранку?— читав умову задачі вголос.</w:t>
      </w:r>
    </w:p>
    <w:p>
      <w:r>
        <w:br/>
        <w:t>— О котр-р-р-рій годині буде поїзд? — відразу ж запитував його Жако.— О котр-р-р-рій годині буде поїзд?</w:t>
      </w:r>
    </w:p>
    <w:p>
      <w:r>
        <w:br/>
        <w:t>— О чотирнадцятій.</w:t>
      </w:r>
    </w:p>
    <w:p>
      <w:r>
        <w:br/>
        <w:t>— О чотир-р-р-рнадцятій! — вигукував папуга так зраділо, ніби це він сам розв'язав задачу.</w:t>
      </w:r>
    </w:p>
    <w:p>
      <w:r>
        <w:br/>
        <w:t>Та найбільше йому подобалося кукурікати. Коли помічав на подвір'ї півня, гордо задирав голову, надувався, і в нього з горла викочувалося голосне:</w:t>
      </w:r>
    </w:p>
    <w:p>
      <w:r>
        <w:br/>
        <w:t>— Ку-ку-р-р-р-р-ріку!</w:t>
      </w:r>
    </w:p>
    <w:p>
      <w:r>
        <w:br/>
        <w:t>Півень, червоний як вогонь і з червоними сердитими очима, гнівно роззирався на всі боки, щоб знайти й покарати порушника спокою. Не побачивши ніде нікого, підозріло дивився на папугу, що сидів на тину й удавав, наче то зовсім не його витівки. Вигляд у нього й справді був такий безневинний, що півень і геть розгублювався. Щоб не втрачати авторитету господаря подвір'я, суворо згукував курей, сокотів на них, раптово вдаряв себе червоними крильми в червоні боки й кукурікав. А з тину йому відповідав кукуріканням Жако.</w:t>
      </w:r>
    </w:p>
    <w:p>
      <w:r>
        <w:br/>
        <w:t>Ошелешений півень на якусь мить завмирав, а потім одстовбурчував крила, відступав для розгону назад і починав стрибати на тин, щоб провчити нахабу. Та доскочити аж до папуги йому не вдавалося, бо півень уже був старуватий, обважнілий од ситого і спокійного життя. Втомившись, утихомирювався, лягав під тином, тоскно і благально дивився на Жако. Ніби казав тим виглядом: "Не тривож моє куряче господарство". Та Жако, звичайно, того погляду не розумів. А тому знову починав кукурікати. І півень утікав зі своїм курячим гуртом аж на город. Папуга лишався дрімати проти сонечка і думати, чим би ще звеселити двір і розважити самого себе.</w:t>
      </w:r>
    </w:p>
    <w:p>
      <w:r>
        <w:br/>
        <w:t>Коли Славко з'являється вдома, Жако не відступа од нього й на крок. Йде той до лісосмуги — там дідусь косить сіно — Жако з ним.</w:t>
      </w:r>
    </w:p>
    <w:p>
      <w:r>
        <w:br/>
        <w:t>Славко перегортає покоси, щоб сіно краще висихало, а Жако бігає за ним слідкома й посвистує.</w:t>
      </w:r>
    </w:p>
    <w:p>
      <w:r>
        <w:br/>
        <w:t>Повз них пролітає поїзд. Папуга ніби задумується, навіть очі приплющує, а потім несподівано гука:</w:t>
      </w:r>
    </w:p>
    <w:p>
      <w:r>
        <w:br/>
        <w:t>— О котр-р-р-рій годині буде поїзд?</w:t>
      </w:r>
    </w:p>
    <w:p>
      <w:r>
        <w:br/>
        <w:t>— Ну ж і розумака ти, Жако,— з усміхом каже йому дідусь.</w:t>
      </w:r>
    </w:p>
    <w:p>
      <w:r>
        <w:br/>
        <w:t>— Рр-р-розумака! — охоче погоджується Жако.— Рр-р-р-ррозумака!</w:t>
      </w:r>
    </w:p>
    <w:p>
      <w:r>
        <w:br/>
        <w:t>І знову ходить перевальцем по покосах, насвистує, задоволений собою і своїм життям.</w:t>
      </w:r>
    </w:p>
    <w:p>
      <w:r>
        <w:br/>
        <w:t>Восени Славко застудився.</w:t>
      </w:r>
    </w:p>
    <w:p>
      <w:r>
        <w:br/>
        <w:t>Вночі у нього була висока температура і він марив. Присмирнілий Жако сидів біля хворого і не зводив з нього погляду сумних жовтавих очей. За вікном ляпотів холодний дощ і гримкотливо, спалахуючи вогнем, як блискавка, пролітали поїзди.</w:t>
      </w:r>
    </w:p>
    <w:p>
      <w:r>
        <w:br/>
        <w:t>Коли прийшов лікар, папуга йому сказав:</w:t>
      </w:r>
    </w:p>
    <w:p>
      <w:r>
        <w:br/>
        <w:t>— Хвор-р-рий! Славко хвор-р-рий! Темпер-р-р-ратур-р-ра!</w:t>
      </w:r>
    </w:p>
    <w:p>
      <w:r>
        <w:br/>
        <w:t>Доки лікар вислуховував Славкові легені, Жако з надією дивився на нього. Навіть не зворухнувся, не кліпнув жовтими намистинами очей. Дідусь, тато й мама теж мовчки стежили за лікарем, з нетерпінням чекаючи, що ж він скаже про хворобу.</w:t>
      </w:r>
    </w:p>
    <w:p>
      <w:r>
        <w:br/>
        <w:t>Нарешті лікар сховав фонендоскоп у набитий всякою всячиною портфель, протер окуляри і мовив:</w:t>
      </w:r>
    </w:p>
    <w:p>
      <w:r>
        <w:br/>
        <w:t>— Нічого страшного немає, але треба лікуватися.</w:t>
      </w:r>
    </w:p>
    <w:p>
      <w:r>
        <w:br/>
        <w:t>— Лікуватися,— жалібно повторив Жако.</w:t>
      </w:r>
    </w:p>
    <w:p>
      <w:r>
        <w:br/>
        <w:t>Цілими днями за потьмянілим вікном шелестів дощ, гримкотіли поїзди, а Славко лежав у кімнаті й нудився. Йому вже трохи полегшало, але виходити надвір не дозволялося. Єдина розвага — Жако. Він і вірші розповідає, і співа, і свистить.</w:t>
      </w:r>
    </w:p>
    <w:p>
      <w:r>
        <w:br/>
        <w:t>Навідали Славка однокласники, і Жако продемонстрував їм увесь свій репертуар.</w:t>
      </w:r>
    </w:p>
    <w:p>
      <w:r>
        <w:br/>
        <w:t>— Йому на концертах виступати,— сказав хтось із хлопців.</w:t>
      </w:r>
    </w:p>
    <w:p>
      <w:r>
        <w:br/>
        <w:t>І Жако ще більше запишався собою, аж очі примружив од задоволення, і ще хвацькіше взявся висвистувати, потім нявкати, гавкати й кукурікати.</w:t>
      </w:r>
    </w:p>
    <w:p>
      <w:r>
        <w:br/>
        <w:t>Він, мабуть, дуже тішився тим, що Славко одужує.</w:t>
      </w:r>
    </w:p>
    <w:p>
      <w:r>
        <w:br/>
        <w:t>Розумний Жако все розуміє.</w:t>
      </w:r>
    </w:p>
    <w:p>
      <w:r>
        <w:br/>
        <w:t>...Стоїть серед вологого шумовиння обложних осінніх дощів степовий роз'їзд. Гасне в гущі безлистих потемнілих дерев перестук коліс, що летять здалеку і далеко.</w:t>
      </w:r>
    </w:p>
    <w:p>
      <w:r>
        <w:br/>
        <w:t>Йдучи вранці до школи, Славко зупиняється, коли повз роз'їзд пролітає поїзд, роздумливо вдивляється в мигтіння його вікон і уявляє тих щасливих людей, які їдуть у невідомі краї і побачать там усякі дива. Ех, скоріше б уже, нарешті, вирости, скрушно зітхає він, і здається Славкові, що чекати йому до того часу — цілу вічність.</w:t>
      </w:r>
    </w:p>
    <w:p>
      <w:r>
        <w:br/>
        <w:t>Славко оглядається на будиночок і щораз помічає у відчиненій кватирці свого попелястого друга з яскравим оранжевим хвостом.</w:t>
      </w:r>
    </w:p>
    <w:p>
      <w:r>
        <w:br/>
        <w:t>Жако теж роздумливо дивиться на нього крізь сіре запинало дощу.</w:t>
      </w:r>
    </w:p>
    <w:p>
      <w:r>
        <w:br/>
        <w:t>Цікаво, чи згадує він свою Африку, де так багато сонця і, мабуть, не буває таких холодних дощів?</w:t>
      </w:r>
    </w:p>
    <w:p>
      <w:r>
        <w:br/>
        <w:t>Славко знає, що без нього папуга нудиться вдома. Нікому показать свої таланти, ні з ким поговорити й розважитись. Терпляче чекатиме Славка зі школи. А коли він знову постане з важким портфелем у руках на порозі, жовто спалахнуть присмучені очі Жако, й він весело загукає, з насолодою вимовляючи "р":</w:t>
      </w:r>
    </w:p>
    <w:p>
      <w:r>
        <w:br/>
        <w:t>— Школяр-р-р-р-р! Школяр-р-р-р-р-р-р!.. Скільки п'ятір-рр-рок?!</w:t>
      </w:r>
    </w:p>
    <w:p>
      <w:r>
        <w:br/>
        <w:t>Оминаючи калюжі на бруківці, Славко йде до школи. По дорозі думає, що влітку обов'язково візьме з собою Жако в піонерський табір.</w:t>
      </w:r>
    </w:p>
    <w:p>
      <w:r>
        <w:br/>
        <w:t>Бо такої довгої розлуки на цілий місяць вони не витримають...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Славко й Жако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