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Скоро може побачу я степ той широкий...</w:t>
      </w:r>
    </w:p>
    <w:p>
      <w:r>
        <w:br/>
        <w:t xml:space="preserve"> Скоро може побачу я степ той широкий,&lt;br /&gt;</w:t>
        <w:br/>
        <w:t>Що тепер під снігами лежить,&lt;br /&gt;</w:t>
        <w:br/>
        <w:t>І як вія, так і я буду там одинокий,&lt;br /&gt;</w:t>
        <w:br/>
        <w:t>Буде братом мені тільки смуток глибокий&lt;br /&gt;</w:t>
        <w:br/>
        <w:t>І із їм я удвох буду жить...</w:t>
      </w:r>
    </w:p>
    <w:p>
      <w:r>
        <w:br/>
        <w:t>Скоро може побачу чужую чужину,&lt;br /&gt;</w:t>
        <w:br/>
        <w:t>Понесуть морем хвилі мене...&lt;br /&gt;</w:t>
        <w:br/>
        <w:t>Чи вернуся ж до тебе відтіль, Україно,&lt;br /&gt;</w:t>
        <w:br/>
        <w:t>Чи навіки я там на чужині загину&lt;br /&gt;</w:t>
        <w:br/>
        <w:t>І навіки там серце засне?..</w:t>
      </w:r>
    </w:p>
    <w:p>
      <w:r>
        <w:br/>
        <w:t>1885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Скоро може побачу я степ той широкий...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