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Скорбні пісні</w:t>
      </w:r>
    </w:p>
    <w:p>
      <w:r>
        <w:br/>
        <w:t xml:space="preserve"> І&lt;br /&gt;</w:t>
        <w:br/>
        <w:t>Ні, не зови мене на пир,&lt;br /&gt;</w:t>
        <w:br/>
        <w:t>Я не піду на пир лукавих,&lt;br /&gt;</w:t>
        <w:br/>
        <w:t>Не поклонюсь Мамони славі,&lt;br /&gt;</w:t>
        <w:br/>
        <w:t>Не воспою його кумир,&lt;br /&gt;</w:t>
        <w:br/>
        <w:t>Ні, я не був вовік рабом,&lt;br /&gt;</w:t>
        <w:br/>
        <w:t>Не прославляв брехні, неволі;&lt;br /&gt;</w:t>
        <w:br/>
        <w:t>Поет, співака правди, волі&lt;br /&gt;</w:t>
        <w:br/>
        <w:t>Не піде к кату на поклон!&lt;br /&gt;</w:t>
        <w:br/>
        <w:t>Пируй без мене в добрий час,&lt;br /&gt;</w:t>
        <w:br/>
        <w:t>Тобі й без мене заспівають,&lt;br /&gt;</w:t>
        <w:br/>
        <w:t>Превознесуть, возвеличають&lt;br /&gt;</w:t>
        <w:br/>
        <w:t>І станеш генієм у нас.</w:t>
      </w:r>
    </w:p>
    <w:p>
      <w:r>
        <w:br/>
        <w:t>II&lt;br /&gt;</w:t>
        <w:br/>
        <w:t>Ти любиш, сидячи у хаті,&lt;br /&gt;</w:t>
        <w:br/>
        <w:t>На злу неволю нарікати,&lt;br /&gt;</w:t>
        <w:br/>
        <w:t>А після доброго обіда&lt;br /&gt;</w:t>
        <w:br/>
        <w:t>Поганить "деспота"-сусіда!&lt;br /&gt;</w:t>
        <w:br/>
        <w:t>З чужої любиш ти кишені&lt;br /&gt;</w:t>
        <w:br/>
        <w:t>Давать убогим грошей жмені&lt;br /&gt;</w:t>
        <w:br/>
        <w:t>І розсипать слова не нові&lt;br /&gt;</w:t>
        <w:br/>
        <w:t>"Про світ науки і любові";&lt;br /&gt;</w:t>
        <w:br/>
        <w:t>Покинь "високії" слова&lt;br /&gt;</w:t>
        <w:br/>
        <w:t>Берись за просте діло;&lt;br /&gt;</w:t>
        <w:br/>
        <w:t>У нас робітників нема&lt;br /&gt;</w:t>
        <w:br/>
        <w:t>А "ватажки" і так остили.&lt;br /&gt;</w:t>
        <w:br/>
        <w:t>Не сталося, як я гадав,&lt;br /&gt;</w:t>
        <w:br/>
        <w:t>Не сталося, як сподівався;&lt;br /&gt;</w:t>
        <w:br/>
        <w:t>В житті багацько я жадав,&lt;br /&gt;</w:t>
        <w:br/>
        <w:t>А мало дечого дождався.&lt;br /&gt;</w:t>
        <w:br/>
        <w:t>Людей я рано розпізнав,&lt;br /&gt;</w:t>
        <w:br/>
        <w:t>І серце рано похололо;&lt;br /&gt;</w:t>
        <w:br/>
        <w:t>Даремно в світі я шукав&lt;br /&gt;</w:t>
        <w:br/>
        <w:t>Кохання, дружби, правди, волі.&lt;br /&gt;</w:t>
        <w:br/>
        <w:t>Шукав людей, шукав братів...&lt;br /&gt;</w:t>
        <w:br/>
        <w:t>Нема, нема, один блукаю,&lt;br /&gt;</w:t>
        <w:br/>
        <w:t>Як старець вбогий і нігде&lt;br /&gt;</w:t>
        <w:br/>
        <w:t>Я пристановища не маю.&lt;br /&gt;</w:t>
        <w:br/>
        <w:t>Округ пустинею несе...&lt;br /&gt;</w:t>
        <w:br/>
        <w:t>Коли б мені скорій в могилу;&lt;br /&gt;</w:t>
        <w:br/>
        <w:t>Злиденну долю, і людей,&lt;br /&gt;</w:t>
        <w:br/>
        <w:t>І світ без жалю я покину.</w:t>
      </w:r>
    </w:p>
    <w:p>
      <w:r>
        <w:br/>
        <w:t>IV</w:t>
      </w:r>
    </w:p>
    <w:p>
      <w:r>
        <w:br/>
        <w:t>Мені аж страшно, як згадаю,&lt;br /&gt;</w:t>
        <w:br/>
        <w:t>Яке я лихо пережив,&lt;br /&gt;</w:t>
        <w:br/>
        <w:t>Скількох людей похоронив!..&lt;br /&gt;</w:t>
        <w:br/>
        <w:t>Навіщо ж я ще сновидаю?&lt;br /&gt;</w:t>
        <w:br/>
        <w:t>Нехай би ще жилось, як людям,&lt;br /&gt;</w:t>
        <w:br/>
        <w:t>А то приблудою живу,&lt;br /&gt;</w:t>
        <w:br/>
        <w:t>Неначе віл ярмо тягну...&lt;br /&gt;</w:t>
        <w:br/>
        <w:t>Коли ж на спочин я прибуду?&lt;br /&gt;</w:t>
        <w:br/>
        <w:t>І смерть мене, мабуть, минає!&lt;br /&gt;</w:t>
        <w:br/>
        <w:t>Іди, небого, йди мерщій;&lt;br /&gt;</w:t>
        <w:br/>
        <w:t>Я жду тебе, давно я твій!&lt;br /&gt;</w:t>
        <w:br/>
        <w:t>Не йде!., глуха!., недочуває...</w:t>
      </w:r>
    </w:p>
    <w:p>
      <w:r>
        <w:br/>
        <w:t>V</w:t>
      </w:r>
    </w:p>
    <w:p>
      <w:r>
        <w:br/>
        <w:t>Покинь мене, забудь мене,&lt;br /&gt;</w:t>
        <w:br/>
        <w:t>Від мене холодом вже віє;&lt;br /&gt;</w:t>
        <w:br/>
        <w:t>Кохання ніжнеє твоє&lt;br /&gt;</w:t>
        <w:br/>
        <w:t>Мого вже серця не нагріє.</w:t>
      </w:r>
    </w:p>
    <w:p>
      <w:r>
        <w:br/>
        <w:t>Минув той час, коли і я&lt;br /&gt;</w:t>
        <w:br/>
        <w:t>Кипів любовію до тебе,&lt;br /&gt;</w:t>
        <w:br/>
        <w:t>Коли від погляду твого&lt;br /&gt;</w:t>
        <w:br/>
        <w:t>Душа палала у поета.&lt;br /&gt;</w:t>
        <w:br/>
        <w:t>Не пригорнулась ти тоді,&lt;br /&gt;</w:t>
        <w:br/>
        <w:t>Не обізвалась теплим словом;&lt;br /&gt;</w:t>
        <w:br/>
        <w:t>І без жалю сміялась ти&lt;br /&gt;</w:t>
        <w:br/>
        <w:t>З моєї чистої любові.&lt;br /&gt;</w:t>
        <w:br/>
        <w:t>Навіщо ж горнешся тепер&lt;br /&gt;</w:t>
        <w:br/>
        <w:t>І будиш давні, тялскі болі?&lt;br /&gt;</w:t>
        <w:br/>
        <w:t>Замерзле серце, мертвий труп&lt;br /&gt;</w:t>
        <w:br/>
        <w:t>Не оживиш його ніколи...&lt;br /&gt;</w:t>
        <w:br/>
        <w:t>VI&lt;br /&gt;</w:t>
        <w:br/>
        <w:t>Схиливши голову униз,&lt;br /&gt;</w:t>
        <w:br/>
        <w:t>Сиджу та смерті лсду неначе,&lt;br /&gt;</w:t>
        <w:br/>
        <w:t>А збоку шепче хтось: "Кріпись!&lt;br /&gt;</w:t>
        <w:br/>
        <w:t>Не падай духом, небораче!&lt;br /&gt;</w:t>
        <w:br/>
        <w:t>Округ пишаються квітки,&lt;br /&gt;</w:t>
        <w:br/>
        <w:t>І соловейко вже співає.&lt;br /&gt;</w:t>
        <w:br/>
        <w:t>Минуть незгоди навісні,&lt;br /&gt;</w:t>
        <w:br/>
        <w:t>На світі, друже, все минає".&lt;br /&gt;</w:t>
        <w:br/>
        <w:t>VII&lt;br /&gt;</w:t>
        <w:br/>
        <w:t>Листя пожовкле опало,&lt;br /&gt;</w:t>
        <w:br/>
        <w:t>Вітер сердитий реве;&lt;br /&gt;</w:t>
        <w:br/>
        <w:t>Сонця не видко вже стало,&lt;br /&gt;</w:t>
        <w:br/>
        <w:t>Дощик буйненький іде.&lt;br /&gt;</w:t>
        <w:br/>
        <w:t>Осінь панує надворі,&lt;br /&gt;</w:t>
        <w:br/>
        <w:t>Прийде небавом зима..,&lt;br /&gt;</w:t>
        <w:br/>
        <w:t>Вбогий, голодний і хворий,&lt;br /&gt;</w:t>
        <w:br/>
        <w:t>Певно, замерзну і я.&lt;br /&gt;</w:t>
        <w:br/>
        <w:t>Серденьку тяжко і нудно,&lt;br /&gt;</w:t>
        <w:br/>
        <w:t>В душу залізла печаль;&lt;br /&gt;</w:t>
        <w:br/>
        <w:t>Літо забути нам трудно,&lt;br /&gt;</w:t>
        <w:br/>
        <w:t>Літ перелштих нам жаль.&lt;br /&gt;</w:t>
        <w:br/>
        <w:t>Сонечка шкода ясного,&lt;br /&gt;</w:t>
        <w:br/>
        <w:t>Жаль молодої весни!&lt;br /&gt;</w:t>
        <w:br/>
        <w:t>Віку не маєм другого,&lt;br /&gt;</w:t>
        <w:br/>
        <w:t>Вдруге не маєм весни.&lt;br /&gt;</w:t>
        <w:br/>
        <w:t>Не для мене прийшла,&lt;br /&gt;</w:t>
        <w:br/>
        <w:t>Знов зелена весна,&lt;br /&gt;</w:t>
        <w:br/>
        <w:t>Не піду я в садок&lt;br /&gt;</w:t>
        <w:br/>
        <w:t>Любовати з квіток...&lt;br /&gt;</w:t>
        <w:br/>
        <w:t>І квітки і трава&lt;br /&gt;</w:t>
        <w:br/>
        <w:t>Вже не втіха мояі&lt;br /&gt;</w:t>
        <w:br/>
        <w:t>В ясну ніч солов'я&lt;br /&gt;</w:t>
        <w:br/>
        <w:t>Вже не чутиму я,&lt;br /&gt;</w:t>
        <w:br/>
        <w:t>Його пісні дзвінкі,&lt;br /&gt;</w:t>
        <w:br/>
        <w:t>Оксамитно-м'які,&lt;br /&gt;</w:t>
        <w:br/>
        <w:t>Чарівничі вони,&lt;br /&gt;</w:t>
        <w:br/>
        <w:t>Та не втіха мені.&lt;br /&gt;</w:t>
        <w:br/>
        <w:t>Срібний місяць пливе,&lt;br /&gt;</w:t>
        <w:br/>
        <w:t>На розмову зове,&lt;br /&gt;</w:t>
        <w:br/>
        <w:t>І небесна блакить,&lt;br /&gt;</w:t>
        <w:br/>
        <w:t>Вся зірками горить,&lt;br /&gt;</w:t>
        <w:br/>
        <w:t>А ген-ген визира&lt;br /&gt;</w:t>
        <w:br/>
        <w:t>Із-за муру мара —&lt;br /&gt;</w:t>
        <w:br/>
        <w:t>Навіжена тюрма.&lt;br /&gt;</w:t>
        <w:br/>
        <w:t>В ясну нічку вона&lt;br /&gt;</w:t>
        <w:br/>
        <w:t>І темній і страшній;&lt;br /&gt;</w:t>
        <w:br/>
        <w:t>Щемить серце больній...&lt;br /&gt;</w:t>
        <w:br/>
        <w:t>Там погибла моя&lt;br /&gt;</w:t>
        <w:br/>
        <w:t>Молодая весна.</w:t>
      </w:r>
    </w:p>
    <w:p>
      <w:r>
        <w:br/>
        <w:t>IX&lt;br /&gt;</w:t>
        <w:br/>
        <w:t>Мої кучері опали,&lt;br /&gt;</w:t>
        <w:br/>
        <w:t>Мої очі тьмяні стали,&lt;br /&gt;</w:t>
        <w:br/>
        <w:t>Вуси білі, мов сметана,&lt;br /&gt;</w:t>
        <w:br/>
        <w:t>Рано, рано зима впала.&lt;br /&gt;</w:t>
        <w:br/>
        <w:t>На мочарах, на півночі&lt;br /&gt;</w:t>
        <w:br/>
        <w:t>Потемніли мої очі,&lt;br /&gt;</w:t>
        <w:br/>
        <w:t>На чужині хуртовина&lt;br /&gt;</w:t>
        <w:br/>
        <w:t>Мої кучері оббила.&lt;br /&gt;</w:t>
        <w:br/>
        <w:t>Ба! байдуже! Все марніє,&lt;br /&gt;</w:t>
        <w:br/>
        <w:t>Тільки правда не старіє,&lt;br /&gt;</w:t>
        <w:br/>
        <w:t>Та поета вольне слово&lt;br /&gt;</w:t>
        <w:br/>
        <w:t>Вічно юне, вічно нове.&lt;br /&gt;</w:t>
        <w:br/>
        <w:t>В ясну ніч у садок&lt;br /&gt;</w:t>
        <w:br/>
        <w:t>Вже не ходить вона,&lt;br /&gt;</w:t>
        <w:br/>
        <w:t>Не пригорне мене,&lt;br /&gt;</w:t>
        <w:br/>
        <w:t>Не підставить чола&lt;br /&gt;</w:t>
        <w:br/>
        <w:t>Під гарячії губи мої.&lt;br /&gt;</w:t>
        <w:br/>
        <w:t>Не прониже мене&lt;br /&gt;</w:t>
        <w:br/>
        <w:t>її погляд палкий;&lt;br /&gt;</w:t>
        <w:br/>
        <w:t>І на серці, на дні&lt;br /&gt;</w:t>
        <w:br/>
        <w:t>Не загоїть ніхто&lt;br /&gt;</w:t>
        <w:br/>
        <w:t>Превеликії рани мої... ^&lt;br /&gt;</w:t>
        <w:br/>
        <w:t>Зрозуміла вона&lt;br /&gt;</w:t>
        <w:br/>
        <w:t>На всім світі одна&lt;br /&gt;</w:t>
        <w:br/>
        <w:t>Мій недуг, і печаль,&lt;br /&gt;</w:t>
        <w:br/>
        <w:t>І пекельний той жар,&lt;br /&gt;</w:t>
        <w:br/>
        <w:t>Що во вік не покине мене.&lt;br /&gt;</w:t>
        <w:br/>
        <w:t>Мою тугу й нудьгу&lt;br /&gt;</w:t>
        <w:br/>
        <w:t>Поділяла вона,&lt;br /&gt;</w:t>
        <w:br/>
        <w:t>І коханням своїм&lt;br /&gt;</w:t>
        <w:br/>
        <w:t>Скільки раз, о, свята!&lt;br /&gt;</w:t>
        <w:br/>
        <w:t>Життя нове вливала мені...&lt;br /&gt;</w:t>
        <w:br/>
        <w:t>А тепер?.. Ні, не жди!..&lt;br /&gt;</w:t>
        <w:br/>
        <w:t>Ти не прийдеш сюди...&lt;br /&gt;</w:t>
        <w:br/>
        <w:t>Серце, змовкни моє,&lt;br /&gt;</w:t>
        <w:br/>
        <w:t>Старих ран не буди.</w:t>
      </w:r>
    </w:p>
    <w:p>
      <w:r>
        <w:br/>
        <w:t>XI</w:t>
      </w:r>
    </w:p>
    <w:p>
      <w:r>
        <w:br/>
        <w:t>Не споминай старі печалі,&lt;br /&gt;</w:t>
        <w:br/>
        <w:t>Старого лиха не буди;&lt;br /&gt;</w:t>
        <w:br/>
        <w:t>Прости лукавих і неправих,&lt;br /&gt;</w:t>
        <w:br/>
        <w:t>Усім обидящим прости.</w:t>
      </w:r>
    </w:p>
    <w:p>
      <w:r>
        <w:br/>
        <w:t>Не згадуй давньої скорботи,&lt;br /&gt;</w:t>
        <w:br/>
        <w:t>Забудь тяжкі в неволі дні,&lt;br /&gt;</w:t>
        <w:br/>
        <w:t>Журби, пекельної нудоти&lt;br /&gt;</w:t>
        <w:br/>
        <w:t>І серця мук не спом'яни,&lt;br /&gt;</w:t>
        <w:br/>
        <w:t>А перші ласки і кохання,&lt;br /&gt;</w:t>
        <w:br/>
        <w:t>Бажання першої любви,&lt;br /&gt;</w:t>
        <w:br/>
        <w:t>І погляд любий, і зітхання&lt;br /&gt;</w:t>
        <w:br/>
        <w:t>Ти спом'яни і пом'яни!..&lt;br /&gt;</w:t>
        <w:br/>
        <w:t>Буває інколи порою&lt;br /&gt;</w:t>
        <w:br/>
        <w:t>Неначе з неба благодать&lt;br /&gt;</w:t>
        <w:br/>
        <w:t>На мене сходить і з нудьгою&lt;br /&gt;</w:t>
        <w:br/>
        <w:t>Тоді я в силі воювать;</w:t>
      </w:r>
    </w:p>
    <w:p>
      <w:r>
        <w:br/>
        <w:t>Журба десь зникне на годину,&lt;br /&gt;</w:t>
        <w:br/>
        <w:t>І серце муки забува...&lt;br /&gt;</w:t>
        <w:br/>
        <w:t>І бачу знов тебе — дівчино,&lt;br /&gt;</w:t>
        <w:br/>
        <w:t>І молодію!.. Ти жива,</w:t>
      </w:r>
    </w:p>
    <w:p>
      <w:r>
        <w:br/>
        <w:t>Заводиш вольні, любі речі,&lt;br /&gt;</w:t>
        <w:br/>
        <w:t>І ясний погляд твій горить;&lt;br /&gt;</w:t>
        <w:br/>
        <w:t>Чолом схилилася на плечі&lt;br /&gt;</w:t>
        <w:br/>
        <w:t>І просиш жити і любить.</w:t>
      </w:r>
    </w:p>
    <w:p>
      <w:r>
        <w:br/>
        <w:t>Але... такі святі години&lt;br /&gt;</w:t>
        <w:br/>
        <w:t>Неначе блискавка мигнуть:&lt;br /&gt;</w:t>
        <w:br/>
        <w:t>І знов один я, знов в пустині&lt;br /&gt;</w:t>
        <w:br/>
        <w:t>І знов журба тюрми гнітить...</w:t>
      </w:r>
    </w:p>
    <w:p>
      <w:r>
        <w:br/>
        <w:t>XIII&lt;br /&gt;</w:t>
        <w:br/>
        <w:t>Дивлюсь, дивлюсь: на сході тьма,&lt;br /&gt;</w:t>
        <w:br/>
        <w:t>Не проясняється, не дніє;&lt;br /&gt;</w:t>
        <w:br/>
        <w:t>Нігде і променю нема,&lt;br /&gt;</w:t>
        <w:br/>
        <w:t>Півночна хмара світ закрила.</w:t>
      </w:r>
    </w:p>
    <w:p>
      <w:r>
        <w:br/>
        <w:t>А де ж ти, зіронька ясна,&lt;br /&gt;</w:t>
        <w:br/>
        <w:t>Сподівана, бажана доля?&lt;br /&gt;</w:t>
        <w:br/>
        <w:t>Куди сховалася, зайшла?&lt;br /&gt;</w:t>
        <w:br/>
        <w:t>Ба!., ти й не сходила ніколи...</w:t>
      </w:r>
    </w:p>
    <w:p>
      <w:r>
        <w:br/>
        <w:t>XIV&lt;br /&gt;</w:t>
        <w:br/>
        <w:t>Минули літа, утекли&lt;br /&gt;</w:t>
        <w:br/>
        <w:t>Мої надії молодії,&lt;br /&gt;</w:t>
        <w:br/>
        <w:t>А мрії чисті і святії&lt;br /&gt;</w:t>
        <w:br/>
        <w:t>Десь буйні вітри рознесли.</w:t>
      </w:r>
    </w:p>
    <w:p>
      <w:r>
        <w:br/>
        <w:t>Минули літа, на душі&lt;br /&gt;</w:t>
        <w:br/>
        <w:t>Лежать незрушені печалі.&lt;br /&gt;</w:t>
        <w:br/>
        <w:t>Ох! їх і літа обминали&lt;br /&gt;</w:t>
        <w:br/>
        <w:t>Неначе вбогих багачі.</w:t>
      </w:r>
    </w:p>
    <w:p>
      <w:r>
        <w:br/>
        <w:t>Минули літа, а стара.&lt;br /&gt;</w:t>
        <w:br/>
        <w:t>Як світ стара неволя,&lt;br /&gt;</w:t>
        <w:br/>
        <w:t>Мене не кидає старого,&lt;br /&gt;</w:t>
        <w:br/>
        <w:t>Гнітить, лякає, як мара.</w:t>
      </w:r>
    </w:p>
    <w:p>
      <w:r>
        <w:br/>
        <w:t>XV</w:t>
      </w:r>
    </w:p>
    <w:p>
      <w:r>
        <w:br/>
        <w:t>Ізо дня в день, із віку в вік&lt;br /&gt;</w:t>
        <w:br/>
        <w:t>молитви люди шлють до бога,&lt;br /&gt;</w:t>
        <w:br/>
        <w:t>щоб чоловіку чоловік&lt;br /&gt;</w:t>
        <w:br/>
        <w:t>не заступав на світ дороги...&lt;br /&gt;</w:t>
        <w:br/>
        <w:t>Даремно вбогий чоловік&lt;br /&gt;</w:t>
        <w:br/>
        <w:t>чогось від бога жде і просить;&lt;br /&gt;</w:t>
        <w:br/>
        <w:t>молитви ті із віку в вік&lt;br /&gt;</w:t>
        <w:br/>
        <w:t>по полю вітер десь розносить.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Скорбні 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