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Скляний пес</w:t>
      </w:r>
    </w:p>
    <w:p>
      <w:r>
        <w:br/>
        <w:t xml:space="preserve"> &lt;p&gt;Якось один досвідчений чаклун жив собі на верхньому поверсі багатоквартирного будинку й проводив час у глибокодумній замисленості та в замисленій глибокодумності. Чого він з чаклунства не знав, те й не варте було знаття, бо ж володів він усіма книгами й усіма приписами всіх чаклунів, що жили до нього; ба більше — кілька чаклунств винайшов сам.</w:t>
      </w:r>
    </w:p>
    <w:p>
      <w:r>
        <w:br/>
        <w:t>І був би цей чудовий чаклун цілком щасливий, якби його роздумів не перебивали численні відвідувачі, що приходили питати в нього поради про свої турботи (які його не цікавили), та голосний стук морозивника, молочника, пральника, пекаревого рознощика та прода-вальниці горішків. Він ніколи не мав справи з цими людьми; проте вони щодня гамселили в його двері, щоб спитати про те й про се або щось продати. Якраз тоді, коли чаклун найглибше поринав у свої книги чи захоплено спостерігав за бульканням казана, лунав стук у двері. А відіславши непроханого гостя геть, він завжди виявляв, що втратив нитку роздумів або переварив чарівне зілля.</w:t>
      </w:r>
    </w:p>
    <w:p>
      <w:r>
        <w:br/>
        <w:t>Урешті-решт ці втручання-заважання його розізлили і він вирішив, що мусить завести пса, який би одганяв людей од його дверей. Він не знав, де знайти пса, проте в сусідній квартирі жив убогий склодув, з яким наш чарівник був побіжно знайомий; тож він пішов до того склодува і спитав:</w:t>
      </w:r>
    </w:p>
    <w:p>
      <w:r>
        <w:br/>
        <w:t>— Де мені знайти пса?</w:t>
      </w:r>
    </w:p>
    <w:p>
      <w:r>
        <w:br/>
        <w:t>— Якого пса? — поцікавився склодув.</w:t>
      </w:r>
    </w:p>
    <w:p>
      <w:r>
        <w:br/>
        <w:t>— Доброго пса. Такого, що гавкатиме на людей і їх одганятиме. Такого, що без мороки тримати й не треба годувати. Такого, що не мав би бліх і був би охайний. Такого, щоб мені корився, коли я щось йому скажу. Двома словами</w:t>
      </w:r>
    </w:p>
    <w:p>
      <w:r>
        <w:br/>
        <w:t>— доброго пса, — сказав чаклун.</w:t>
      </w:r>
    </w:p>
    <w:p>
      <w:r>
        <w:br/>
        <w:t>— Такого пса важко знайти, — відказав склодув, заклопотаний видуванням скляного вазона з рожевим скляним трояндовим кущем у ньому, який мав скляне зелене листя й жовті скляні троянди.</w:t>
      </w:r>
    </w:p>
    <w:p>
      <w:r>
        <w:br/>
        <w:t>Чаклун дивися на нього замислено.</w:t>
      </w:r>
    </w:p>
    <w:p>
      <w:r>
        <w:br/>
        <w:t>— А чи не можете ви мені видмухати пса зі скла? — спитав він незабаром.</w:t>
      </w:r>
    </w:p>
    <w:p>
      <w:r>
        <w:br/>
        <w:t>— Можу, — прорік склодув, — проте він, знаєте, на людей не гавкатиме.</w:t>
      </w:r>
    </w:p>
    <w:p>
      <w:r>
        <w:br/>
        <w:t>— О, я це легко виправлю, — відповів гість.</w:t>
      </w:r>
    </w:p>
    <w:p>
      <w:r>
        <w:br/>
        <w:t>— Кепський же я буду чаклун, якщо не змушу скляного пса гавкати.</w:t>
      </w:r>
    </w:p>
    <w:p>
      <w:r>
        <w:br/>
        <w:t>— Ну то добре. Якщо скляний пес вам підійде, я з радістю його видму. Та тільки за мою роботу треба заплатити.</w:t>
      </w:r>
    </w:p>
    <w:p>
      <w:r>
        <w:br/>
        <w:t>— Авжеж, — погодився чаклун. — Але я не маю тих жахливих штук, які ви називаєте "гроші". Візьміть плату моїми товарами.</w:t>
      </w:r>
    </w:p>
    <w:p>
      <w:r>
        <w:br/>
        <w:t>Склодув якусь мить міркував.</w:t>
      </w:r>
    </w:p>
    <w:p>
      <w:r>
        <w:br/>
        <w:t>— Можете мені дати якісь ліки на ревматизм? — спитав він.</w:t>
      </w:r>
    </w:p>
    <w:p>
      <w:r>
        <w:br/>
        <w:t>— О, так. Це легко.</w:t>
      </w:r>
    </w:p>
    <w:p>
      <w:r>
        <w:br/>
        <w:t>— Тоді згода. Я почну робити пса негайно. Якого кольору скло взяти?</w:t>
      </w:r>
    </w:p>
    <w:p>
      <w:r>
        <w:br/>
        <w:t>— Рожевий — гарний колір, — сказав чаклун, — і незвичний для собак, правда?</w:t>
      </w:r>
    </w:p>
    <w:p>
      <w:r>
        <w:br/>
        <w:t>— Дуже незвичний, — відповів склодув, — але хай буде рожевий.</w:t>
      </w:r>
    </w:p>
    <w:p>
      <w:r>
        <w:br/>
        <w:t>Тож чаклун повернувся до своїх роздумів, а склодув почав робити пса.</w:t>
      </w:r>
    </w:p>
    <w:p>
      <w:r>
        <w:br/>
        <w:t>На ранок він зайшов у чаклунову квартиру зі скляним псом під пахвою і поставив його обережно на стіл. Пес був гарної рожевої барви, з тонкою шерстю з крученого скла, а на шиї мав синю скляну стрічку. Очі були з плямок чорного скла й розумно блищали, точнісінько, як ті скляні очі, що їх часом носять люди.</w:t>
      </w:r>
    </w:p>
    <w:p>
      <w:r>
        <w:br/>
        <w:t>Чаклун висловив задоволення майстерністю склодува й одразу вручив йому маленьку пляшечку.</w:t>
      </w:r>
    </w:p>
    <w:p>
      <w:r>
        <w:br/>
        <w:t>— Це вилікує ваш ревматизм, — сказав він.</w:t>
      </w:r>
    </w:p>
    <w:p>
      <w:r>
        <w:br/>
        <w:t>— Але ж пляшечка порожня! — запротестував склодув.</w:t>
      </w:r>
    </w:p>
    <w:p>
      <w:r>
        <w:br/>
        <w:t>— Е ні, там є краплина рідини, — була ча-клунова відповідь.</w:t>
      </w:r>
    </w:p>
    <w:p>
      <w:r>
        <w:br/>
        <w:t>— І одна краплина вилікує мій ревматизм? — допитувався з подивом склодув.</w:t>
      </w:r>
    </w:p>
    <w:p>
      <w:r>
        <w:br/>
        <w:t>— Поза сумнівом. Це дивовижні ліки. Одна краплина в пляшечці негайно вилікує будь-яку відому людству хворобу. З цього випливає, що особливо добрі вони на ревматизм. Але дуже їх бережіть, бо це єдина така краплинка на світі, а я забув рецепт.</w:t>
      </w:r>
    </w:p>
    <w:p>
      <w:r>
        <w:br/>
        <w:t>— Дякую, — сказав склодув і повернувся у свою квартиру.</w:t>
      </w:r>
    </w:p>
    <w:p>
      <w:r>
        <w:br/>
        <w:t>Тоді чаклун начаклував чудових чарів і пробурмотів над тим скляним псом кілька дуже вчених слів чаклунською мовою. Після чого тваринка спершу помахала з боку на бік хвостом, потім свідомо моргнула лівим оком і, нарешті, почала гавкати вельми страшно, — якщо не зважати, що гавкіт линув од рожевого скляного песика. Є щось разюче в чарівному мистецтві чаклунів; хіба що ви, звісно, самі вмієте таке робити — тоді хай і не сподіваються вас вразити.</w:t>
      </w:r>
    </w:p>
    <w:p>
      <w:r>
        <w:br/>
        <w:t>Чаклун був радий успіхові своїх чарів, мов шкільний учитель, одначе вражений не був. Він негайно поставив пса в коридорі за дверима, щоб гавкав на всіх, хто посміє стукати й заважати роздумам хазяїна.</w:t>
      </w:r>
    </w:p>
    <w:p>
      <w:r>
        <w:br/>
        <w:t>Склодув, повернувшись у свою квартиру, вирішив поки що не вживати чаклунських ліків-на-все.</w:t>
      </w:r>
    </w:p>
    <w:p>
      <w:r>
        <w:br/>
        <w:t>— Сьогодні мене ревматизм не мучить, — міркував він, — і я вчиню мудро, якщо збережу ліки до часу, коли буду дуже хворий. Тоді з них буде більше користі.</w:t>
      </w:r>
    </w:p>
    <w:p>
      <w:r>
        <w:br/>
        <w:t>Тож він поставив пляшечку в сервант і став до роботи — видувати зі скла ще більше троянд. Невдовзі йому спало на думку, що ліки можуть не зберегтися, і він захотів спитати про це в чаклуна. Та біля чаклунових дверей скляний пес так люто на нього загавкав, що склодув не посмів стукати і спішно повернувся у свою квартирку. Звісно, бідний чоловік вельми засмутився таким недружнім ставленням пса, якого сам же так ретельно і вміло зробив.</w:t>
      </w:r>
    </w:p>
    <w:p>
      <w:r>
        <w:br/>
        <w:t>Уранці, читаючи газету, він звернув увагу на статтю про те, що вродлива панна Мідас, найбагатша молода жінка в місті, тяжко захворіла і лікарі не дають надії на її одужання.</w:t>
      </w:r>
    </w:p>
    <w:p>
      <w:r>
        <w:br/>
        <w:t>Склодув, хоч і страшенно бідний, запрацьований та безпросвітній, був людиною винахідливою. Він раптом згадав про коштовні ліки й вирішив використати їх з більшою користю, ніж для полегшення власної недуги. Він убрався в найкращий одяг, розчесався й пригладив вуса, помив руки й пов'язав краватку, наваксував черевики й почистив щіткою жилетку, а тоді поклав у кишеню пляшечку чарівних ліків-на-все. Далі замкнув двері, зійшов униз і пішов по вулицях до чудового палацу, де мешкала багата панна Мідас.</w:t>
      </w:r>
    </w:p>
    <w:p>
      <w:r>
        <w:br/>
        <w:t>Слуга відчинив двері й сказав:</w:t>
      </w:r>
    </w:p>
    <w:p>
      <w:r>
        <w:br/>
        <w:t>— Не треба нам ні мила, ні гравюр, ні овочів, ні пінки для волосся, ні пекарських порошків. Моя юна пані помирає, і ми для похорону маємо все необхідне.</w:t>
      </w:r>
    </w:p>
    <w:p>
      <w:r>
        <w:br/>
        <w:t>Склодувові стало прикро, що його прийняли за бродячого торговця.</w:t>
      </w:r>
    </w:p>
    <w:p>
      <w:r>
        <w:br/>
        <w:t>— Друже мій, — почав він гордо, проте слуга перебив його, кажучи:</w:t>
      </w:r>
    </w:p>
    <w:p>
      <w:r>
        <w:br/>
        <w:t>— Надгробків теж не треба; у них родинний цвинтар, і пам'ятник уже споруджено.</w:t>
      </w:r>
    </w:p>
    <w:p>
      <w:r>
        <w:br/>
        <w:t>— Цвинтар буде не потрібний, якщо ви дозволите мені говорити, — сказав склодув.</w:t>
      </w:r>
    </w:p>
    <w:p>
      <w:r>
        <w:br/>
        <w:t>— Не треба й лікарів, пане. Вони відмовилися від моєї юної пані — і вона відмовилася від лікарів, — неголосно продовжував слуга.</w:t>
      </w:r>
    </w:p>
    <w:p>
      <w:r>
        <w:br/>
        <w:t>— Я не лікар, — відказав склодув.</w:t>
      </w:r>
    </w:p>
    <w:p>
      <w:r>
        <w:br/>
        <w:t>— Ті інші теж не лікарі. То чого ж ви прийшли?</w:t>
      </w:r>
    </w:p>
    <w:p>
      <w:r>
        <w:br/>
        <w:t>— Я прийшов вилікувати вашу юну панночку за допомогою чарівного зілля.</w:t>
      </w:r>
    </w:p>
    <w:p>
      <w:r>
        <w:br/>
        <w:t>— Зайдіть, будьте ласкаві, і посидьте в холі. Я порозмовляю з економкою, — сказав слуга вже чемніше.</w:t>
      </w:r>
    </w:p>
    <w:p>
      <w:r>
        <w:br/>
        <w:t>Отож, слуга порозмовляв з економкою, а економка виклала справу дворецькому, а дворецький порадився з головним кухарем, а головний кухар поцілував хазяйчину покоївку й послав її глянути на незнайомця. Такою церемонією відгороджуються багатії навіть при смерті.</w:t>
      </w:r>
    </w:p>
    <w:p>
      <w:r>
        <w:br/>
        <w:t>Коли покоївка почула від склодува, що він має ліки, які зцілять панну Мідас, вона сказала:</w:t>
      </w:r>
    </w:p>
    <w:p>
      <w:r>
        <w:br/>
        <w:t>— Як добре, що ви прийшли.</w:t>
      </w:r>
    </w:p>
    <w:p>
      <w:r>
        <w:br/>
        <w:t>— Але, — сказав склодув, — якщо я поверну вашій пані здоров'я, то вона муситиме вийти за мене заміж.</w:t>
      </w:r>
    </w:p>
    <w:p>
      <w:r>
        <w:br/>
        <w:t>— Я розпитаю, чи вона цього хоче, — відповіла покоївка й одразу пішла радитися з панною Мідас.</w:t>
      </w:r>
    </w:p>
    <w:p>
      <w:r>
        <w:br/>
        <w:t>Молода пані не вагалася ні миті.</w:t>
      </w:r>
    </w:p>
    <w:p>
      <w:r>
        <w:br/>
        <w:t>— Я вийду хоч за діда старого, аби не вмирати! — скрикнула вона. — Негайно веди його сюди!</w:t>
      </w:r>
    </w:p>
    <w:p>
      <w:r>
        <w:br/>
        <w:t>Тож склодув зайшов, крапнув чарівну краплинку в ложку води, дав пацієнтці — і наступної миті панна Мідас стала така здорова, як ніколи в житті не бувала.</w:t>
      </w:r>
    </w:p>
    <w:p>
      <w:r>
        <w:br/>
        <w:t>— Лишенько! — вигукнула вона. — Мене ж на вечір запрошено на прийом до Фріттерів. Мері, принеси моє перлової барви шовкове плаття, я негайно почну збиратися. І не забудь скасувати замовлення на похоронні вінки та на жалобну сукню для тебе.</w:t>
      </w:r>
    </w:p>
    <w:p>
      <w:r>
        <w:br/>
        <w:t>— Але ж, панно, — заперечив склодув, що стояв поруч, — ви ж пообіцяли вийти за мене заміж, якщо я вас вилікую.</w:t>
      </w:r>
    </w:p>
    <w:p>
      <w:r>
        <w:br/>
        <w:t>— Та знаю, — сказала молода жінка, — але нам потрібен час, щоб зробити відповідне оголошення у світських газетах і надрукувати весільні запрошення. Зайдіть завтра й ми це обговоримо.</w:t>
      </w:r>
    </w:p>
    <w:p>
      <w:r>
        <w:br/>
        <w:t>її не дуже вабило мати склодува за чоловіка, й вона шукала приводу позбутися його хоч на час. А ще вона не хотіла пропустити прийом у Фріттерів.</w:t>
      </w:r>
    </w:p>
    <w:p>
      <w:r>
        <w:br/>
        <w:t>Та все ж чоловік пішов додому радісний, бо сподівався, що його хитрість вдалась і він от-от одружиться з багатою жінкою і відтак житиме в розкошах.</w:t>
      </w:r>
    </w:p>
    <w:p>
      <w:r>
        <w:br/>
        <w:t>Найперше, що він зробив, прийшовши додому, це потрощив і викинув у вікно всі свої склодувні знаряддя.</w:t>
      </w:r>
    </w:p>
    <w:p>
      <w:r>
        <w:br/>
        <w:t>Потім сів мріяти, як потратить жінчині гроші.</w:t>
      </w:r>
    </w:p>
    <w:p>
      <w:r>
        <w:br/>
        <w:t>На другий день він зайшов до панни Мідас, котра читала роман і їла шоколадний крем так весело, наче ніколи в житті й не хворіла.</w:t>
      </w:r>
    </w:p>
    <w:p>
      <w:r>
        <w:br/>
        <w:t>— Де ви взяли чарівне зілля, яке мене зцілило? — спитала вона.</w:t>
      </w:r>
    </w:p>
    <w:p>
      <w:r>
        <w:br/>
        <w:t>— У вченого чаклуна, — сказав він, а потім, думаючи, що її це зацікавить, розповів, як зробив для чаклуна скляного пса і як той гавкав і не підпускав нікого до чаклуна, щоб не докучали.</w:t>
      </w:r>
    </w:p>
    <w:p>
      <w:r>
        <w:br/>
        <w:t>— Як чудово! — сказала вона. — Я завжди хотіла скляного пса, який умів би гавкати.</w:t>
      </w:r>
    </w:p>
    <w:p>
      <w:r>
        <w:br/>
        <w:t>— Такий на світі тільки один, — відповів склодув, — і він належить чаклунові.</w:t>
      </w:r>
    </w:p>
    <w:p>
      <w:r>
        <w:br/>
        <w:t>— Ви мусите його мені купити, — сказала дама.</w:t>
      </w:r>
    </w:p>
    <w:p>
      <w:r>
        <w:br/>
        <w:t>— Чаклунові про гроші байдуже, — відказав склодув.</w:t>
      </w:r>
    </w:p>
    <w:p>
      <w:r>
        <w:br/>
        <w:t>— Тоді ви мусите пса вкрасти, — різко кинула вона. — Я не буду в житті щаслива ні дня, якщо не матиму скляного пса, що вміє гавкати.</w:t>
      </w:r>
    </w:p>
    <w:p>
      <w:r>
        <w:br/>
        <w:t>Склодува це вельми засмутило, проте він сказав, що поміркує що можна зробити. Бо чоловік завжди хоче догодити своїй жінці, і панна Мідас пообіцяла вийти за нього не пізніше, як за тиждень.</w:t>
      </w:r>
    </w:p>
    <w:p>
      <w:r>
        <w:br/>
        <w:t>По дорозі додому склодув купив великого мішка і — коли проходив повз чаклунові двері, а рожевий скляний пес вибіг на нього погавкати — накинув мішка на собаку, зав'язав краї зав'язкою і заніс у свою квартиру.</w:t>
      </w:r>
    </w:p>
    <w:p>
      <w:r>
        <w:br/>
        <w:t>На другий день він через хлопця-посланця послав мішка панні Мідас з найкращими побажаннями, а пополудні зайшов до неї особисто, впевнений, що вона прийме його з удячніс-тю за крадіжку пса, якого так бажала.</w:t>
      </w:r>
    </w:p>
    <w:p>
      <w:r>
        <w:br/>
        <w:t>Та коли він підійшов до дверей і слуга їх одчинив, який же був його подив, коли скляний пес вибіг і люто на нього загавкав.</w:t>
      </w:r>
    </w:p>
    <w:p>
      <w:r>
        <w:br/>
        <w:t>— Відкличте свого пса, — закричав він з жахом.</w:t>
      </w:r>
    </w:p>
    <w:p>
      <w:r>
        <w:br/>
        <w:t>— Не можу, пане, — відповів слуга. — Моя молода пані наказала скляному псові гавкати на вас, хоч би коли ви сюди прийшли. Тож краще, пане, бережіться, — додав він, — бо пес вас покусає і ще захворієте на скляз!</w:t>
      </w:r>
    </w:p>
    <w:p>
      <w:r>
        <w:br/>
        <w:t>Це так налякало бідолашного склодува, що він поспішив звідти геть. Проте біля аптеки зупинився і вкинув останні десять центів у телефон-автомат, щоб поговорити з панною Мідас і не бути покусаним собакою.</w:t>
      </w:r>
    </w:p>
    <w:p>
      <w:r>
        <w:br/>
        <w:t>— Дайте мені номер шістдесят сім — сорок два! — гукнув він.</w:t>
      </w:r>
    </w:p>
    <w:p>
      <w:r>
        <w:br/>
        <w:t>— Алло. Хто це? — озвався голос.</w:t>
      </w:r>
    </w:p>
    <w:p>
      <w:r>
        <w:br/>
        <w:t>— Я хочу поговорити з панною Мідас, — сказав склодув.</w:t>
      </w:r>
    </w:p>
    <w:p>
      <w:r>
        <w:br/>
        <w:t>Одразу ж приємний голос відповів:</w:t>
      </w:r>
    </w:p>
    <w:p>
      <w:r>
        <w:br/>
        <w:t>— Це панна Мідас. Що ви хотіли?</w:t>
      </w:r>
    </w:p>
    <w:p>
      <w:r>
        <w:br/>
        <w:t>— Чого ви повелися зі мною так жорстоко й нацькували на мене скляного пса? — спитав бідолашний.</w:t>
      </w:r>
    </w:p>
    <w:p>
      <w:r>
        <w:br/>
        <w:t>— Ну, якщо чесно, — сказала дама, — ви мені не подобаєтесь. Щоки у вас бліді й обвиелі, волосся цупке й довге, очі малі й червоні, руки великі й грубі, а ще ви кривоногий.</w:t>
      </w:r>
    </w:p>
    <w:p>
      <w:r>
        <w:br/>
        <w:t>— Але ж я не можу цього змінити, — заблагав склодув, — і ви ж таки обіцяли за мене вийти.</w:t>
      </w:r>
    </w:p>
    <w:p>
      <w:r>
        <w:br/>
        <w:t>— Якби ви були красивіші, я б дотримала обіцянки, — відказала вона. — Проте за цих обставин ви мені не пара, і якщо будете підходити до мого палацу, я нацькую на вас скляного пса!</w:t>
      </w:r>
    </w:p>
    <w:p>
      <w:r>
        <w:br/>
        <w:t>Вона кинула слухавку, бо більше не було що казати.</w:t>
      </w:r>
    </w:p>
    <w:p>
      <w:r>
        <w:br/>
        <w:t>Нещасний склодув пішов додому, відчуваючи, як рветься з прикрості серце, й почав в'язати мотузку до ліжкового бильця, щоб повіситися.</w:t>
      </w:r>
    </w:p>
    <w:p>
      <w:r>
        <w:br/>
        <w:t>Хтось постукав у двері, і, відчинивши, склодув побачив чаклуна.</w:t>
      </w:r>
    </w:p>
    <w:p>
      <w:r>
        <w:br/>
        <w:t>— Пропав мій пес, — проголосив той.</w:t>
      </w:r>
    </w:p>
    <w:p>
      <w:r>
        <w:br/>
        <w:t>— Пропав, кажете? — відповів склодув, вив'язуючи петлю.</w:t>
      </w:r>
    </w:p>
    <w:p>
      <w:r>
        <w:br/>
        <w:t>— Так. Хтось його вкрав.</w:t>
      </w:r>
    </w:p>
    <w:p>
      <w:r>
        <w:br/>
        <w:t>— Це погано, — байдуже кинув склодув.</w:t>
      </w:r>
    </w:p>
    <w:p>
      <w:r>
        <w:br/>
        <w:t>— Зробіть мені іншого, — сказав чаклун.</w:t>
      </w:r>
    </w:p>
    <w:p>
      <w:r>
        <w:br/>
        <w:t>— Не можу. Я викинув інструменти.</w:t>
      </w:r>
    </w:p>
    <w:p>
      <w:r>
        <w:br/>
        <w:t>— То що ж мені робити? — спитав чаклун.</w:t>
      </w:r>
    </w:p>
    <w:p>
      <w:r>
        <w:br/>
        <w:t>— Не знаю. Може, запропонуйте за пса винагороду.</w:t>
      </w:r>
    </w:p>
    <w:p>
      <w:r>
        <w:br/>
        <w:t>— Я ж не маю грошей, — сказав чаклун.</w:t>
      </w:r>
    </w:p>
    <w:p>
      <w:r>
        <w:br/>
        <w:t>— Запропонуйте якесь своє зілля чи відвар, — порадив склодув, розтягуючи петлю, щоб пролазила голова.</w:t>
      </w:r>
    </w:p>
    <w:p>
      <w:r>
        <w:br/>
        <w:t>— Єдине, чого мені не жаль, — відказав задумливо чаклун, — це порошок краси.</w:t>
      </w:r>
    </w:p>
    <w:p>
      <w:r>
        <w:br/>
        <w:t>— Що?! — скрикнув склодув, кидаючи додолу мотузку, — ви справді таке маєте?</w:t>
      </w:r>
    </w:p>
    <w:p>
      <w:r>
        <w:br/>
        <w:t>— Та маю. Хто вип'є цей порошок, стане найкрасивішим на світі.</w:t>
      </w:r>
    </w:p>
    <w:p>
      <w:r>
        <w:br/>
        <w:t>— Якщо ви його запропонуєте як винагороду, — нетерпляче сказав склодув, — то я знайду вам пса, бо я понад усе жадаю бути красивим.</w:t>
      </w:r>
    </w:p>
    <w:p>
      <w:r>
        <w:br/>
        <w:t>— Але, попереджую, краса подіє тільки на шкіру, — сказав чаклун.</w:t>
      </w:r>
    </w:p>
    <w:p>
      <w:r>
        <w:br/>
        <w:t>— Годиться, — відказав щасливий склодув, — бо якщо я втрачу шкіру, то мені вже буде не до краси.</w:t>
      </w:r>
    </w:p>
    <w:p>
      <w:r>
        <w:br/>
        <w:t>— Скажіть, де знайти мого пса, і буде вам порошок, — пообіцяв чаклун.</w:t>
      </w:r>
    </w:p>
    <w:p>
      <w:r>
        <w:br/>
        <w:t>Тоді склодув вийшов з дому і вдав, ніби шукає, а невдовзі повернувся й сказав:</w:t>
      </w:r>
    </w:p>
    <w:p>
      <w:r>
        <w:br/>
        <w:t>— Я розвідав, де пес. Ви його знайдете в палаці панни Мідас.</w:t>
      </w:r>
    </w:p>
    <w:p>
      <w:r>
        <w:br/>
        <w:t>Чарівник одразу пішов подивитися, чи це правда, і, звісно ж, скляний пес вибіг і на нього загавкав. Тоді чаклун розвів руки й виголосив чарівне закляття, від якого пес заснув, а чаклун узяв його й приніс у свою квартиру на останньому поверсі багатоквартирного будинку.</w:t>
      </w:r>
    </w:p>
    <w:p>
      <w:r>
        <w:br/>
        <w:t>Після того він заніс сусідові порошок краси, і чоловік його негайно ковтнув і став найкрасивішим на світі.</w:t>
      </w:r>
    </w:p>
    <w:p>
      <w:r>
        <w:br/>
        <w:t>Коли склодув наступного разу прийшов до панни Мідас, пса, який би на нього гавкав, не було, а молода жінка, як його побачила, то тут таки й закохалася в його красу.</w:t>
      </w:r>
    </w:p>
    <w:p>
      <w:r>
        <w:br/>
        <w:t>— Якби ж ви були графом чи князем, — зітхнула вона, — я б охоче за вас вийшла.</w:t>
      </w:r>
    </w:p>
    <w:p>
      <w:r>
        <w:br/>
        <w:t>— Я і є князь, — відповів він. — Князь Псодувський.</w:t>
      </w:r>
    </w:p>
    <w:p>
      <w:r>
        <w:br/>
        <w:t>— Ах! — сказала вона. — Тоді, якщо ви погодитеся прийняти утримання — чотири долари на тиждень — я замовлю весільні запрошення.</w:t>
      </w:r>
    </w:p>
    <w:p>
      <w:r>
        <w:br/>
        <w:t>Чоловік завагався, та як подумав про петлю, що висить на бильці його ліжка, то погодився на умови.</w:t>
      </w:r>
    </w:p>
    <w:p>
      <w:r>
        <w:br/>
        <w:t>Отож вони одружились, молода дуже заздрила вроді молодого і влаштувала йому собаче життя. А він зумів залізти в борги і також зробив її нещасною.</w:t>
      </w:r>
    </w:p>
    <w:p>
      <w:r>
        <w:br/>
        <w:t>* * * * *</w:t>
      </w:r>
    </w:p>
    <w:p>
      <w:r>
        <w:br/>
        <w:t>Що ж до пса, то чаклун своїм чаклунством знову примусив його гавкати й посадовив у коридорі під дверима. Я припускаю, що він і досі там сидить, і мені це прикро, бо я хотів порадитися з чаклуном, яка ж мораль цієї казки.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Скляний пес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