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Скін</w:t>
      </w:r>
    </w:p>
    <w:p>
      <w:r>
        <w:br/>
        <w:t xml:space="preserve"> &lt;p&gt;Як глуха осінь настала, як з ліса все листя опало, як чорні ворони поле вкрили, та тоді до старого Леся прийшла смерть.</w:t>
      </w:r>
    </w:p>
    <w:p>
      <w:r>
        <w:br/>
        <w:t>Умирати би кожному, смерть не страшна, але довга лежа — ото мука. І Лесь мучився. Серед своєї муки він то западався в якийсь другий світ, то виринав з нього. А той другий світ був болючо дивний. І нічим Лесь не міг спертися тому світові, лише одними очима. І тому він ними, блискучими, змученими, так ловився маленького каганця. В'язався очима, держався його і все мав страх, що повіки запруться, а він стрімголов у невидіний світ звалиться.</w:t>
      </w:r>
    </w:p>
    <w:p>
      <w:r>
        <w:br/>
        <w:t>Перед ним на землі сини і доньки покотом поснули, не могли стільки ночей не спати. Він держався каганця всією моцею і не давався смерті. Повіки великим тягарем зайшли понад очі.</w:t>
      </w:r>
    </w:p>
    <w:p>
      <w:r>
        <w:br/>
        <w:t>Він видить на подвір'ю багато малих дівчат, кожна в руці жмінку квіток тримає. Всі глядять ід могилі, смерті виглядають. Потім всі очі повертають на нього. Хмара очей, синіх, і сивих, і чорних. Та хмара пливе до його чола, гладить його і простуджує...</w:t>
      </w:r>
    </w:p>
    <w:p>
      <w:r>
        <w:br/>
        <w:t>Протер очі, ймив жилу на шиї між пальці, бо голову з пліч скидала, і погадав:</w:t>
      </w:r>
    </w:p>
    <w:p>
      <w:r>
        <w:br/>
        <w:t>"Аді, це ангели перед смертев показуютьси".</w:t>
      </w:r>
    </w:p>
    <w:p>
      <w:r>
        <w:br/>
        <w:t>А як він так гадав, то каганець утік з-перед очей.</w:t>
      </w:r>
    </w:p>
    <w:p>
      <w:r>
        <w:br/>
        <w:t>Поле рівне, далеке, під сонцем спечене. Воно води просить, дрожить і всіляке зілля до себе клонить, аби з нього води напитися. Він оре на ниві і руками чепіг не може вдержати, бо палить його спрагнота у горлі. І волів палить, бо ротами вогку землю риють. Руки від чепіг відпадають, він падає на ниву, а вона його на вуголь спалює...</w:t>
      </w:r>
    </w:p>
    <w:p>
      <w:r>
        <w:br/>
        <w:t>Каганець випровадив його з того світа.</w:t>
      </w:r>
    </w:p>
    <w:p>
      <w:r>
        <w:br/>
        <w:t>"І не раз та й не два я на полі без води погибав, у бога все записано!"</w:t>
      </w:r>
    </w:p>
    <w:p>
      <w:r>
        <w:br/>
        <w:t>І знов запався.</w:t>
      </w:r>
    </w:p>
    <w:p>
      <w:r>
        <w:br/>
        <w:t>По кінець стола сидить його небіжка мама та й пісню співає. Потихо та сумно голос по хаті стелиться і до нього доходить. То та співанка, що мама йому маленькому співала. І він плаче, болить його серце, і долонями сльози ловить. А мама співає просто в його душі, та всі муки там з тим співом ридають. Мама йде до дверей, за нею і спів іде, і муки з душі.</w:t>
      </w:r>
    </w:p>
    <w:p>
      <w:r>
        <w:br/>
        <w:t>Та й знов каганець показався.</w:t>
      </w:r>
    </w:p>
    <w:p>
      <w:r>
        <w:br/>
        <w:t>"Мама із того світа має прийти та й над своєв дитинов має заплакати. Таке бог право їм надав".</w:t>
      </w:r>
    </w:p>
    <w:p>
      <w:r>
        <w:br/>
        <w:t>Ноги пукали від студені, він хотів на них кожушанку накинути, та й серед того очі йому згасли.</w:t>
      </w:r>
    </w:p>
    <w:p>
      <w:r>
        <w:br/>
        <w:t>Горлаті дзвони над ним дзвонять, крисами голови доторкають. Голова йому розскакується, зуби з рота вилітають. Дзвонові серця відриваються від них, і падають йому на голову, і ранять...</w:t>
      </w:r>
    </w:p>
    <w:p>
      <w:r>
        <w:br/>
        <w:t>Роззявив очі, страшні і безпритомні.</w:t>
      </w:r>
    </w:p>
    <w:p>
      <w:r>
        <w:br/>
        <w:t>"Я помінив купити дзвін, аби по селу вогонь вістив, але роки були ціпко тісні, та й я все не вітєкав . Прости мені, господи милосердний".</w:t>
      </w:r>
    </w:p>
    <w:p>
      <w:r>
        <w:br/>
        <w:t>І наново скотився у пропасть.</w:t>
      </w:r>
    </w:p>
    <w:p>
      <w:r>
        <w:br/>
        <w:t>Згори, з височенної високості, снопи ячмінні кєрбутом на нього падають. Падають і закидають його. Остина лізе в рот, у горло. Палить червоними іглами, і вся коло серця сходиться, і пече пекельним огнем, і ріже в саміське серце...</w:t>
      </w:r>
    </w:p>
    <w:p>
      <w:r>
        <w:br/>
        <w:t>Розвів очі вже мертві й безсвітні.</w:t>
      </w:r>
    </w:p>
    <w:p>
      <w:r>
        <w:br/>
        <w:t>"Мартинові не давали заробленого ячменю, і той ячмінь мені смерть робить".</w:t>
      </w:r>
    </w:p>
    <w:p>
      <w:r>
        <w:br/>
        <w:t>Хотів крикнути на діти, аби Мартинові ячмінь віддали, але крик крізь горло не міг продертися, лиш гарячою смолою по тілі розходився. Вивалив чорний язик, запхав пальці в рот, аби голос з горла вивести. Але зуби клацнули, і заціпилися, і пальці затисли. Повіки впали з громом.</w:t>
      </w:r>
    </w:p>
    <w:p>
      <w:r>
        <w:br/>
        <w:t>Вікна в хаті отворяються. До хати всотується біла плахта, всотується без кінця й міри. Ясно від неї, як від сонця. Плахта його уповиває, як маленьку дитину, вперед ноги, потім руки, плечі. Туго. Йому легонько, легонько. Потім залізає в голову і скобоче в мозок, всотується в кожний сустав і м'ягонько вистелює. А накінець горло обсотує тугіше, все міцніше. Вітром довкола шиї облітає й обсотує, обсотує...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