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Скіфські сонети</w:t>
      </w:r>
    </w:p>
    <w:p>
      <w:r>
        <w:br/>
        <w:t xml:space="preserve"> СКІФСЬКІ СОНЕТИ</w:t>
      </w:r>
    </w:p>
    <w:p>
      <w:r>
        <w:br/>
        <w:t>&lt;blockquote&gt;Да, скифы – мы...&lt;br /&gt;</w:t>
        <w:br/>
        <w:t>О. Блок&lt;/blockquote&gt;</w:t>
      </w:r>
    </w:p>
    <w:p>
      <w:r>
        <w:br/>
        <w:t>1</w:t>
      </w:r>
    </w:p>
    <w:p>
      <w:r>
        <w:br/>
        <w:t>Що степ, та віз, та прудконогий кінь,&lt;br /&gt;</w:t>
        <w:br/>
        <w:t>та вогнище веселе при долині,&lt;br /&gt;</w:t>
        <w:br/>
        <w:t>та добрий лук... Мені таким донині&lt;br /&gt;</w:t>
        <w:br/>
        <w:t>ополуночі в сни приходить він...</w:t>
      </w:r>
    </w:p>
    <w:p>
      <w:r>
        <w:br/>
        <w:t>Гортанне слово, як ріки узмінь,&lt;br /&gt;</w:t>
        <w:br/>
        <w:t>Клекоче й плаче. В погляді орлинім&lt;br /&gt;</w:t>
        <w:br/>
        <w:t>жага, любов і туга триєдині,&lt;br /&gt;</w:t>
        <w:br/>
        <w:t>як дикий мед одмін і перемін.</w:t>
      </w:r>
    </w:p>
    <w:p>
      <w:r>
        <w:br/>
        <w:t>А їх уже було-перебуло,&lt;br /&gt;</w:t>
        <w:br/>
        <w:t>що годі вже усі і пам’ятати...&lt;br /&gt;</w:t>
        <w:br/>
        <w:t>Розтане сон. А він у мене в хаті&lt;br /&gt;</w:t>
        <w:br/>
        <w:t>в тяжкій задумі підійма чоло&lt;br /&gt;</w:t>
        <w:br/>
        <w:t>й шукає диким зором далину.&lt;br /&gt;</w:t>
        <w:br/>
        <w:t>Так, наче я йому віки верну...</w:t>
      </w:r>
    </w:p>
    <w:p>
      <w:r>
        <w:br/>
        <w:t>2</w:t>
      </w:r>
    </w:p>
    <w:p>
      <w:r>
        <w:br/>
        <w:t>Весь табір спить, притрушений зірками&lt;br /&gt;</w:t>
        <w:br/>
        <w:t>вологими й холодними. А ми&lt;br /&gt;</w:t>
        <w:br/>
        <w:t>зійшлись і стали на краю пітьми&lt;br /&gt;</w:t>
        <w:br/>
        <w:t>над устроями, схемами, віками...</w:t>
      </w:r>
    </w:p>
    <w:p>
      <w:r>
        <w:br/>
        <w:t>Під нами степ широкий без окаймин,&lt;br /&gt;</w:t>
        <w:br/>
        <w:t>відроду не межований людьми,&lt;br /&gt;</w:t>
        <w:br/>
        <w:t>у невідоме з безвісти струмить&lt;br /&gt;</w:t>
        <w:br/>
        <w:t>і диха важко, наче кінь, боками...</w:t>
      </w:r>
    </w:p>
    <w:p>
      <w:r>
        <w:br/>
        <w:t>Усе довкола в таїну сповите:&lt;br /&gt;</w:t>
        <w:br/>
        <w:t>не крикне птиця, тінь не промайне.&lt;br /&gt;</w:t>
        <w:br/>
        <w:t>Мовчанням іспитує він мене,&lt;br /&gt;</w:t>
        <w:br/>
        <w:t>лише для нього зрозумілим спитом.&lt;br /&gt;</w:t>
        <w:br/>
        <w:t>Й про себе, певно, думає: ачей&lt;br /&gt;</w:t>
        <w:br/>
        <w:t>і я незгірший був би між людей...</w:t>
      </w:r>
    </w:p>
    <w:p>
      <w:r>
        <w:br/>
        <w:t>3</w:t>
      </w:r>
    </w:p>
    <w:p>
      <w:r>
        <w:br/>
        <w:t>П’єм дикого ячменю буйний солод&lt;br /&gt;</w:t>
        <w:br/>
        <w:t>та прісний корж похапливо їмо,&lt;br /&gt;</w:t>
        <w:br/>
        <w:t>та бесіду інтимно ведемо,&lt;br /&gt;</w:t>
        <w:br/>
        <w:t>притишено, розмірено і кволо...</w:t>
      </w:r>
    </w:p>
    <w:p>
      <w:r>
        <w:br/>
        <w:t>Аж перед світом похолоне соло&lt;br /&gt;</w:t>
        <w:br/>
        <w:t>багаття нашого. Тоді немов&lt;br /&gt;</w:t>
        <w:br/>
        <w:t>нам слів забракне. Чинно сидимо,&lt;br /&gt;</w:t>
        <w:br/>
        <w:t>як маги чи парламентські персони...</w:t>
      </w:r>
    </w:p>
    <w:p>
      <w:r>
        <w:br/>
        <w:t>Степ тирсою димить і поспіша –&lt;br /&gt;</w:t>
        <w:br/>
        <w:t>у просторі, у часі, у роботі.&lt;br /&gt;</w:t>
        <w:br/>
        <w:t>Басує сонце вже на горизонті,&lt;br /&gt;</w:t>
        <w:br/>
        <w:t>ще скіфом не приручене лоша.</w:t>
      </w:r>
    </w:p>
    <w:p>
      <w:r>
        <w:br/>
        <w:t>А табір пил до неба підійма –&lt;br /&gt;</w:t>
        <w:br/>
        <w:t>і сну – нема. І скіфа вже – нема...</w:t>
      </w:r>
    </w:p>
    <w:p>
      <w:r>
        <w:br/>
        <w:t>4</w:t>
      </w:r>
    </w:p>
    <w:p>
      <w:r>
        <w:br/>
        <w:t>Їй-бо, від скіфа є щось у мені:&lt;br /&gt;</w:t>
        <w:br/>
        <w:t>лякливе трохи, степове і хиже.&lt;br /&gt;</w:t>
        <w:br/>
        <w:t>Як засміюся – грім стрясає тишу,&lt;br /&gt;</w:t>
        <w:br/>
        <w:t>заплачу – ходять у раю сумні.</w:t>
      </w:r>
    </w:p>
    <w:p>
      <w:r>
        <w:br/>
        <w:t>Ділю, як він, життя на ночі й дні;&lt;br /&gt;</w:t>
        <w:br/>
        <w:t>клянуся сонцем – так до правди ближче;&lt;br /&gt;</w:t>
        <w:br/>
        <w:t>люблю, як вітер у три пальці свище,&lt;br /&gt;</w:t>
        <w:br/>
        <w:t>з ним навперейми грати на коні...</w:t>
      </w:r>
    </w:p>
    <w:p>
      <w:r>
        <w:br/>
        <w:t>І цим печалюся: а що, коли&lt;br /&gt;</w:t>
        <w:br/>
        <w:t>мені вготує доля скіфську долю,&lt;br /&gt;</w:t>
        <w:br/>
        <w:t>і я, подібний перекотиполю,&lt;br /&gt;</w:t>
        <w:br/>
        <w:t>з людьми не сяду більше за столи –</w:t>
      </w:r>
    </w:p>
    <w:p>
      <w:r>
        <w:br/>
        <w:t>той, хто замінить на землі мене,&lt;br /&gt;</w:t>
        <w:br/>
        <w:t>чи хоч своїм прокляттям пом’яне?...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Скіфські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