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Скелька</w:t>
      </w:r>
    </w:p>
    <w:p>
      <w:r>
        <w:br/>
        <w:t xml:space="preserve"> ПЕРЕДМОВА*</w:t>
      </w:r>
    </w:p>
    <w:p>
      <w:r>
        <w:br/>
        <w:t>1.</w:t>
      </w:r>
    </w:p>
    <w:p>
      <w:r>
        <w:br/>
        <w:t>Народе мій, нездужий краю мій!&lt;br /&gt;</w:t>
        <w:br/>
        <w:t>Коли позбудешся тавра століть неволі?!&lt;br /&gt;</w:t>
        <w:br/>
        <w:t>Я чую спів...&lt;br /&gt;</w:t>
        <w:br/>
        <w:t>Я чую гімн рабів...&lt;br /&gt;</w:t>
        <w:br/>
        <w:t>Я чую як під гамір тисяч молотків&lt;br /&gt;</w:t>
        <w:br/>
        <w:t>У риштованні весь спинаєшся до сонця.</w:t>
      </w:r>
    </w:p>
    <w:p>
      <w:r>
        <w:br/>
        <w:t>До сонця! Д'горі!! Д'горі, краю мій!!! —&lt;br /&gt;</w:t>
        <w:br/>
        <w:t>Давно ударили фанфари перемоги, —&lt;br /&gt;</w:t>
        <w:br/>
        <w:t>То вийшли ми з ночей, то вийшли ми з зими,&lt;br /&gt;</w:t>
        <w:br/>
        <w:t>Тепер рости б нам! Клекотать! Гриміть!!&lt;br /&gt;</w:t>
        <w:br/>
        <w:t>Без нагаїв, без "хама" й без острогу.</w:t>
      </w:r>
    </w:p>
    <w:p>
      <w:r>
        <w:br/>
        <w:t>В чаду і гаморі я чую скрип і рев,&lt;br /&gt;</w:t>
        <w:br/>
        <w:t>Я чую стогін ранньою зорею, —&lt;br /&gt;</w:t>
        <w:br/>
        <w:t>То гей з потугами, руйнуючи старе,&lt;br /&gt;</w:t>
        <w:br/>
        <w:t>Наш корабель крутий зворот бере&lt;br /&gt;</w:t>
        <w:br/>
        <w:t>І мерехтять під сонцем реї.&lt;br /&gt;</w:t>
        <w:br/>
        <w:t>Під сонцем реї!.. Галас. Грім і бій... —&lt;br /&gt;</w:t>
        <w:br/>
        <w:t>Гримлять нам молоти — фанфари перемоги.&lt;br /&gt;</w:t>
        <w:br/>
        <w:t>Нам не просить, нам не молить ні в кого, —&lt;br /&gt;</w:t>
        <w:br/>
        <w:t>Тримайсь!..&lt;br /&gt;</w:t>
        <w:br/>
        <w:t>Тягни!..&lt;br /&gt;</w:t>
        <w:br/>
        <w:t>Не оступайсь, на Бога!..&lt;br /&gt;</w:t>
        <w:br/>
        <w:t>До сонця! Д'горі! Д'горі, краю мій!&lt;br /&gt;</w:t>
        <w:br/>
        <w:t>Таврований...&lt;br /&gt;</w:t>
        <w:br/>
        <w:t>Обскубаний...&lt;br /&gt;</w:t>
        <w:br/>
        <w:t>Обдертий...</w:t>
      </w:r>
    </w:p>
    <w:p>
      <w:r>
        <w:br/>
        <w:t>2.</w:t>
      </w:r>
    </w:p>
    <w:p>
      <w:r>
        <w:br/>
        <w:t>В чаду століть згубили ми —о-гей! —&lt;br /&gt;</w:t>
        <w:br/>
        <w:t>Згубили ми несказано, без ліку.&lt;br /&gt;</w:t>
        <w:br/>
        <w:t>Від того в нас не всіх ясне лице,&lt;br /&gt;</w:t>
        <w:br/>
        <w:t>Від того ми ще й нині, той чи цей,&lt;br /&gt;</w:t>
        <w:br/>
        <w:t>Ще й нині ми&lt;br /&gt;</w:t>
        <w:br/>
        <w:t>напівкаліки.</w:t>
      </w:r>
    </w:p>
    <w:p>
      <w:r>
        <w:br/>
        <w:t>І тяжко так. І хочеться кричати!&lt;br /&gt;</w:t>
        <w:br/>
        <w:t>Кричать...Шукати больові причини.&lt;br /&gt;</w:t>
        <w:br/>
        <w:t>Комусь за нього карк переламати,&lt;br /&gt;</w:t>
        <w:br/>
        <w:t>Розчавити, знайти…Але дарма...&lt;br /&gt;</w:t>
        <w:br/>
        <w:t>І ми пнемось, пнемось з волячими очима&lt;br /&gt;</w:t>
        <w:br/>
        <w:t>Туди! —&lt;br /&gt;</w:t>
        <w:br/>
        <w:t>Вперед, де "скарг ні мук нема".&lt;br /&gt;</w:t>
        <w:br/>
        <w:t>І часто десь кидаємо прокльон,&lt;br /&gt;</w:t>
        <w:br/>
        <w:t>Прибиті злиднями, притомлені, голодні...&lt;br /&gt;</w:t>
        <w:br/>
        <w:t>Кому прокльон?!&lt;br /&gt;</w:t>
        <w:br/>
        <w:t>...Давно...Неначе сон&lt;br /&gt;</w:t>
        <w:br/>
        <w:t>Встає переді мною скрізь сьогодні...&lt;br /&gt;</w:t>
        <w:br/>
        <w:t>І бачу я печаль серед потуг народних.&lt;br /&gt;</w:t>
        <w:br/>
        <w:t>Ганебний сон!&lt;br /&gt;</w:t>
        <w:br/>
        <w:t>Йому, йому прокльон!</w:t>
      </w:r>
    </w:p>
    <w:p>
      <w:r>
        <w:br/>
        <w:t>Де не ступну — могили і хрести.&lt;br /&gt;</w:t>
        <w:br/>
        <w:t>Де не піду — руїни і могили...&lt;br /&gt;</w:t>
        <w:br/>
        <w:t>Прости мені за скорб, прости, —&lt;br /&gt;</w:t>
        <w:br/>
        <w:t>Із цеї скорби патосу б рости,&lt;br /&gt;</w:t>
        <w:br/>
        <w:t>Із неї — виростати силі!</w:t>
      </w:r>
    </w:p>
    <w:p>
      <w:r>
        <w:br/>
        <w:t>Хай не повернеться засуджене повік,&lt;br /&gt;</w:t>
        <w:br/>
        <w:t>Хай не відновиться закопане, зарите, —&lt;br /&gt;</w:t>
        <w:br/>
        <w:t>Нездужі ми в своїй землі новій&lt;br /&gt;</w:t>
        <w:br/>
        <w:t>І дужі ми, що той маразм на гній&lt;br /&gt;</w:t>
        <w:br/>
        <w:t>Обернемо!&lt;br /&gt;</w:t>
        <w:br/>
        <w:t>як обернули в пил хомут розбитий.</w:t>
      </w:r>
    </w:p>
    <w:p>
      <w:r>
        <w:br/>
        <w:t>3.</w:t>
      </w:r>
    </w:p>
    <w:p>
      <w:r>
        <w:br/>
        <w:t>Уранці. Ввечері. Щоночі й кожен день&lt;br /&gt;</w:t>
        <w:br/>
        <w:t>Тобі,мій велетню, брудний і непоборний!&lt;br /&gt;</w:t>
        <w:br/>
        <w:t>Мої думки і біль,&lt;br /&gt;</w:t>
        <w:br/>
        <w:t>мої вогні і жаль,&lt;br /&gt;</w:t>
        <w:br/>
        <w:t>Що десь, як шашіль, роз'їда іржа —&lt;br /&gt;</w:t>
        <w:br/>
        <w:t>Стара іржа — твій профіль чорний.&lt;br /&gt;</w:t>
        <w:br/>
        <w:t>Коли позбудемось? Коли зітрем тавро?&lt;br /&gt;</w:t>
        <w:br/>
        <w:t>Коли і ми сягнемо до вершин?! —&lt;br /&gt;</w:t>
        <w:br/>
        <w:t>Щоб виміряти свій у світі крок&lt;br /&gt;</w:t>
        <w:br/>
        <w:t>Кілометром,&lt;br /&gt;</w:t>
        <w:br/>
        <w:t>а не старим аршином.&lt;br /&gt;</w:t>
        <w:br/>
        <w:t>Це не печаль, далебі і не зойк,&lt;br /&gt;</w:t>
        <w:br/>
        <w:t>Це не благання і не крик розпуки,&lt;br /&gt;</w:t>
        <w:br/>
        <w:t>О, ні, — то поклик! Поклик до висот!&lt;br /&gt;</w:t>
        <w:br/>
        <w:t>То є жадання на шалений лет,&lt;br /&gt;</w:t>
        <w:br/>
        <w:t>Щоб в нову еру нам&lt;br /&gt;</w:t>
        <w:br/>
        <w:t>влетіли з гуком.&lt;br /&gt;</w:t>
        <w:br/>
        <w:t>Це не печаль, не зойк....</w:t>
      </w:r>
    </w:p>
    <w:p>
      <w:r>
        <w:br/>
        <w:t>І в цих словах без вигадки і гри,&lt;br /&gt;</w:t>
        <w:br/>
        <w:t>Не для зневіри й молитов мінорних, —&lt;br /&gt;</w:t>
        <w:br/>
        <w:t>Боліючи за неміч, за гилу* потворну,&lt;br /&gt;</w:t>
        <w:br/>
        <w:t>Не в виправдання, а на суд згори,</w:t>
      </w:r>
    </w:p>
    <w:p>
      <w:r>
        <w:br/>
        <w:t>Я хочу десь з недавньої пори&lt;br /&gt;</w:t>
        <w:br/>
        <w:t>Перегорнуть&lt;br /&gt;</w:t>
        <w:br/>
        <w:t>сторінку&lt;br /&gt;</w:t>
        <w:br/>
        <w:t>чорну,&lt;br /&gt;</w:t>
        <w:br/>
        <w:t>Одну із безлічі...Одну із моря зла...&lt;br /&gt;</w:t>
        <w:br/>
        <w:t>То дивовижні, то не чувані діла!</w:t>
      </w:r>
    </w:p>
    <w:p>
      <w:r>
        <w:br/>
        <w:t>Та не дивуйсь ніхто, тямкуй лиш що і як.&lt;br /&gt;</w:t>
        <w:br/>
        <w:t>Гей і було, немов туман осінній!..&lt;br /&gt;</w:t>
        <w:br/>
        <w:t>Ось там воно! Звідтіль гила і зло!&lt;br /&gt;</w:t>
        <w:br/>
        <w:t>І хоч мовляв, до нині то було,&lt;br /&gt;</w:t>
        <w:br/>
        <w:t>Але під сонцем&lt;br /&gt;</w:t>
        <w:br/>
        <w:t>Все можливе і від нині!..</w:t>
      </w:r>
    </w:p>
    <w:p>
      <w:r>
        <w:br/>
        <w:t>І хочу я на гробовищі днів,&lt;br /&gt;</w:t>
        <w:br/>
        <w:t>бодай для того, щоб хоч знали діти,&lt;br /&gt;</w:t>
        <w:br/>
        <w:t>перегорнуть сторінку пережиту&lt;br /&gt;</w:t>
        <w:br/>
        <w:t>В науку, на судовисько і гнів.&lt;br /&gt;</w:t>
        <w:br/>
        <w:t>Хай не повернеться! Нехай ніхто в вогні&lt;br /&gt;</w:t>
        <w:br/>
        <w:t>Не загнузда хоч їх&lt;br /&gt;</w:t>
        <w:br/>
        <w:t>ніколи в світі.</w:t>
      </w:r>
    </w:p>
    <w:p>
      <w:r>
        <w:br/>
        <w:t>1928 р. с. Скелька.</w:t>
      </w:r>
    </w:p>
    <w:p>
      <w:r>
        <w:br/>
        <w:t>РОЗДІЛ ПЕРШИЙ</w:t>
      </w:r>
    </w:p>
    <w:p>
      <w:r>
        <w:br/>
        <w:t>(ЗАМІСТЬ ІНТРОДУКЦІЇ)</w:t>
      </w:r>
    </w:p>
    <w:p>
      <w:r>
        <w:br/>
        <w:t>Прилипла Скелька (Скелька — це село)&lt;br /&gt;</w:t>
        <w:br/>
        <w:t>Над Ворсклою, де гори голубіють;&lt;br /&gt;</w:t>
        <w:br/>
        <w:t>Біленькі хати цвітом залило,&lt;br /&gt;</w:t>
        <w:br/>
        <w:t>Попід горою ж, наче бемське скло ,&lt;br /&gt;</w:t>
        <w:br/>
        <w:t>Блищить вода.&lt;br /&gt;</w:t>
        <w:br/>
        <w:t>А далі, мов сулія,&lt;br /&gt;</w:t>
        <w:br/>
        <w:t>Поставлена на сизому шпилі,&lt;br /&gt;</w:t>
        <w:br/>
        <w:t>Там, де ліси і замчище здорове,&lt;br /&gt;</w:t>
        <w:br/>
        <w:t>Де дух великий, а діла малі,&lt;br /&gt;</w:t>
        <w:br/>
        <w:t>Мигає маківкою, ніби на столі,&lt;br /&gt;</w:t>
        <w:br/>
        <w:t>На спині гір&lt;br /&gt;</w:t>
        <w:br/>
        <w:t>Куземинська Покрова.</w:t>
      </w:r>
    </w:p>
    <w:p>
      <w:r>
        <w:br/>
        <w:t>Насупроти — Слобідка і млини,&lt;br /&gt;</w:t>
        <w:br/>
        <w:t>Яснять хатки, як стебла молочаю&lt;br /&gt;</w:t>
        <w:br/>
        <w:t>В рудих пісках... Село це з давніх днів&lt;br /&gt;</w:t>
        <w:br/>
        <w:t>Батьки Слобідкою взивали, а сини&lt;br /&gt;</w:t>
        <w:br/>
        <w:t>Його Зарічною уперто величають.</w:t>
      </w:r>
    </w:p>
    <w:p>
      <w:r>
        <w:br/>
        <w:t>Шумлять млини, і піняться піски...&lt;br /&gt;</w:t>
        <w:br/>
        <w:t>Насупроти, немов верблюдів смуга,&lt;br /&gt;</w:t>
        <w:br/>
        <w:t>Упали на рожеві пелюстки&lt;br /&gt;</w:t>
        <w:br/>
        <w:t>Зелені гори над зеленим лугом.&lt;br /&gt;</w:t>
        <w:br/>
        <w:t>З'єднавши обрії, то древній караван,&lt;br /&gt;</w:t>
        <w:br/>
        <w:t>Із безконечности ідучи в безконечність,&lt;br /&gt;</w:t>
        <w:br/>
        <w:t>Через пустелі, вітер і туман,&lt;br /&gt;</w:t>
        <w:br/>
        <w:t>Наставившись на дальній океан,&lt;br /&gt;</w:t>
        <w:br/>
        <w:t>Припав спочить,&lt;br /&gt;</w:t>
        <w:br/>
        <w:t>барвистий і статечний.</w:t>
      </w:r>
    </w:p>
    <w:p>
      <w:r>
        <w:br/>
        <w:t>І сплять погоничі, не збуджені ніким...&lt;br /&gt;</w:t>
        <w:br/>
        <w:t>Двогорбі гості в соняшній країні,&lt;br /&gt;</w:t>
        <w:br/>
        <w:t>Під тягарем барвистим і важким&lt;br /&gt;</w:t>
        <w:br/>
        <w:t>Нерозвантажені лежать уже віки,&lt;br /&gt;</w:t>
        <w:br/>
        <w:t>Потомлено&lt;br /&gt;</w:t>
        <w:br/>
        <w:t>припавши&lt;br /&gt;</w:t>
        <w:br/>
        <w:t>на коліна.</w:t>
      </w:r>
    </w:p>
    <w:p>
      <w:r>
        <w:br/>
        <w:t>* * *</w:t>
      </w:r>
    </w:p>
    <w:p>
      <w:r>
        <w:br/>
        <w:t>Ліси і синь,&lt;br /&gt;</w:t>
        <w:br/>
        <w:t>Сади і зграї нив,&lt;br /&gt;</w:t>
        <w:br/>
        <w:t>І тихе марево ген-ген над хуторами,&lt;br /&gt;</w:t>
        <w:br/>
        <w:t>І йдуть млини, як з степу чабани,&lt;br /&gt;</w:t>
        <w:br/>
        <w:t>На кряж виходять, до вагітних нив&lt;br /&gt;</w:t>
        <w:br/>
        <w:t>Вклоняються, помахують руками...</w:t>
      </w:r>
    </w:p>
    <w:p>
      <w:r>
        <w:br/>
        <w:t>О, скільки днів і скільки поколінь&lt;br /&gt;</w:t>
        <w:br/>
        <w:t>Цвітуть ці гори, дивлячись на луки.&lt;br /&gt;</w:t>
        <w:br/>
        <w:t>Тече ріка в далеку голубінь,&lt;br /&gt;</w:t>
        <w:br/>
        <w:t>А їм однаково — чи сонце, чи хмарінь,&lt;br /&gt;</w:t>
        <w:br/>
        <w:t>Чи свій, чи ворог, зустріч чи розлука.</w:t>
      </w:r>
    </w:p>
    <w:p>
      <w:r>
        <w:br/>
        <w:t>І тільки дуб старий, свідок людських болінь,&lt;br /&gt;</w:t>
        <w:br/>
        <w:t>Безсило охкає, розкидуючи руки...</w:t>
      </w:r>
    </w:p>
    <w:p>
      <w:r>
        <w:br/>
        <w:t>Такі ці гори, дивні і прості,—&lt;br /&gt;</w:t>
        <w:br/>
        <w:t>Сльозами, потом і дощем политі,&lt;br /&gt;</w:t>
        <w:br/>
        <w:t>Вони уміють жити і цвісти,&lt;br /&gt;</w:t>
        <w:br/>
        <w:t>І за своїм&lt;br /&gt;</w:t>
        <w:br/>
        <w:t>Ні плакать, ні жаліти.</w:t>
      </w:r>
    </w:p>
    <w:p>
      <w:r>
        <w:br/>
        <w:t>* * *</w:t>
      </w:r>
    </w:p>
    <w:p>
      <w:r>
        <w:br/>
        <w:t>Лунає ріг далеких пастухів,&lt;br /&gt;</w:t>
        <w:br/>
        <w:t>Літають голуби над сивою габою,&lt;br /&gt;</w:t>
        <w:br/>
        <w:t>А з-під гори зрина крилатий спів,&lt;br /&gt;</w:t>
        <w:br/>
        <w:t>І котиться,&lt;br /&gt;</w:t>
        <w:br/>
        <w:t>І кличе за собою.</w:t>
      </w:r>
    </w:p>
    <w:p>
      <w:r>
        <w:br/>
        <w:t>Там дівчина на березі стоїть,&lt;br /&gt;</w:t>
        <w:br/>
        <w:t>Над Ворсклою сплітає русу косу&lt;br /&gt;</w:t>
        <w:br/>
        <w:t>І думи нерозказані свої&lt;br /&gt;</w:t>
        <w:br/>
        <w:t>В чужі пісні вкладає і голосить...</w:t>
      </w:r>
    </w:p>
    <w:p>
      <w:r>
        <w:br/>
        <w:t>Така вже звичка вічно голосить,&lt;br /&gt;</w:t>
        <w:br/>
        <w:t>Адже віки останні покоління,&lt;br /&gt;</w:t>
        <w:br/>
        <w:t>Кленучи світ, і долю, і часи,&lt;br /&gt;</w:t>
        <w:br/>
        <w:t>Псують красу бунтарським голосінням.</w:t>
      </w:r>
    </w:p>
    <w:p>
      <w:r>
        <w:br/>
        <w:t>Гриміли славою і зброєю батьки;&lt;br /&gt;</w:t>
        <w:br/>
        <w:t>Пройшли віки...&lt;br /&gt;</w:t>
        <w:br/>
        <w:t>Як у сільці ворони,&lt;br /&gt;</w:t>
        <w:br/>
        <w:t>Сини гнусавлять думи і байки,</w:t>
      </w:r>
    </w:p>
    <w:p>
      <w:r>
        <w:br/>
        <w:t>Старі й малі, поети й жебраки,&lt;br /&gt;</w:t>
        <w:br/>
        <w:t>Немов жиди на ріках Вавилону.</w:t>
      </w:r>
    </w:p>
    <w:p>
      <w:r>
        <w:br/>
        <w:t>* * *</w:t>
      </w:r>
    </w:p>
    <w:p>
      <w:r>
        <w:br/>
        <w:t>Та пісня ця крилата і гучна,&lt;br /&gt;</w:t>
        <w:br/>
        <w:t>Видать, вродилася у новий день ця доня.&lt;br /&gt;</w:t>
        <w:br/>
        <w:t>І радісно,&lt;br /&gt;</w:t>
        <w:br/>
        <w:t>що радісна вона,&lt;br /&gt;</w:t>
        <w:br/>
        <w:t>Що кличе і сміється,—&lt;br /&gt;</w:t>
        <w:br/>
        <w:t>Що сьогоднє&lt;br /&gt;</w:t>
        <w:br/>
        <w:t>Од учорашнього одходить почало...&lt;br /&gt;</w:t>
        <w:br/>
        <w:t>Щасливий той, хто нині ще уп'ється&lt;br /&gt;</w:t>
        <w:br/>
        <w:t>Любов'ю й вірою й поб'є на щастя шкло...&lt;br /&gt;</w:t>
        <w:br/>
        <w:t>А пісня, ніби райдуги крило,&lt;br /&gt;</w:t>
        <w:br/>
        <w:t>Нависла аж за обрії,&lt;br /&gt;</w:t>
        <w:br/>
        <w:t>На серці&lt;br /&gt;</w:t>
        <w:br/>
        <w:t>Цвіте надія,&lt;br /&gt;</w:t>
        <w:br/>
        <w:t>в хатах і в гаях,&lt;br /&gt;</w:t>
        <w:br/>
        <w:t>І легша праця рабська та щоденна...</w:t>
      </w:r>
    </w:p>
    <w:p>
      <w:r>
        <w:br/>
        <w:t>Благословенна молодість твоя&lt;br /&gt;</w:t>
        <w:br/>
        <w:t>І віра в новий день&lt;br /&gt;</w:t>
        <w:br/>
        <w:t>Благословенна!</w:t>
      </w:r>
    </w:p>
    <w:p>
      <w:r>
        <w:br/>
        <w:t>* * *</w:t>
      </w:r>
    </w:p>
    <w:p>
      <w:r>
        <w:br/>
        <w:t>Такий цей край... І хоч не з дивних вілл,&lt;br /&gt;</w:t>
        <w:br/>
        <w:t>Та на бенкет бучний склика сурмач до себе, —&lt;br /&gt;</w:t>
        <w:br/>
        <w:t>Десь там — де умира&lt;br /&gt;</w:t>
        <w:br/>
        <w:t>Старий надбитий дзвін,&lt;br /&gt;</w:t>
        <w:br/>
        <w:t>Де вбогі стріхи коптять синє небо.</w:t>
      </w:r>
    </w:p>
    <w:p>
      <w:r>
        <w:br/>
        <w:t>Десь там, де на всю міць,&lt;br /&gt;</w:t>
        <w:br/>
        <w:t>опроставши хребет,&lt;br /&gt;</w:t>
        <w:br/>
        <w:t>М'язистий велетень, брудний і непоборний,&lt;br /&gt;</w:t>
        <w:br/>
        <w:t>Розгонить іскри аж під зоряний намет —&lt;br /&gt;</w:t>
        <w:br/>
        <w:t>Новий леміш кує при новім горні.</w:t>
      </w:r>
    </w:p>
    <w:p>
      <w:r>
        <w:br/>
        <w:t>Десь там, де у чаду — вирує скрип і рев...&lt;br /&gt;</w:t>
        <w:br/>
        <w:t>Десь там, де стогін ранньою зорею...&lt;br /&gt;</w:t>
        <w:br/>
        <w:t>Там корабель&lt;br /&gt;</w:t>
        <w:br/>
        <w:t>Крутий зворот бере,&lt;br /&gt;</w:t>
        <w:br/>
        <w:t>Там мерехтять нові під сонцем реї.</w:t>
      </w:r>
    </w:p>
    <w:p>
      <w:r>
        <w:br/>
        <w:t>Під сонцем реї... І гуде земля,—&lt;br /&gt;</w:t>
        <w:br/>
        <w:t>Ударом велетень ритмує шум строкатий,—</w:t>
      </w:r>
    </w:p>
    <w:p>
      <w:r>
        <w:br/>
        <w:t>Щоб уперед&lt;br /&gt;</w:t>
        <w:br/>
        <w:t>чіткий прокласти шлях,&lt;br /&gt;</w:t>
        <w:br/>
        <w:t>Щоб поворот назад&lt;br /&gt;</w:t>
        <w:br/>
        <w:t>Навіки заклепати.</w:t>
      </w:r>
    </w:p>
    <w:p>
      <w:r>
        <w:br/>
        <w:t>Щоб заклепать навік, що оджило...&lt;br /&gt;</w:t>
        <w:br/>
        <w:t>І вже не стріхи коптять синє небо,—&lt;br /&gt;</w:t>
        <w:br/>
        <w:t>Там птах крицевий тріпотить крилом,&lt;br /&gt;</w:t>
        <w:br/>
        <w:t>Там на бенкет бучний склика сурмач до себе.</w:t>
      </w:r>
    </w:p>
    <w:p>
      <w:r>
        <w:br/>
        <w:t>Й цвіте надія і на цих полях,&lt;br /&gt;</w:t>
        <w:br/>
        <w:t>На схилах гір, на замчищах на синіх,—&lt;br /&gt;</w:t>
        <w:br/>
        <w:t>Де млин заморений, припавши оддаля,&lt;br /&gt;</w:t>
        <w:br/>
        <w:t>Крилом домахує, чекаючи на зміну.&lt;br /&gt;</w:t>
        <w:br/>
        <w:t>Завжди — і буде.</w:t>
      </w:r>
    </w:p>
    <w:p>
      <w:r>
        <w:br/>
        <w:t>Прийде гість сюди&lt;br /&gt;</w:t>
        <w:br/>
        <w:t>І зрушить їх, ці гори розмаїті,&lt;br /&gt;</w:t>
        <w:br/>
        <w:t>Гей, зрушить їх, ці дивні і прості,—&lt;br /&gt;</w:t>
        <w:br/>
        <w:t>Щоб вміли, справді, в засуху цвісти&lt;br /&gt;</w:t>
        <w:br/>
        <w:t>І за своїм&lt;br /&gt;</w:t>
        <w:br/>
        <w:t>Ні плакать, ні жаліти.</w:t>
      </w:r>
    </w:p>
    <w:p>
      <w:r>
        <w:br/>
        <w:t>* * *&lt;br /&gt;</w:t>
        <w:br/>
        <w:t>Торкає вітер соняшну рояль&lt;br /&gt;</w:t>
        <w:br/>
        <w:t>І тягне з спіхом срібно-сині гами...&lt;br /&gt;</w:t>
        <w:br/>
        <w:t>"Хохландіє" розсідлана моя,&lt;br /&gt;</w:t>
        <w:br/>
        <w:t>Укрита рястом, риштованнями й піснями .</w:t>
      </w:r>
    </w:p>
    <w:p>
      <w:r>
        <w:br/>
        <w:t>Багато днів, ще більше дій пройшло;&lt;br /&gt;</w:t>
        <w:br/>
        <w:t>Багато думалось, та ще не все збулося.&lt;br /&gt;</w:t>
        <w:br/>
        <w:t>А вітер знову сонячним крилом&lt;br /&gt;</w:t>
        <w:br/>
        <w:t>Голубить ніжно, ворогам на зло,&lt;br /&gt;</w:t>
        <w:br/>
        <w:t>Обтяжене надіями колосся.</w:t>
      </w:r>
    </w:p>
    <w:p>
      <w:r>
        <w:br/>
        <w:t>В оцих місцях, змальованих в словах,&lt;br /&gt;</w:t>
        <w:br/>
        <w:t>Де мало галасу, а тиші так багато,—&lt;br /&gt;</w:t>
        <w:br/>
        <w:t>Отут колись і діялись дива,&lt;br /&gt;</w:t>
        <w:br/>
        <w:t>Що автор ось і гордо роздува&lt;br /&gt;</w:t>
        <w:br/>
        <w:t>Заради них, щоб вам оповідати.</w:t>
      </w:r>
    </w:p>
    <w:p>
      <w:r>
        <w:br/>
        <w:t>Те все пройшло і кануло, як дим;&lt;br /&gt;</w:t>
        <w:br/>
        <w:t>Але нехай послухають онуки&lt;br /&gt;</w:t>
        <w:br/>
        <w:t>"Діла" старих; воно таки гляди&lt;br /&gt;</w:t>
        <w:br/>
        <w:t>Десь на дозвіллі й здасться молодим&lt;br /&gt;</w:t>
        <w:br/>
        <w:t>Хоч для розваги, як не для науки.</w:t>
      </w:r>
    </w:p>
    <w:p>
      <w:r>
        <w:br/>
        <w:t>* * *&lt;br /&gt;</w:t>
        <w:br/>
        <w:t>Гукає вечір з радісних низин,&lt;br /&gt;</w:t>
        <w:br/>
        <w:t>Хлюпощеться і бризкає водою,&lt;br /&gt;</w:t>
        <w:br/>
        <w:t>І скачуть луни в довгої лози,&lt;br /&gt;</w:t>
        <w:br/>
        <w:t>І йдуть дуби рясною чередою&lt;br /&gt;</w:t>
        <w:br/>
        <w:t>Туди, туди...&lt;br /&gt;</w:t>
        <w:br/>
        <w:t>Понурі та старі&lt;br /&gt;</w:t>
        <w:br/>
        <w:t>Посходились до соняшної брами,&lt;br /&gt;</w:t>
        <w:br/>
        <w:t>Посходились на віче угорі&lt;br /&gt;</w:t>
        <w:br/>
        <w:t>І слухають, як в далях дзвонарі&lt;br /&gt;</w:t>
        <w:br/>
        <w:t>Читають звіт.&lt;br /&gt;</w:t>
        <w:br/>
        <w:t>Вислухують. Чубами&lt;br /&gt;</w:t>
        <w:br/>
        <w:t>похитують,&lt;br /&gt;</w:t>
        <w:br/>
        <w:t>Мовляв, були діла,&lt;br /&gt;</w:t>
        <w:br/>
        <w:t>Були, були&lt;br /&gt;</w:t>
        <w:br/>
        <w:t>Та ще немало й буде,—&lt;br /&gt;</w:t>
        <w:br/>
        <w:t>Даремно там, де ніч стара пройшла,&lt;br /&gt;</w:t>
        <w:br/>
        <w:t>Гудуть чиїсь зухвалі перегуди,&lt;br /&gt;</w:t>
        <w:br/>
        <w:t>Дарма, дарма&lt;br /&gt;</w:t>
        <w:br/>
        <w:t>Наймають там музик,—&lt;br /&gt;</w:t>
        <w:br/>
        <w:t>Здіймуться знов півні з чиєїсь хати!..&lt;br /&gt;</w:t>
        <w:br/>
        <w:t>Осотом поросте&lt;br /&gt;</w:t>
        <w:br/>
        <w:t>І біль, і серця крик...&lt;br /&gt;</w:t>
        <w:br/>
        <w:t>І вже про інше дід чесатиме язик,&lt;br /&gt;</w:t>
        <w:br/>
        <w:t>Як буде&lt;br /&gt;</w:t>
        <w:br/>
        <w:t>онучат він&lt;br /&gt;</w:t>
        <w:br/>
        <w:t>колихати.</w:t>
      </w:r>
    </w:p>
    <w:p>
      <w:r>
        <w:br/>
        <w:t>Та це не те, читачу любий мій,&lt;br /&gt;</w:t>
        <w:br/>
        <w:t>Не будем марно часу витрачати:&lt;br /&gt;</w:t>
        <w:br/>
        <w:t>Вичікують давно легенд свідки німі&lt;br /&gt;</w:t>
        <w:br/>
        <w:t>І просяться на сцену,— отже, ми&lt;br /&gt;</w:t>
        <w:br/>
        <w:t>Почнемо, мабуть, так,&lt;br /&gt;</w:t>
        <w:br/>
        <w:t>Як дід велів почати.</w:t>
      </w:r>
    </w:p>
    <w:p>
      <w:r>
        <w:br/>
        <w:t>* * *&lt;br /&gt;</w:t>
        <w:br/>
        <w:t>На схил крутий&lt;br /&gt;</w:t>
        <w:br/>
        <w:t>Припала Скелька ниць,&lt;br /&gt;</w:t>
        <w:br/>
        <w:t>Розкидала хатки, немов курчата;&lt;br /&gt;</w:t>
        <w:br/>
        <w:t>Яснять кущі окатих полуниць&lt;br /&gt;</w:t>
        <w:br/>
        <w:t>Насупроти — в борах стрільчатих,..</w:t>
      </w:r>
    </w:p>
    <w:p>
      <w:r>
        <w:br/>
        <w:t>Зарічна й Скелька — давні дві сестри,&lt;br /&gt;</w:t>
        <w:br/>
        <w:t>За руки взявшись, йдуть разом печальні.&lt;br /&gt;</w:t>
        <w:br/>
        <w:t>З'єднались спільно гребельки старі&lt;br /&gt;</w:t>
        <w:br/>
        <w:t>І спільно стукають млини та сукновальні.&lt;br /&gt;</w:t>
        <w:br/>
        <w:t>Одна вода&lt;br /&gt;</w:t>
        <w:br/>
        <w:t>І доля в них зійшлась.&lt;br /&gt;</w:t>
        <w:br/>
        <w:t>Хай йому хрін із долею такою:&lt;br /&gt;</w:t>
        <w:br/>
        <w:t>Як Скелька пасербицею була,&lt;br /&gt;</w:t>
        <w:br/>
        <w:t>То Слобода — нерідною дочкою.</w:t>
      </w:r>
    </w:p>
    <w:p>
      <w:r>
        <w:br/>
        <w:t>Риплять колеса. Крутяться вали&lt;br /&gt;</w:t>
        <w:br/>
        <w:t>І мелять на новітніх мукомолів...&lt;br /&gt;</w:t>
        <w:br/>
        <w:t>Але не так вони давно колись&lt;br /&gt;</w:t>
        <w:br/>
        <w:t>На манастир,&lt;br /&gt;</w:t>
        <w:br/>
        <w:t>На свій с і о н мололи.</w:t>
      </w:r>
    </w:p>
    <w:p>
      <w:r>
        <w:br/>
        <w:t>Є місце в Скельці&lt;br /&gt;</w:t>
        <w:br/>
        <w:t>Голе, як долонь.&lt;br /&gt;</w:t>
        <w:br/>
        <w:t>Тепер на нім логова місять свині,&lt;br /&gt;</w:t>
        <w:br/>
        <w:t>Ну, а колись зростав тут "Вавилон",&lt;br /&gt;</w:t>
        <w:br/>
        <w:t>Колись там Бог облюбував сіон&lt;br /&gt;</w:t>
        <w:br/>
        <w:t>І почепив "на страх людям" святиню*.&lt;br /&gt;</w:t>
        <w:br/>
        <w:t>Упершись банями зі скелі під зеніт,&lt;br /&gt;</w:t>
        <w:br/>
        <w:t>Величний, як Хеопсова могила ,&lt;br /&gt;</w:t>
        <w:br/>
        <w:t>Там манастир стояв —&lt;br /&gt;</w:t>
        <w:br/>
        <w:t>Дзвонив...&lt;br /&gt;</w:t>
        <w:br/>
        <w:t>блищав...&lt;br /&gt;</w:t>
        <w:br/>
        <w:t>кадилив...&lt;br /&gt;</w:t>
        <w:br/>
        <w:t>Стояв він так не знати скільки літ,&lt;br /&gt;</w:t>
        <w:br/>
        <w:t>Йому б отак по судний день стреміть.&lt;br /&gt;</w:t>
        <w:br/>
        <w:t>Коли б суда... зарані не вчинили.</w:t>
      </w:r>
    </w:p>
    <w:p>
      <w:r>
        <w:br/>
        <w:t>Розписана, золочена мара,&lt;br /&gt;</w:t>
        <w:br/>
        <w:t>П'ятиголова, потаєнна, хитра;&lt;br /&gt;</w:t>
        <w:br/>
        <w:t>У вівтарі кадильниці горять,&lt;br /&gt;</w:t>
        <w:br/>
        <w:t>А черепи лускою майорять&lt;br /&gt;</w:t>
        <w:br/>
        <w:t>І мигають, як золотава мітра.&lt;br /&gt;</w:t>
        <w:br/>
        <w:t>Не 'дин, не два там божих дзвонарів,&lt;br /&gt;</w:t>
        <w:br/>
        <w:t>Та все чужі — Міхеї та Павліни,&lt;br /&gt;</w:t>
        <w:br/>
        <w:t>Та так тягнули божих тропарів,&lt;br /&gt;</w:t>
        <w:br/>
        <w:t>Що голі села й дальші хуторі&lt;br /&gt;</w:t>
        <w:br/>
        <w:t>З сльозами&lt;br /&gt;</w:t>
        <w:br/>
        <w:t>припадали на коліна.</w:t>
      </w:r>
    </w:p>
    <w:p>
      <w:r>
        <w:br/>
        <w:t>Про цих мужів скрізь слава розійшлась:&lt;br /&gt;</w:t>
        <w:br/>
        <w:t>Ішли прочани геть з усього світу.&lt;br /&gt;</w:t>
        <w:br/>
        <w:t>Дух Божий спочивав на куполах,&lt;br /&gt;</w:t>
        <w:br/>
        <w:t>А під горою річка знай текла&lt;br /&gt;</w:t>
        <w:br/>
        <w:t>Та все повніла,&lt;br /&gt;</w:t>
        <w:br/>
        <w:t>хтозна-чим долита.</w:t>
      </w:r>
    </w:p>
    <w:p>
      <w:r>
        <w:br/>
        <w:t>Тягли ярмо чернечих кріпаків,&lt;br /&gt;</w:t>
        <w:br/>
        <w:t>Як ласку царську,&lt;br /&gt;</w:t>
        <w:br/>
        <w:t>Як дугу московську,&lt;br /&gt;</w:t>
        <w:br/>
        <w:t>Нащадки запорозьких козаків&lt;br /&gt;</w:t>
        <w:br/>
        <w:t>І борсались, як мухи в павуків,&lt;br /&gt;</w:t>
        <w:br/>
        <w:t>Богданом продані й підписані Виговським.</w:t>
      </w:r>
    </w:p>
    <w:p>
      <w:r>
        <w:br/>
        <w:t>Кляли ввесь світ, кляли чужих царів,&lt;br /&gt;</w:t>
        <w:br/>
        <w:t>Кляли себе,&lt;br /&gt;</w:t>
        <w:br/>
        <w:t>Кляли самого Бога...&lt;br /&gt;</w:t>
        <w:br/>
        <w:t>Аж поки дух батьків заговорив —&lt;br /&gt;</w:t>
        <w:br/>
        <w:t>Поки мару, за звичаєм старим,&lt;br /&gt;</w:t>
        <w:br/>
        <w:t>Не справили на батьківську дорогу...&lt;br /&gt;</w:t>
        <w:br/>
        <w:t>Було, було,&lt;br /&gt;</w:t>
        <w:br/>
        <w:t>Не віриться й тепер,&lt;br /&gt;</w:t>
        <w:br/>
        <w:t>Не в одного полізли очі сині&lt;br /&gt;</w:t>
        <w:br/>
        <w:t>І з жаху, і з жалю: "То ж скінія із скіній !"&lt;br /&gt;</w:t>
        <w:br/>
        <w:t>А ось, диви,— рівненько, як папір,&lt;br /&gt;</w:t>
        <w:br/>
        <w:t>І на с і о н і розкошують свині.</w:t>
      </w:r>
    </w:p>
    <w:p>
      <w:r>
        <w:br/>
        <w:t>Проте ніхто не зна і по сей день,—&lt;br /&gt;</w:t>
        <w:br/>
        <w:t>До сіряків не дуже щедра слава,—&lt;br /&gt;</w:t>
        <w:br/>
        <w:t>Забулось все не вписане ніде,&lt;br /&gt;</w:t>
        <w:br/>
        <w:t>І тільки на пергамені в людей&lt;br /&gt;</w:t>
        <w:br/>
        <w:t>Арапник царський&lt;br /&gt;</w:t>
        <w:br/>
        <w:t>Іжицю поставив.</w:t>
      </w:r>
    </w:p>
    <w:p>
      <w:r>
        <w:br/>
        <w:t>Ніхто-ніхто не знає про ту мить,&lt;br /&gt;</w:t>
        <w:br/>
        <w:t>Не лишилось нічого ані в кого,&lt;br /&gt;</w:t>
        <w:br/>
        <w:t>І тільки в діда іжиця щемить&lt;br /&gt;</w:t>
        <w:br/>
        <w:t>Та скніє жах&lt;br /&gt;</w:t>
        <w:br/>
        <w:t>Перед другим пришестям Бога.</w:t>
      </w:r>
    </w:p>
    <w:p>
      <w:r>
        <w:br/>
        <w:t>Забулось все, у безвість одійшло,&lt;br /&gt;</w:t>
        <w:br/>
        <w:t>Літа ідуть, як тінь за перезвою;&lt;br /&gt;</w:t>
        <w:br/>
        <w:t>Старі руїни пилом занесло,&lt;br /&gt;</w:t>
        <w:br/>
        <w:t>І місце заросло травою.</w:t>
      </w:r>
    </w:p>
    <w:p>
      <w:r>
        <w:br/>
        <w:t>Пустують діти в цурки і в квача.&lt;br /&gt;</w:t>
        <w:br/>
        <w:t>Порошать чистим сміхом, ніби снігом;&lt;br /&gt;</w:t>
        <w:br/>
        <w:t>Байдуже їм, над ким вони кричать,&lt;br /&gt;</w:t>
        <w:br/>
        <w:t>Байдуже, що за камені стирчать&lt;br /&gt;</w:t>
        <w:br/>
        <w:t>І хто одяг кропив'яні вериги.</w:t>
      </w:r>
    </w:p>
    <w:p>
      <w:r>
        <w:br/>
        <w:t>І тільки, кажуть, інколи вночі —&lt;br /&gt;</w:t>
        <w:br/>
        <w:t>Тоді, як прийде чорна, темна осінь,&lt;br /&gt;</w:t>
        <w:br/>
        <w:t>Як вітер над пустелею кричить,&lt;br /&gt;</w:t>
        <w:br/>
        <w:t>Як заливаються лиш сови та сичі —&lt;br /&gt;</w:t>
        <w:br/>
        <w:t>Хтось по руїнах&lt;br /&gt;</w:t>
        <w:br/>
        <w:t>Ходить і голосить.&lt;br /&gt;</w:t>
        <w:br/>
        <w:t>І плаче ревно, квапиться, блага —&lt;br /&gt;</w:t>
        <w:br/>
        <w:t>Поки не закричали півні треті,&lt;br /&gt;</w:t>
        <w:br/>
        <w:t>Шука під свист страшного батога,&lt;br /&gt;</w:t>
        <w:br/>
        <w:t>Шука з риданням&lt;br /&gt;</w:t>
        <w:br/>
        <w:t>коней і карету...&lt;br /&gt;</w:t>
        <w:br/>
        <w:t>Це так вночі, як світ увесь мовчить,&lt;br /&gt;</w:t>
        <w:br/>
        <w:t>Як упаде на землю темна осінь,&lt;br /&gt;</w:t>
        <w:br/>
        <w:t>Хтось по руїнах ходить і кричить,&lt;br /&gt;</w:t>
        <w:br/>
        <w:t>Хтось по руїнах ходить і голосить...&lt;br /&gt;</w:t>
        <w:br/>
        <w:t>Багато знають камені німі,&lt;br /&gt;</w:t>
        <w:br/>
        <w:t>Ще більше знають гори зеленаві,</w:t>
      </w:r>
    </w:p>
    <w:p>
      <w:r>
        <w:br/>
        <w:t>Политі кров'ю, потом і слізьми,&lt;br /&gt;</w:t>
        <w:br/>
        <w:t>Накриті пилом давнішньої слави.&lt;br /&gt;</w:t>
        <w:br/>
        <w:t>Вони-бо знали гуннів і татар,&lt;br /&gt;</w:t>
        <w:br/>
        <w:t>Вони-бо знали диких печенігів...&lt;br /&gt;</w:t>
        <w:br/>
        <w:t>Але на гори — ліг бронею пар,&lt;br /&gt;</w:t>
        <w:br/>
        <w:t>На камені — кропив'яні вериги.</w:t>
      </w:r>
    </w:p>
    <w:p>
      <w:r>
        <w:br/>
        <w:t>І тільки інколи в негоду уночі,&lt;br /&gt;</w:t>
        <w:br/>
        <w:t>Як упаде на землю темна осінь,&lt;br /&gt;</w:t>
        <w:br/>
        <w:t>Хтось по руїнах ходить і кричить,&lt;br /&gt;</w:t>
        <w:br/>
        <w:t>Хтось по руїнах ходить і голосить...</w:t>
      </w:r>
    </w:p>
    <w:p>
      <w:r>
        <w:br/>
        <w:t>***</w:t>
      </w:r>
    </w:p>
    <w:p>
      <w:r>
        <w:br/>
        <w:t>Тече ріка, як двісті літ назад.&lt;br /&gt;</w:t>
        <w:br/>
        <w:t>Зійшлись дуби, чупринами кивають...&lt;br /&gt;</w:t>
        <w:br/>
        <w:t>Навіть вони, якби ввійшли в азарт,&lt;br /&gt;</w:t>
        <w:br/>
        <w:t>То б спромоглись не стільки розказать,&lt;br /&gt;</w:t>
        <w:br/>
        <w:t>Аніж оцей&lt;br /&gt;</w:t>
        <w:br/>
        <w:t>Дідусь оповідає.</w:t>
      </w:r>
    </w:p>
    <w:p>
      <w:r>
        <w:br/>
        <w:t>Село Скелька, травень 1928 р.</w:t>
      </w:r>
    </w:p>
    <w:p>
      <w:r>
        <w:br/>
        <w:t>ЧАСТИНА ПЕРША</w:t>
      </w:r>
    </w:p>
    <w:p>
      <w:r>
        <w:br/>
        <w:t>РОЗДІЛ ПЕРШИЙ&lt;br /&gt;</w:t>
        <w:br/>
        <w:t>(СПРАВЖНІЙ)</w:t>
      </w:r>
    </w:p>
    <w:p>
      <w:r>
        <w:br/>
        <w:t>І</w:t>
      </w:r>
    </w:p>
    <w:p>
      <w:r>
        <w:br/>
        <w:t>Ударив дзвін чотиристапудовий,&lt;br /&gt;</w:t>
        <w:br/>
        <w:t>Гойднув скривавленим на сонці язиком.&lt;br /&gt;</w:t>
        <w:br/>
        <w:t>Здригнули далі...&lt;br /&gt;</w:t>
        <w:br/>
        <w:t>Дзвін ударив знову —&lt;br /&gt;</w:t>
        <w:br/>
        <w:t>Гукає і гуде без слова,&lt;br /&gt;</w:t>
        <w:br/>
        <w:t>Гуде, як вирок, як могутнійший закон.</w:t>
      </w:r>
    </w:p>
    <w:p>
      <w:r>
        <w:br/>
        <w:t>Упершись банями зі скелі під зеніт,&lt;br /&gt;</w:t>
        <w:br/>
        <w:t>Величний, як Хеопсова могила,&lt;br /&gt;</w:t>
        <w:br/>
        <w:t>На кряжі манастир стоїть&lt;br /&gt;</w:t>
        <w:br/>
        <w:t>(Володар, князь околиці всії)&lt;br /&gt;</w:t>
        <w:br/>
        <w:t>І дзвонить,&lt;br /&gt;</w:t>
        <w:br/>
        <w:t>і гнусавить,&lt;br /&gt;</w:t>
        <w:br/>
        <w:t>і кадилить...</w:t>
      </w:r>
    </w:p>
    <w:p>
      <w:r>
        <w:br/>
        <w:t>II</w:t>
      </w:r>
    </w:p>
    <w:p>
      <w:r>
        <w:br/>
        <w:t>Готичні башти, мури, і сади,&lt;br /&gt;</w:t>
        <w:br/>
        <w:t>І чорна брама, кована залізом,&lt;br /&gt;</w:t>
        <w:br/>
        <w:t>Хрести, і бані, й молодик блідий,&lt;br /&gt;</w:t>
        <w:br/>
        <w:t>За хрест зачеплений,— відбилися в воді&lt;br /&gt;</w:t>
        <w:br/>
        <w:t>В свічаді воронім, а понад низом —</w:t>
      </w:r>
    </w:p>
    <w:p>
      <w:r>
        <w:br/>
        <w:t>Ген, скільки оком кинеш, навкруги —&lt;br /&gt;</w:t>
        <w:br/>
        <w:t>Піски і синь,&lt;br /&gt;</w:t>
        <w:br/>
        <w:t>Село, бори і далі...&lt;br /&gt;</w:t>
        <w:br/>
        <w:t>То все маєтки впали до ноги,&lt;br /&gt;</w:t>
        <w:br/>
        <w:t>Запнуті, ніби відлиском снігів,&lt;br /&gt;</w:t>
        <w:br/>
        <w:t>Серпанком тихої вечірньої печалі.</w:t>
      </w:r>
    </w:p>
    <w:p>
      <w:r>
        <w:br/>
        <w:t>III</w:t>
      </w:r>
    </w:p>
    <w:p>
      <w:r>
        <w:br/>
        <w:t>Протнула Ворскла їх — кривий погнутий меч,&lt;br /&gt;</w:t>
        <w:br/>
        <w:t>Що, переможений, упав на полі бою,&lt;br /&gt;</w:t>
        <w:br/>
        <w:t>Упав важкий до ніг нових предтеч,&lt;br /&gt;</w:t>
        <w:br/>
        <w:t>І землю надвоє розтяв той меч собою.</w:t>
      </w:r>
    </w:p>
    <w:p>
      <w:r>
        <w:br/>
        <w:t>IV</w:t>
      </w:r>
    </w:p>
    <w:p>
      <w:r>
        <w:br/>
        <w:t>Ударив дзвін... І кола по воді&lt;br /&gt;</w:t>
        <w:br/>
        <w:t>Розбіглися,— вудилище кленове&lt;br /&gt;</w:t>
        <w:br/>
        <w:t>Підняв чернець одутний і рудий,&lt;br /&gt;</w:t>
        <w:br/>
        <w:t>Перехрестився і од праведних трудів&lt;br /&gt;</w:t>
        <w:br/>
        <w:t>Потяг на гору — слухать Боже слово.</w:t>
      </w:r>
    </w:p>
    <w:p>
      <w:r>
        <w:br/>
        <w:t>V</w:t>
      </w:r>
    </w:p>
    <w:p>
      <w:r>
        <w:br/>
        <w:t>А під горою:&lt;br /&gt;</w:t>
        <w:br/>
        <w:t>З свистом лановий&lt;br /&gt;</w:t>
        <w:br/>
        <w:t>Зганяє челядь красти боже сіно.&lt;br /&gt;</w:t>
        <w:br/>
        <w:t>І йдуть скельчанські й зарічанські кріпаки&lt;br /&gt;</w:t>
        <w:br/>
        <w:t>Складати свої болі у стіжки —&lt;br /&gt;</w:t>
        <w:br/>
        <w:t>Ідуть покірно, з співом-голосінням.&lt;br /&gt;</w:t>
        <w:br/>
        <w:t>Блищить і піниться примара золота&lt;br /&gt;</w:t>
        <w:br/>
        <w:t>(То Богом прип'ятий ковчег святого Ноя),&lt;br /&gt;</w:t>
        <w:br/>
        <w:t>І дивиться на села та міста,&lt;br /&gt;</w:t>
        <w:br/>
        <w:t>Як крутяться кріпацькі душі там,&lt;br /&gt;</w:t>
        <w:br/>
        <w:t>Мов флюгери&lt;br /&gt;</w:t>
        <w:br/>
        <w:t>над сірою стіною.</w:t>
      </w:r>
    </w:p>
    <w:p>
      <w:r>
        <w:br/>
        <w:t>VI</w:t>
      </w:r>
    </w:p>
    <w:p>
      <w:r>
        <w:br/>
        <w:t>За мурами, у чорних клобуках,&lt;br /&gt;</w:t>
        <w:br/>
        <w:t>Заховані від погляду людського,&lt;br /&gt;</w:t>
        <w:br/>
        <w:t>Пішли, як тіні, з миром на руках&lt;br /&gt;</w:t>
        <w:br/>
        <w:t>Раби Всевишнього в невидимих вінках —&lt;br /&gt;</w:t>
        <w:br/>
        <w:t>Пішли на бесіду,&lt;br /&gt;</w:t>
        <w:br/>
        <w:t>На раду з паном Богом...</w:t>
      </w:r>
    </w:p>
    <w:p>
      <w:r>
        <w:br/>
        <w:t>VII</w:t>
      </w:r>
    </w:p>
    <w:p>
      <w:r>
        <w:br/>
        <w:t>Ударив дзвін,&lt;br /&gt;</w:t>
        <w:br/>
        <w:t>І ризничий устав;&lt;br /&gt;</w:t>
        <w:br/>
        <w:t>Сьогодні в нього клопоту по шию.&lt;br /&gt;</w:t>
        <w:br/>
        <w:t>Надів клобук, пергамени дістав —&lt;br /&gt;</w:t>
        <w:br/>
        <w:t>Пішов під брязкіт срібного хреста —&lt;br /&gt;</w:t>
        <w:br/>
        <w:t>Пішов на змову до намісника Христа,&lt;br /&gt;</w:t>
        <w:br/>
        <w:t>На раду&lt;br /&gt;</w:t>
        <w:br/>
        <w:t>До отця Ієремії...</w:t>
      </w:r>
    </w:p>
    <w:p>
      <w:r>
        <w:br/>
        <w:t>Гуде луна, як в пащі катакомб,&lt;br /&gt;</w:t>
        <w:br/>
        <w:t>У безконечнім лабіринті келій,&lt;br /&gt;</w:t>
        <w:br/>
        <w:t>Біжить за чорним іноком слідком&lt;br /&gt;</w:t>
        <w:br/>
        <w:t>Туди, де хмуриться хрестом кінечний ромб,&lt;br /&gt;</w:t>
        <w:br/>
        <w:t>Де таємницею сповиті капітелі</w:t>
      </w:r>
    </w:p>
    <w:p>
      <w:r>
        <w:br/>
        <w:t>VIII</w:t>
      </w:r>
    </w:p>
    <w:p>
      <w:r>
        <w:br/>
        <w:t>Важке чоло, нахмурене, круте,&lt;br /&gt;</w:t>
        <w:br/>
        <w:t>Мов крила яструба, підперли темні брови,&lt;br /&gt;</w:t>
        <w:br/>
        <w:t>То кібець&lt;br /&gt;</w:t>
        <w:br/>
        <w:t>Комусь лаптики плете&lt;br /&gt;</w:t>
        <w:br/>
        <w:t>І думу думає... В і н думає про те,&lt;br /&gt;</w:t>
        <w:br/>
        <w:t>Про що сам Бог не зна. До шуму крови&lt;br /&gt;</w:t>
        <w:br/>
        <w:t>Вслухається... З очей тікає сон;&lt;br /&gt;</w:t>
        <w:br/>
        <w:t>Дух спокою в горнилі дум загинув.&lt;br /&gt;</w:t>
        <w:br/>
        <w:t>Ігумен сам, сидить як фараон,&lt;br /&gt;</w:t>
        <w:br/>
        <w:t>Як князь на троні в сонмищі ікон,&lt;br /&gt;</w:t>
        <w:br/>
        <w:t>Сидить, одкинувши углиб дебелу спину.</w:t>
      </w:r>
    </w:p>
    <w:p>
      <w:r>
        <w:br/>
        <w:t>Та чорний крук,&lt;br /&gt;</w:t>
        <w:br/>
        <w:t>Насупивши чоло,&lt;br /&gt;</w:t>
        <w:br/>
        <w:t>У кріслі княжому, в розкішному покої&lt;br /&gt;</w:t>
        <w:br/>
        <w:t>Торкає бороду задумано крилом,&lt;br /&gt;</w:t>
        <w:br/>
        <w:t>Кошлатить бороду пухнастою рукою...</w:t>
      </w:r>
    </w:p>
    <w:p>
      <w:r>
        <w:br/>
        <w:t>Ігумен він! Чого ж в тенетах дум&lt;br /&gt;</w:t>
        <w:br/>
        <w:t>Корпить душа, чого так серце скніє?&lt;br /&gt;</w:t>
        <w:br/>
        <w:t>Адже, як тільки схочеться йому,&lt;br /&gt;</w:t>
        <w:br/>
        <w:t>Простягне руки, і вони візьмуть.&lt;br /&gt;</w:t>
        <w:br/>
        <w:t>Ніхто йому перечить не посміє.&lt;br /&gt;</w:t>
        <w:br/>
        <w:t>Авжеж! Але...&lt;br /&gt;</w:t>
        <w:br/>
        <w:t>Та гей і єсть така,&lt;br /&gt;</w:t>
        <w:br/>
        <w:t>Єсть сила владна, вічна і фатальна,&lt;br /&gt;</w:t>
        <w:br/>
        <w:t>Така тендітна і страшна рука,&lt;br /&gt;</w:t>
        <w:br/>
        <w:t>Що королів кладе до каблука&lt;br /&gt;</w:t>
        <w:br/>
        <w:t>Одним лиш помахом, одним кивком звичайним.&lt;br /&gt;</w:t>
        <w:br/>
        <w:t>Відколи світ — не втік цього ніхто;&lt;br /&gt;</w:t>
        <w:br/>
        <w:t>І часто — грізний та бундючний імператор,&lt;br /&gt;</w:t>
        <w:br/>
        <w:t>Що світ поверг до ніг своїх перстом,&lt;br /&gt;</w:t>
        <w:br/>
        <w:t>За полонянкою волочиться хвостом —&lt;br /&gt;</w:t>
        <w:br/>
        <w:t>За крихту ласки ладен слід лизати.&lt;br /&gt;</w:t>
        <w:br/>
        <w:t>Так-так, лизать...&lt;br /&gt;</w:t>
        <w:br/>
        <w:t>І ось ігумен він —&lt;br /&gt;</w:t>
        <w:br/>
        <w:t>Володар, князь, він деспот, а віднині —&lt;br /&gt;</w:t>
        <w:br/>
        <w:t>Бундючна цяцька у руках рабині.&lt;br /&gt;</w:t>
        <w:br/>
        <w:t>І не рятує чин,&lt;br /&gt;</w:t>
        <w:br/>
        <w:t>І не рятує дзвін...</w:t>
      </w:r>
    </w:p>
    <w:p>
      <w:r>
        <w:br/>
        <w:t>Давно отак "пан" спокою одбіг,&lt;br /&gt;</w:t>
        <w:br/>
        <w:t>Не день, не два він грізний і понурий,&lt;br /&gt;</w:t>
        <w:br/>
        <w:t>І чують всі той настрій на собі —&lt;br /&gt;</w:t>
        <w:br/>
        <w:t>Кленучи світ, терплять його раби,&lt;br /&gt;</w:t>
        <w:br/>
        <w:t>І щуляться хатки в німій зажурі.&lt;br /&gt;</w:t>
        <w:br/>
        <w:t>Горить лампада,&lt;br /&gt;</w:t>
        <w:br/>
        <w:t>І блукає тінь&lt;br /&gt;</w:t>
        <w:br/>
        <w:t>Од ланцюжків по лицях Іісуса;&lt;br /&gt;</w:t>
        <w:br/>
        <w:t>В барвисті шиби вдаривсь сніп промінь —&lt;br /&gt;</w:t>
        <w:br/>
        <w:t>І в тишині лягла червоносинь&lt;br /&gt;</w:t>
        <w:br/>
        <w:t>На килими й на старці сивоусі...</w:t>
      </w:r>
    </w:p>
    <w:p>
      <w:r>
        <w:br/>
        <w:t>І вторить килим думам, як ві сні.&lt;br /&gt;</w:t>
        <w:br/>
        <w:t>Жаданий образ виплив з-за ікони,</w:t>
      </w:r>
    </w:p>
    <w:p>
      <w:r>
        <w:br/>
        <w:t>Заповнив, полонив.&lt;br /&gt;</w:t>
        <w:br/>
        <w:t>Ігумен стиснув скроні,—&lt;br /&gt;</w:t>
        <w:br/>
        <w:t>Забув себе і вік, неначе мить...&lt;br /&gt;</w:t>
        <w:br/>
        <w:t>Дарма годинник вусом шерехтить,&lt;br /&gt;</w:t>
        <w:br/>
        <w:t>Даремне там сміються й кличуть дзвони.</w:t>
      </w:r>
    </w:p>
    <w:p>
      <w:r>
        <w:br/>
        <w:t>Що дзвін йому? І що йому закон?&lt;br /&gt;</w:t>
        <w:br/>
        <w:t>Владиками помазаний владика!..&lt;br /&gt;</w:t>
        <w:br/>
        <w:t>Ніхто не сміє ставить перепон —&lt;br /&gt;</w:t>
        <w:br/>
        <w:t>Для них він пан і сам собі закон,&lt;br /&gt;</w:t>
        <w:br/>
        <w:t>Було і буде так одвіку і довіку.</w:t>
      </w:r>
    </w:p>
    <w:p>
      <w:r>
        <w:br/>
        <w:t>Як чорний крук,&lt;br /&gt;</w:t>
        <w:br/>
        <w:t>Насупивши чоло,&lt;br /&gt;</w:t>
        <w:br/>
        <w:t>У кріслі княжому, в розкішному покої&lt;br /&gt;</w:t>
        <w:br/>
        <w:t>Торкає бороду задумано крилом,&lt;br /&gt;</w:t>
        <w:br/>
        <w:t>Кошлатить бороду пухнастою рукою.</w:t>
      </w:r>
    </w:p>
    <w:p>
      <w:r>
        <w:br/>
        <w:t>І жде... Чого? Про те ніхто не зна.&lt;br /&gt;</w:t>
        <w:br/>
        <w:t>Секунди в сумніві рахує і складає.&lt;br /&gt;</w:t>
        <w:br/>
        <w:t>Ну, хто в цьому ігумені впізна&lt;br /&gt;</w:t>
        <w:br/>
        <w:t>Його, як є? Сорок друга весна,&lt;br /&gt;</w:t>
        <w:br/>
        <w:t>Немов сімнадцята, обіцяне чекає...</w:t>
      </w:r>
    </w:p>
    <w:p>
      <w:r>
        <w:br/>
        <w:t>І раптом — стук. Неначе вдарив ток,—&lt;br /&gt;</w:t>
        <w:br/>
        <w:t>Здригнув ігумен, вірить і не вірить.&lt;br /&gt;</w:t>
        <w:br/>
        <w:t>Момент іде. Його жаданий крок&lt;br /&gt;</w:t>
        <w:br/>
        <w:t>Він чує, чує... Тисне на висок&lt;br /&gt;</w:t>
        <w:br/>
        <w:t>Схвильований, збентежений без міри;&lt;br /&gt;</w:t>
        <w:br/>
        <w:t>Устав. Звершилось! О, чудесна мить!&lt;br /&gt;</w:t>
        <w:br/>
        <w:t>Прийшов вінець його тяжкої муки...&lt;br /&gt;</w:t>
        <w:br/>
        <w:t>Обсмикав рясу, хрест здійняв:&lt;br /&gt;</w:t>
        <w:br/>
        <w:t>Ввійдіть!..&lt;br /&gt;</w:t>
        <w:br/>
        <w:t>І наперед подавсь, простягти руки.</w:t>
      </w:r>
    </w:p>
    <w:p>
      <w:r>
        <w:br/>
        <w:t>Удруге стук: "Во ім'я всіх Богів:&lt;br /&gt;</w:t>
        <w:br/>
        <w:t>Отця, і Сина, і Святого Духа..."&lt;br /&gt;</w:t>
        <w:br/>
        <w:t>"Амінь,— сказав ігумен, не дослухав,—&lt;br /&gt;</w:t>
        <w:br/>
        <w:t>Амінь, амінь!" —&lt;br /&gt;</w:t>
        <w:br/>
        <w:t>І... ризничий уплів,&lt;br /&gt;</w:t>
        <w:br/>
        <w:t>Закривши двері вслід спокійним рухом.</w:t>
      </w:r>
    </w:p>
    <w:p>
      <w:r>
        <w:br/>
        <w:t>...Ігумен сів, ігумен важко сів,&lt;br /&gt;</w:t>
        <w:br/>
        <w:t>Немов облитий зимною водою;&lt;br /&gt;</w:t>
        <w:br/>
        <w:t>І стало важко так і байдуже зовсім,&lt;br /&gt;</w:t>
        <w:br/>
        <w:t>А десь регоче сотня голосів:&lt;br /&gt;</w:t>
        <w:br/>
        <w:t>"Фюї-їть, обдурено!.."</w:t>
      </w:r>
    </w:p>
    <w:p>
      <w:r>
        <w:br/>
        <w:t>Рудою бородою&lt;br /&gt;</w:t>
        <w:br/>
        <w:t>Поник владика, в гніві на ввесь світ,&lt;br /&gt;</w:t>
        <w:br/>
        <w:t>А чорт над ним регоче і картає,&lt;br /&gt;</w:t>
        <w:br/>
        <w:t>І свище в вуха: "Фіть, старий, фю-їть!.."</w:t>
      </w:r>
    </w:p>
    <w:p>
      <w:r>
        <w:br/>
        <w:t>Серед покоїв ризничий стоїть,&lt;br /&gt;</w:t>
        <w:br/>
        <w:t>В руках пергамени пожовклі повертає.</w:t>
      </w:r>
    </w:p>
    <w:p>
      <w:r>
        <w:br/>
        <w:t>Ризничий:&lt;br /&gt;</w:t>
        <w:br/>
        <w:t>"Благослови, Владико, в добрий час&lt;br /&gt;</w:t>
        <w:br/>
        <w:t>Почати справу. Я вас потривожив,&lt;br /&gt;</w:t>
        <w:br/>
        <w:t>Вам тяжко нині? Але я до вас&lt;br /&gt;</w:t>
        <w:br/>
        <w:t>З наказу вашого; заким ще світ не згас,&lt;br /&gt;</w:t>
        <w:br/>
        <w:t>Ми мусим злагодити справу нашу..."&lt;br /&gt;</w:t>
        <w:br/>
        <w:t>Ігумен: "...Боже!&lt;br /&gt;</w:t>
        <w:br/>
        <w:t>(І задрижав) я мало не забув,—&lt;br /&gt;</w:t>
        <w:br/>
        <w:t>Так-так, сідай, мій брате Никодиме:&lt;br /&gt;</w:t>
        <w:br/>
        <w:t>Почнем, почнем..." — І сам в лиці, як був.&lt;br /&gt;</w:t>
        <w:br/>
        <w:t>Залишився, лише,розправив спину,&lt;br /&gt;</w:t>
        <w:br/>
        <w:t>Та по брові пробігла тінь страшна,&lt;br /&gt;</w:t>
        <w:br/>
        <w:t>Метнули іскрами погрози очі сині:&lt;br /&gt;</w:t>
        <w:br/>
        <w:t>"Ага, он як!? О, знатиме вона!&lt;br /&gt;</w:t>
        <w:br/>
        <w:t>В о н а у мене знатиме. До дна&lt;br /&gt;</w:t>
        <w:br/>
        <w:t>Хай вип'є чашу помсти і терпіння.&lt;br /&gt;</w:t>
        <w:br/>
        <w:t>І рід її — уся та чорна м р а з ь,&lt;br /&gt;</w:t>
        <w:br/>
        <w:t>Та дика, непокірна чорна кістка...&lt;br /&gt;</w:t>
        <w:br/>
        <w:t>Так мною гребувати?! —&lt;br /&gt;</w:t>
        <w:br/>
        <w:t>Гей, пиши наказ!&lt;br /&gt;</w:t>
        <w:br/>
        <w:t>Пиши, мій брате! І царициний указ&lt;br /&gt;</w:t>
        <w:br/>
        <w:t>Ти нагадай тій черні. Напоказ Усьому світу..."&lt;br /&gt;</w:t>
        <w:br/>
        <w:t>Ризничий (здивовано):&lt;br /&gt;</w:t>
        <w:br/>
        <w:t>"Отче, тут є звістка..."&lt;br /&gt;</w:t>
        <w:br/>
        <w:t>Ігумен:&lt;br /&gt;</w:t>
        <w:br/>
        <w:t>"Ні-ні, після, я знаю, то потім,—&lt;br /&gt;</w:t>
        <w:br/>
        <w:t>Пиши!"</w:t>
      </w:r>
    </w:p>
    <w:p>
      <w:r>
        <w:br/>
        <w:t>І ризничий покірно сів писати.&lt;br /&gt;</w:t>
        <w:br/>
        <w:t>І щулились ікони золоті,&lt;br /&gt;</w:t>
        <w:br/>
        <w:t>Так шкрябав Никодим Святий&lt;br /&gt;</w:t>
        <w:br/>
        <w:t>Ретельний, одноокий і носатий.&lt;br /&gt;</w:t>
        <w:br/>
        <w:t>Він розумів ігумена свого —&lt;br /&gt;</w:t>
        <w:br/>
        <w:t>В таку годину цей наказ до речі;&lt;br /&gt;</w:t>
        <w:br/>
        <w:t>Подивимось тепера — хто кого!&lt;br /&gt;</w:t>
        <w:br/>
        <w:t>А то занадто вивчились перечить...</w:t>
      </w:r>
    </w:p>
    <w:p>
      <w:r>
        <w:br/>
        <w:t>"Пиши:&lt;br /&gt;</w:t>
        <w:br/>
        <w:t>В ім'я святині і святих,&lt;br /&gt;</w:t>
        <w:br/>
        <w:t>Во ім'я Богом даного престолу,&lt;br /&gt;</w:t>
        <w:br/>
        <w:t>Аби гнів праведний від себе одвести —&lt;br /&gt;</w:t>
        <w:br/>
        <w:t>Від вас, рабів,—&lt;br /&gt;</w:t>
        <w:br/>
        <w:t>Наказую:&lt;br /&gt;</w:t>
        <w:br/>
        <w:t>Внести&lt;br /&gt;</w:t>
        <w:br/>
        <w:t>В скарбницю манастирську, як ніколи,&lt;br /&gt;</w:t>
        <w:br/>
        <w:t>Віднині вдвоє! Щоб уникнуть мук,&lt;br /&gt;</w:t>
        <w:br/>
        <w:t>Щоб не вернуть Содому та Гоморри ,&lt;br /&gt;</w:t>
        <w:br/>
        <w:t>Ви мусите із непрощених рук,&lt;br /&gt;</w:t>
        <w:br/>
        <w:t>Благаючи обитель цю стару,&lt;br /&gt;</w:t>
        <w:br/>
        <w:t>Долить лампади й сповнити комори.</w:t>
      </w:r>
    </w:p>
    <w:p>
      <w:r>
        <w:br/>
        <w:t>Пиши: Так от...—&lt;br /&gt;</w:t>
        <w:br/>
        <w:t>Ігумен встав, як ніч,&lt;br /&gt;</w:t>
        <w:br/>
        <w:t>І заходив ввесь чорний та крилатий.&lt;br /&gt;</w:t>
        <w:br/>
        <w:t>І ляскають слова, неначе бич,—&lt;br /&gt;</w:t>
        <w:br/>
        <w:t>То він надумав дивовижну річ:&lt;br /&gt;</w:t>
        <w:br/>
        <w:t>Потроювать одвічні постулати,&lt;br /&gt;</w:t>
        <w:br/>
        <w:t>Закон поновлювать.</w:t>
      </w:r>
    </w:p>
    <w:p>
      <w:r>
        <w:br/>
        <w:t>— Пиши, мій брате, є?&lt;br /&gt;</w:t>
        <w:br/>
        <w:t>Тепер по черзі: з двору двадцять гривень,&lt;br /&gt;</w:t>
        <w:br/>
        <w:t>З душі окремо,— кожен хай дає.&lt;br /&gt;</w:t>
        <w:br/>
        <w:t>Крім того, кожен хай майно своє&lt;br /&gt;</w:t>
        <w:br/>
        <w:t>Розділить на три частки рівно&lt;br /&gt;</w:t>
        <w:br/>
        <w:t>І дві віддаст ь...&lt;br /&gt;</w:t>
        <w:br/>
        <w:t>Або, зажди, не так,</w:t>
      </w:r>
    </w:p>
    <w:p>
      <w:r>
        <w:br/>
        <w:t>Потрібна птиця, скот і полотна сувої,&lt;br /&gt;</w:t>
        <w:br/>
        <w:t>Реєстр у тебе... Справа ця проста,&lt;br /&gt;</w:t>
        <w:br/>
        <w:t>Ти сам це зробиш,— вкрутиш ще хвоста,&lt;br /&gt;</w:t>
        <w:br/>
        <w:t>Тільки у т р о й,&lt;br /&gt;</w:t>
        <w:br/>
        <w:t>Ти чуєш,&lt;br /&gt;</w:t>
        <w:br/>
        <w:t>Збільш утроє!"</w:t>
      </w:r>
    </w:p>
    <w:p>
      <w:r>
        <w:br/>
        <w:t>Ризничий: "Воістину, Владико..."&lt;br /&gt;</w:t>
        <w:br/>
        <w:t>Ігумен:&lt;br /&gt;</w:t>
        <w:br/>
        <w:t>"Стій, чекай,&lt;br /&gt;</w:t>
        <w:br/>
        <w:t>Я головне забув тобі сказати: —&lt;br /&gt;</w:t>
        <w:br/>
        <w:t>Щовечора тепер жене нехай&lt;br /&gt;</w:t>
        <w:br/>
        <w:t>Підрядчиків міцний нагай&lt;br /&gt;</w:t>
        <w:br/>
        <w:t>Отроковиць усіх святиню прибирати.&lt;br /&gt;</w:t>
        <w:br/>
        <w:t>Усіх до одної! Ти чуєш? Запиши!&lt;br /&gt;</w:t>
        <w:br/>
        <w:t>До одної.&lt;br /&gt;</w:t>
        <w:br/>
        <w:t>Нехай для братських келій&lt;br /&gt;</w:t>
        <w:br/>
        <w:t>Приносять квіти, будуть ряси шить,&lt;br /&gt;</w:t>
        <w:br/>
        <w:t>Білизну прати і для кожної душі&lt;br /&gt;</w:t>
        <w:br/>
        <w:t>Щоднини прибирать постелі.&lt;br /&gt;</w:t>
        <w:br/>
        <w:t>А ще...—&lt;br /&gt;</w:t>
        <w:br/>
        <w:t>Ієремія осміхнувсь.&lt;br /&gt;</w:t>
        <w:br/>
        <w:t>Не доказав — на ризничого глянув:&lt;br /&gt;</w:t>
        <w:br/>
        <w:t>— Ти розумієш? (Ризничий здригнув):&lt;br /&gt;</w:t>
        <w:br/>
        <w:t>З усіх лише ти бережи одну!&lt;br /&gt;</w:t>
        <w:br/>
        <w:t>І дбай за це&lt;br /&gt;</w:t>
        <w:br/>
        <w:t>і ввечері, і рано!.."</w:t>
      </w:r>
    </w:p>
    <w:p>
      <w:r>
        <w:br/>
        <w:t>Замислився,&lt;br /&gt;</w:t>
        <w:br/>
        <w:t>І гнів розтав, як дим.&lt;br /&gt;</w:t>
        <w:br/>
        <w:t>В барвистих шибах сонця промінь тліє,&lt;br /&gt;</w:t>
        <w:br/>
        <w:t>Вовтузиться в чернечій бороді...&lt;br /&gt;</w:t>
        <w:br/>
        <w:t>І не вгадає інок Никодим&lt;br /&gt;</w:t>
        <w:br/>
        <w:t>Понурих дум отця Ієремії...</w:t>
      </w:r>
    </w:p>
    <w:p>
      <w:r>
        <w:br/>
        <w:t>Ігумен:&lt;br /&gt;</w:t>
        <w:br/>
        <w:t>"Келейного!&lt;br /&gt;</w:t>
        <w:br/>
        <w:t>Гей, ти, лінивий раб,&lt;br /&gt;</w:t>
        <w:br/>
        <w:t>Ледачий Саво! Де ти там загинув?&lt;br /&gt;</w:t>
        <w:br/>
        <w:t>Сюди! (Ввійшов худий, немов мара,&lt;br /&gt;</w:t>
        <w:br/>
        <w:t>Послушник.) Так, пора, пора, пора...&lt;br /&gt;</w:t>
        <w:br/>
        <w:t>Гукай мерщій сюди отця Павліна!"</w:t>
      </w:r>
    </w:p>
    <w:p>
      <w:r>
        <w:br/>
        <w:t>IX</w:t>
      </w:r>
    </w:p>
    <w:p>
      <w:r>
        <w:br/>
        <w:t>Янтарні чотки,&lt;br /&gt;</w:t>
        <w:br/>
        <w:t>Хрестик і шнурок,&lt;br /&gt;</w:t>
        <w:br/>
        <w:t>Рожевий палець в персні золотому:&lt;br /&gt;</w:t>
        <w:br/>
        <w:t>Смиренний із смиренніших пророк —&lt;br /&gt;</w:t>
        <w:br/>
        <w:t>Бурчить Павлін, як вивчений урок,&lt;br /&gt;</w:t>
        <w:br/>
        <w:t>Молитву лагідну двадцятому святому...</w:t>
      </w:r>
    </w:p>
    <w:p>
      <w:r>
        <w:br/>
        <w:t>У хмарах ладану лампади майорять.&lt;br /&gt;</w:t>
        <w:br/>
        <w:t>Волає бас півсонно-монотонно...&lt;br /&gt;</w:t>
        <w:br/>
        <w:t>А сірий люд, під танок дзвонаря,&lt;br /&gt;</w:t>
        <w:br/>
        <w:t>По манію святого орара&lt;br /&gt;</w:t>
        <w:br/>
        <w:t>Лягає ниць — поклони тяжко ронить...</w:t>
      </w:r>
    </w:p>
    <w:p>
      <w:r>
        <w:br/>
        <w:t>По праву руку — чорні клобуки,&lt;br /&gt;</w:t>
        <w:br/>
        <w:t>А просто — камілавки золотаві,&lt;br /&gt;</w:t>
        <w:br/>
        <w:t>По ліву — манастирські кріпаки,&lt;br /&gt;</w:t>
        <w:br/>
        <w:t>Попід стіною ж в кріслищах важких —&lt;br /&gt;</w:t>
        <w:br/>
        <w:t>Старі ченці ведуть борню з лукавим:&lt;br /&gt;</w:t>
        <w:br/>
        <w:t>В руках старечих чотки шелестять,&lt;br /&gt;</w:t>
        <w:br/>
        <w:t>А на устах німота опочила,&lt;br /&gt;</w:t>
        <w:br/>
        <w:t>І сонні очі липнуть до Христа,&lt;br /&gt;</w:t>
        <w:br/>
        <w:t>Неначе "откровеніє" хотять&lt;br /&gt;</w:t>
        <w:br/>
        <w:t>Знайти в його одежі сніжно-білій.</w:t>
      </w:r>
    </w:p>
    <w:p>
      <w:r>
        <w:br/>
        <w:t>І тільки отроки — послушники богів,&lt;br /&gt;</w:t>
        <w:br/>
        <w:t>З великими блискучими очами —&lt;br /&gt;</w:t>
        <w:br/>
        <w:t>В огні юнацької замкнутої снаги&lt;br /&gt;</w:t>
        <w:br/>
        <w:t>Вмлівають од дівочої ноги,&lt;br /&gt;</w:t>
        <w:br/>
        <w:t>Що десь побачили між різними ногами...&lt;br /&gt;</w:t>
        <w:br/>
        <w:t>Такі округлі — литка і стегно...&lt;br /&gt;</w:t>
        <w:br/>
        <w:t>Яка рука ці лінії точила:&lt;br /&gt;</w:t>
        <w:br/>
        <w:t>Пружинясті... П'янючі, як вино,&lt;br /&gt;</w:t>
        <w:br/>
        <w:t>Магічні лінії... Для них усе дано,&lt;br /&gt;</w:t>
        <w:br/>
        <w:t>І навіть плахта їх закрить зовсім не в силі.&lt;br /&gt;</w:t>
        <w:br/>
        <w:t>На крилосі хвилюються альти&lt;br /&gt;</w:t>
        <w:br/>
        <w:t>І бас гуде, немов орган в костьолі...&lt;br /&gt;</w:t>
        <w:br/>
        <w:t>У церкві ні пролізти, ні пройти.&lt;br /&gt;</w:t>
        <w:br/>
        <w:t>Ось блиснули ворота золоті,—&lt;br /&gt;</w:t>
        <w:br/>
        <w:t>Мужицькі душі розстелились долі...&lt;br /&gt;</w:t>
        <w:br/>
        <w:t>Келейний встав,&lt;br /&gt;</w:t>
        <w:br/>
        <w:t>Пройшов до них і зник...&lt;br /&gt;</w:t>
        <w:br/>
        <w:t>А дим пливе туманом із кадила,—&lt;br /&gt;</w:t>
        <w:br/>
        <w:t>Гойдає дзвін скривавлений язик,&lt;br /&gt;</w:t>
        <w:br/>
        <w:t>І озиваються на цей мідяний зик&lt;br /&gt;</w:t>
        <w:br/>
        <w:t>Усі ченці й усі святі з могили.&lt;br /&gt;</w:t>
        <w:br/>
        <w:t>О, скільки їх — цих божих дзвонарів!&lt;br /&gt;</w:t>
        <w:br/>
        <w:t>Та все чужі — Міхеї і Павліни;&lt;br /&gt;</w:t>
        <w:br/>
        <w:t>Як гаркнули враз божих тропарів ,—&lt;br /&gt;</w:t>
        <w:br/>
        <w:t>Аж голі села й дальні хутори&lt;br /&gt;</w:t>
        <w:br/>
        <w:t>Попадали з сльозами на коліна...</w:t>
      </w:r>
    </w:p>
    <w:p>
      <w:r>
        <w:br/>
        <w:t>X</w:t>
      </w:r>
    </w:p>
    <w:p>
      <w:r>
        <w:br/>
        <w:t>Данило був так ніби отаман;&lt;br /&gt;</w:t>
        <w:br/>
        <w:t>Хоч молодий, але розумний, смілий.&lt;br /&gt;</w:t>
        <w:br/>
        <w:t>Казали;&lt;br /&gt;</w:t>
        <w:br/>
        <w:t>"О, якби йому гаман&lt;br /&gt;</w:t>
        <w:br/>
        <w:t>Та ще в гамані — був би з нього пан,&lt;br /&gt;</w:t>
        <w:br/>
        <w:t>Не то — і гетьманом зробився б наш Данило!.&lt;br /&gt;</w:t>
        <w:br/>
        <w:t>Простий кріпак — чорнявий і стрункий,&lt;br /&gt;</w:t>
        <w:br/>
        <w:t>Він виглядить, як справжній син козачий.&lt;br /&gt;</w:t>
        <w:br/>
        <w:t>...Коли б це знов, коли б оце полки&lt;br /&gt;</w:t>
        <w:br/>
        <w:t>І зброї дзвін,— коли б не час такий,&lt;br /&gt;</w:t>
        <w:br/>
        <w:t>Не один би заплакав...&lt;br /&gt;</w:t>
        <w:br/>
        <w:t>Та й заплаче!.."</w:t>
      </w:r>
    </w:p>
    <w:p>
      <w:r>
        <w:br/>
        <w:t>Так часто марив він серед липкої мли —&lt;br /&gt;</w:t>
        <w:br/>
        <w:t>Як встане слава, й бій кривавий гряне,&lt;br /&gt;</w:t>
        <w:br/>
        <w:t>І блисне меч...&lt;br /&gt;</w:t>
        <w:br/>
        <w:t>Гей, сили в нім гули,—&lt;br /&gt;</w:t>
        <w:br/>
        <w:t>Недаром же батьки колись були&lt;br /&gt;</w:t>
        <w:br/>
        <w:t>У Гадяцькому полку чотарями :</w:t>
      </w:r>
    </w:p>
    <w:p>
      <w:r>
        <w:br/>
        <w:t>XI</w:t>
      </w:r>
    </w:p>
    <w:p>
      <w:r>
        <w:br/>
        <w:t>Тропар — молитовний вірш для співу на честь свята.&lt;br /&gt;</w:t>
        <w:br/>
        <w:t>"Послухайте,&lt;br /&gt;</w:t>
        <w:br/>
        <w:t>Товариші мої!&lt;br /&gt;</w:t>
        <w:br/>
        <w:t>Братове, друзі, матері і сестри!&lt;br /&gt;</w:t>
        <w:br/>
        <w:t>Та доки ж нам терпіть?! На землях на своїх&lt;br /&gt;</w:t>
        <w:br/>
        <w:t>Ми в злиднях топимось — чернечі холуї...&lt;br /&gt;</w:t>
        <w:br/>
        <w:t>А чи не досить нам ганьби ції?!&lt;br /&gt;</w:t>
        <w:br/>
        <w:t>А чи не досить&lt;br /&gt;</w:t>
        <w:br/>
        <w:t>Ярма&lt;br /&gt;</w:t>
        <w:br/>
        <w:t>Нести?&lt;br /&gt;</w:t>
        <w:br/>
        <w:t>Г а?!"&lt;br /&gt;</w:t>
        <w:br/>
        <w:t>... ... ... ... ... ... ... ... ... ... ... ... ... ...</w:t>
      </w:r>
    </w:p>
    <w:p>
      <w:r>
        <w:br/>
        <w:t>Ще день не згас і не настигла ніч,&lt;br /&gt;</w:t>
        <w:br/>
        <w:t>А на майдан зібралось люду сила:&lt;br /&gt;</w:t>
        <w:br/>
        <w:t>Із лугу з вилами і косами зійшлись&lt;br /&gt;</w:t>
        <w:br/>
        <w:t>Скельчани й зарічани — всі збрелись,&lt;br /&gt;</w:t>
        <w:br/>
        <w:t>Усіх сюди згукав юнак Данило...&lt;br /&gt;</w:t>
        <w:br/>
        <w:t>І хвилювався сход, і глухо гомонів;&lt;br /&gt;</w:t>
        <w:br/>
        <w:t>Зідхали, думали, пригадували Бога...&lt;br /&gt;</w:t>
        <w:br/>
        <w:t>Чи снилося таке кому ві сні:&lt;br /&gt;</w:t>
        <w:br/>
        <w:t>Вони накликали на себе кару й гнів —&lt;br /&gt;</w:t>
        <w:br/>
        <w:t>Вони на луках&lt;br /&gt;</w:t>
        <w:br/>
        <w:t>Вбили ланового!</w:t>
      </w:r>
    </w:p>
    <w:p>
      <w:r>
        <w:br/>
        <w:t>Кипів Данило: "Чом же мовчите?!..&lt;br /&gt;</w:t>
        <w:br/>
        <w:t>Усіх побить! Усе на пил зітерти!&lt;br /&gt;</w:t>
        <w:br/>
        <w:t>Ік чорту це криваве і "святе" —&lt;br /&gt;</w:t>
        <w:br/>
        <w:t>Оце чудовисько... Чого ж ви мовчите?&lt;br /&gt;</w:t>
        <w:br/>
        <w:t>Злякались смерті?!</w:t>
      </w:r>
    </w:p>
    <w:p>
      <w:r>
        <w:br/>
        <w:t>Панове злидні,—&lt;br /&gt;</w:t>
        <w:br/>
        <w:t>Правди аніде!&lt;br /&gt;</w:t>
        <w:br/>
        <w:t>Не дошукатись правди гречкосіям.&lt;br /&gt;</w:t>
        <w:br/>
        <w:t>Так ліпше ж нехай кара загуде —&lt;br /&gt;</w:t>
        <w:br/>
        <w:t>Мужицька кара!.. Ми їх доведем&lt;br /&gt;</w:t>
        <w:br/>
        <w:t>Або помрем і спочивок знайдем,&lt;br /&gt;</w:t>
        <w:br/>
        <w:t>Або — розтрощим&lt;br /&gt;</w:t>
        <w:br/>
        <w:t>І, як дим, розвієм...&lt;br /&gt;</w:t>
        <w:br/>
        <w:t>Що губим ми?!"&lt;br /&gt;</w:t>
        <w:br/>
        <w:t>Хрестилися тітки&lt;br /&gt;</w:t>
        <w:br/>
        <w:t>І плакали невтішними сльозами,&lt;br /&gt;</w:t>
        <w:br/>
        <w:t>А на гарбі стояв юнак палкий&lt;br /&gt;</w:t>
        <w:br/>
        <w:t>І у мужицькі голови кріпкі,&lt;br /&gt;</w:t>
        <w:br/>
        <w:t>Немов камінням,&lt;br /&gt;</w:t>
        <w:br/>
        <w:t>Бив&lt;br /&gt;</w:t>
        <w:br/>
        <w:t>Словами:</w:t>
      </w:r>
    </w:p>
    <w:p>
      <w:r>
        <w:br/>
        <w:t>"...Громадо чесна! Каяття нема!&lt;br /&gt;</w:t>
        <w:br/>
        <w:t>І завтра прийде кара неминуча...&lt;br /&gt;</w:t>
        <w:br/>
        <w:t>Невже ж та нам сокири не втримать,&lt;br /&gt;</w:t>
        <w:br/>
        <w:t>Щоби не датись голови здіймать&lt;br /&gt;</w:t>
        <w:br/>
        <w:t>За трутнів&lt;br /&gt;</w:t>
        <w:br/>
        <w:t>Неробучих?!"</w:t>
      </w:r>
    </w:p>
    <w:p>
      <w:r>
        <w:br/>
        <w:t>У тишині з плачем гудуть жуки,&lt;br /&gt;</w:t>
        <w:br/>
        <w:t>А десь встає примара з канчуками: ...&lt;br /&gt;</w:t>
        <w:br/>
        <w:t>Московське військо... треуголки і штики...&lt;br /&gt;</w:t>
        <w:br/>
        <w:t>Стискають граблища корявими руками.&lt;br /&gt;</w:t>
        <w:br/>
        <w:t>Анітелень.</w:t>
      </w:r>
    </w:p>
    <w:p>
      <w:r>
        <w:br/>
        <w:t>Аж ось хтось обізвавсь:&lt;br /&gt;</w:t>
        <w:br/>
        <w:t>"Еге... Але... ти знаєш що, Даниле,—&lt;br /&gt;</w:t>
        <w:br/>
        <w:t>То правда все — оці твої слова,&lt;br /&gt;</w:t>
        <w:br/>
        <w:t>Але ж... своя дорожча голова,&lt;br /&gt;</w:t>
        <w:br/>
        <w:t>Хоч тяжко нам, а все ж... життя нам миле..."&lt;br /&gt;</w:t>
        <w:br/>
        <w:t>"А так, авжеж,— озвалися другі,—&lt;br /&gt;</w:t>
        <w:br/>
        <w:t>Умерти зовсім — штука, знаєш, теє...&lt;br /&gt;</w:t>
        <w:br/>
        <w:t>Одпорять нас — так що ж,— ці упруги&lt;br /&gt;</w:t>
        <w:br/>
        <w:t>Позаростають, та і все, ги-ги,&lt;br /&gt;</w:t>
        <w:br/>
        <w:t>Пороли нас не так і що ж — не теє..." —</w:t>
      </w:r>
    </w:p>
    <w:p>
      <w:r>
        <w:br/>
        <w:t>Поблід Данило. Зблід і захолов.&lt;br /&gt;</w:t>
        <w:br/>
        <w:t>"...Не теє... Теє..." — гомонить громада.&lt;br /&gt;</w:t>
        <w:br/>
        <w:t>У серці кригою взялась гаряча кров:&lt;br /&gt;</w:t>
        <w:br/>
        <w:t>Боров він рабськість цю, боров — не поборов&lt;br /&gt;</w:t>
        <w:br/>
        <w:t>І слів не має,&lt;br /&gt;</w:t>
        <w:br/>
        <w:t>і чорт-має ради.</w:t>
      </w:r>
    </w:p>
    <w:p>
      <w:r>
        <w:br/>
        <w:t>А зборище шумить: "Не треба, геть!&lt;br /&gt;</w:t>
        <w:br/>
        <w:t>Тобі то що, а в нас і жінка, й діти...&lt;br /&gt;</w:t>
        <w:br/>
        <w:t>Хто хоче вмерти — той нехай помре,&lt;br /&gt;</w:t>
        <w:br/>
        <w:t>А ми не хочем — нам би дихать... жити..."</w:t>
      </w:r>
    </w:p>
    <w:p>
      <w:r>
        <w:br/>
        <w:t>То кида хтось один свої думки,&lt;br /&gt;</w:t>
        <w:br/>
        <w:t>То хтось один за всіх надривно виє,&lt;br /&gt;</w:t>
        <w:br/>
        <w:t>А решта — ані слова, ні за ким.&lt;br /&gt;</w:t>
        <w:br/>
        <w:t>Вислухують понуро мужики&lt;br /&gt;</w:t>
        <w:br/>
        <w:t>І хилять важко мозолясту шию...</w:t>
      </w:r>
    </w:p>
    <w:p>
      <w:r>
        <w:br/>
        <w:t>Неначе ніж у серце крижане,&lt;br /&gt;</w:t>
        <w:br/>
        <w:t>Неначе пазурі роздерли шерхлу рану:&lt;br /&gt;</w:t>
        <w:br/>
        <w:t>Усі мовчать, а хтось один клене...</w:t>
      </w:r>
    </w:p>
    <w:p>
      <w:r>
        <w:br/>
        <w:t>І тільки дружньо, мов у яструба, вогнем&lt;br /&gt;</w:t>
        <w:br/>
        <w:t>Блиснули очі&lt;br /&gt;</w:t>
        <w:br/>
        <w:t>Дівчини Мар'яни.</w:t>
      </w:r>
    </w:p>
    <w:p>
      <w:r>
        <w:br/>
        <w:t>Блідий Данило миттю спалахнув:&lt;br /&gt;</w:t>
        <w:br/>
        <w:t>"Раби!&lt;br /&gt;</w:t>
        <w:br/>
        <w:t>Посміттюхи!&lt;br /&gt;</w:t>
        <w:br/>
        <w:t>Покірна чернь безсила!..&lt;br /&gt;</w:t>
        <w:br/>
        <w:t>Тягніть ярмо!.. Я — годі, дотягнув.&lt;br /&gt;</w:t>
        <w:br/>
        <w:t>Я сам піду!" —&lt;br /&gt;</w:t>
        <w:br/>
        <w:t>У гніві розмахнув&lt;br /&gt;</w:t>
        <w:br/>
        <w:t>І на скіпки&lt;br /&gt;</w:t>
        <w:br/>
        <w:t>об віз розщепив вила...</w:t>
      </w:r>
    </w:p>
    <w:p>
      <w:r>
        <w:br/>
        <w:t>Голос:&lt;br /&gt;</w:t>
        <w:br/>
        <w:t>"...Стій, Даниле! Стій!..&lt;br /&gt;</w:t>
        <w:br/>
        <w:t>В тобі святий вогонь горить, юначе.&lt;br /&gt;</w:t>
        <w:br/>
        <w:t>Хай я й старий, та ще в руці моїй&lt;br /&gt;</w:t>
        <w:br/>
        <w:t>Втримається, хоча не меч, так кий —&lt;br /&gt;</w:t>
        <w:br/>
        <w:t>Ходім!</w:t>
      </w:r>
    </w:p>
    <w:p>
      <w:r>
        <w:br/>
        <w:t>Нехай ця челядь плаче...&lt;br /&gt;</w:t>
        <w:br/>
        <w:t>Ходімо, сину!.. Хай ми і помрем,&lt;br /&gt;</w:t>
        <w:br/>
        <w:t>Але неславу терпіти доволі,&lt;br /&gt;</w:t>
        <w:br/>
        <w:t>Доволі! Мертвих сором не бере,&lt;br /&gt;</w:t>
        <w:br/>
        <w:t>І не видать, як плачеться старе&lt;br /&gt;</w:t>
        <w:br/>
        <w:t>І як мале конає босе й голе,—&lt;br /&gt;</w:t>
        <w:br/>
        <w:t>Ходім!..&lt;br /&gt;</w:t>
        <w:br/>
        <w:t>Людей?..&lt;br /&gt;</w:t>
        <w:br/>
        <w:t>Хто смілий, той піде,&lt;br /&gt;</w:t>
        <w:br/>
        <w:t>Іще жиє десь довбиш наш чудовий,—&lt;br /&gt;</w:t>
        <w:br/>
        <w:t>Ударимо на збір...&lt;br /&gt;</w:t>
        <w:br/>
        <w:t>Ми найдем і таган ,&lt;br /&gt;</w:t>
        <w:br/>
        <w:t>І зброю знайдемо, закопану в людей,&lt;br /&gt;</w:t>
        <w:br/>
        <w:t>Ножі наточимо і пополощимо в крові, —&lt;br /&gt;</w:t>
        <w:br/>
        <w:t>Ходім!.."&lt;br /&gt;</w:t>
        <w:br/>
        <w:t>Стояли і вагались кріпаки;&lt;br /&gt;</w:t>
        <w:br/>
        <w:t>Усі до одного постали на майдані&lt;br /&gt;</w:t>
        <w:br/>
        <w:t>І заніміли в розпачі тяжкім.&lt;br /&gt;</w:t>
        <w:br/>
        <w:t>Вагаючись, чекали на штики.&lt;br /&gt;</w:t>
        <w:br/>
        <w:t>Вагались — аж до слів останніх:&lt;br /&gt;</w:t>
        <w:br/>
        <w:t>"Ходімо, сину"...—&lt;br /&gt;</w:t>
        <w:br/>
        <w:t>Й челядь загула,&lt;br /&gt;</w:t>
        <w:br/>
        <w:t>Та й обкипіло в інших серце кров'ю!&lt;br /&gt;</w:t>
        <w:br/>
        <w:t>Не втерпіли... Немов орда мала,&lt;br /&gt;</w:t>
        <w:br/>
        <w:t>Знялися з галасом і подались з села,—&lt;br /&gt;</w:t>
        <w:br/>
        <w:t>Туди, де тліють&lt;br /&gt;</w:t>
        <w:br/>
        <w:t>башти під горою.</w:t>
      </w:r>
    </w:p>
    <w:p>
      <w:r>
        <w:br/>
        <w:t>Не втерпіли — проснувся дух дідів,—&lt;br /&gt;</w:t>
        <w:br/>
        <w:t>Терпець урвався, й злість заговорила...</w:t>
      </w:r>
    </w:p>
    <w:p>
      <w:r>
        <w:br/>
        <w:t>Крикливий шлях пилюкою кадить...&lt;br /&gt;</w:t>
        <w:br/>
        <w:t>Мигають граблища і бороди руді...&lt;br /&gt;</w:t>
        <w:br/>
        <w:t>Веде перед&lt;br /&gt;</w:t>
        <w:br/>
        <w:t>стрункий юнак Данило.</w:t>
      </w:r>
    </w:p>
    <w:p>
      <w:r>
        <w:br/>
        <w:t>XII</w:t>
      </w:r>
    </w:p>
    <w:p>
      <w:r>
        <w:br/>
        <w:t>А на горі в той час&lt;br /&gt;</w:t>
        <w:br/>
        <w:t>В ігумена отці&lt;br /&gt;</w:t>
        <w:br/>
        <w:t>Ділили їхні душі між собою.&lt;br /&gt;</w:t>
        <w:br/>
        <w:t>Келейний пише, ризничий в руці&lt;br /&gt;</w:t>
        <w:br/>
        <w:t>Трима пергамени, реєстри, папірці,&lt;br /&gt;</w:t>
        <w:br/>
        <w:t>Мусолить пальці сизою губою:</w:t>
      </w:r>
    </w:p>
    <w:p>
      <w:r>
        <w:br/>
        <w:t>"П'ять тисяч черні; двісті клобуків,&lt;br /&gt;</w:t>
        <w:br/>
        <w:t>На кожен з них по два десятки сірих...&lt;br /&gt;</w:t>
        <w:br/>
        <w:t>Ми витягнем всі жили з мужиків,&lt;br /&gt;</w:t>
        <w:br/>
        <w:t>А врешті доб'ємось-таки,&lt;br /&gt;</w:t>
        <w:br/>
        <w:t>Що слава наша заблищить над миром.</w:t>
      </w:r>
    </w:p>
    <w:p>
      <w:r>
        <w:br/>
        <w:t>Обитель виросте багата і міцна —&lt;br /&gt;</w:t>
        <w:br/>
        <w:t>Засяють храми горді і величні —&lt;br /&gt;</w:t>
        <w:br/>
        <w:t>І буде на ввесь край така одна.&lt;br /&gt;</w:t>
        <w:br/>
        <w:t>Усіх затьмарить славою вона&lt;br /&gt;</w:t>
        <w:br/>
        <w:t>І прогримить&lt;br /&gt;</w:t>
        <w:br/>
        <w:t>На віки вічні...&lt;br /&gt;</w:t>
        <w:br/>
        <w:t>Ми чудеса сотворимо отут,—&lt;br /&gt;</w:t>
        <w:br/>
        <w:t>І будуть мощі і отці святії.&lt;br /&gt;</w:t>
        <w:br/>
        <w:t>Прийдуть паломники ко нашому хресту&lt;br /&gt;</w:t>
        <w:br/>
        <w:t>І прогримить, сподоблене Христу,&lt;br /&gt;</w:t>
        <w:br/>
        <w:t>Навік-віків&lt;br /&gt;</w:t>
        <w:br/>
        <w:t>Ім'я І є р є м і ї!"</w:t>
      </w:r>
    </w:p>
    <w:p>
      <w:r>
        <w:br/>
        <w:t>Ігумен важко голову підпер.</w:t>
      </w:r>
    </w:p>
    <w:p>
      <w:r>
        <w:br/>
        <w:t>Ігумен:&lt;br /&gt;</w:t>
        <w:br/>
        <w:t>"Ми мусимо зробити так віднині:&lt;br /&gt;</w:t>
        <w:br/>
        <w:t>Прийшов для нас слушний момент тепер,&lt;br /&gt;</w:t>
        <w:br/>
        <w:t>Так от, брати, щоб задум наш не вмер,&lt;br /&gt;</w:t>
        <w:br/>
        <w:t>Ми мусимо поширить володіння:&lt;br /&gt;</w:t>
        <w:br/>
        <w:t>Од Котельви і аж до Грунь-Ташань,&lt;br /&gt;</w:t>
        <w:br/>
        <w:t>І од Куземина по селище Журавне...&lt;br /&gt;</w:t>
        <w:br/>
        <w:t>У цьому нам ніхто не поміша,&lt;br /&gt;</w:t>
        <w:br/>
        <w:t>Замажем, не пошкодуєм гроша&lt;br /&gt;</w:t>
        <w:br/>
        <w:t>І, з ласки Божої, все буде чинно й справно".</w:t>
      </w:r>
    </w:p>
    <w:p>
      <w:r>
        <w:br/>
        <w:t>Лутище, Буднє й Гонтівські ліси&lt;br /&gt;</w:t>
        <w:br/>
        <w:t>Лягли в хижацькі плани на папері,&lt;br /&gt;</w:t>
        <w:br/>
        <w:t>І тишаться таємно голоси.&lt;br /&gt;</w:t>
        <w:br/>
        <w:t>Ах, як кортить їм ще шматок вкусить.&lt;br /&gt;</w:t>
        <w:br/>
        <w:t>Гадають... Лічать... Чухають носи...&lt;br /&gt;</w:t>
        <w:br/>
        <w:t>Аж раптом!..&lt;br /&gt;</w:t>
        <w:br/>
        <w:t>Відчинились двері:</w:t>
      </w:r>
    </w:p>
    <w:p>
      <w:r>
        <w:br/>
        <w:t>"Благослови, Владико!!! —&lt;br /&gt;</w:t>
        <w:br/>
        <w:t>І ключар&lt;br /&gt;</w:t>
        <w:br/>
        <w:t>Влетів засапаний, не ждав благословення,&lt;br /&gt;</w:t>
        <w:br/>
        <w:t>Як до хреста, до власного ключа&lt;br /&gt;</w:t>
        <w:br/>
        <w:t>Приник, наляканий, і з жахом закричав:&lt;br /&gt;</w:t>
        <w:br/>
        <w:t>— Убили Сергія!!!" —&lt;br /&gt;</w:t>
        <w:br/>
        <w:t>І впав, простягти жмені.</w:t>
      </w:r>
    </w:p>
    <w:p>
      <w:r>
        <w:br/>
        <w:t>Злякалась братія...&lt;br /&gt;</w:t>
        <w:br/>
        <w:t>Ігумен відсахнувсь:&lt;br /&gt;</w:t>
        <w:br/>
        <w:t>"Кажи, раб Божий… толком, в чому справа.&lt;br /&gt;</w:t>
        <w:br/>
        <w:t>Що? Де? Коли?!"&lt;br /&gt;</w:t>
        <w:br/>
        <w:t>Ключар:&lt;br /&gt;</w:t>
        <w:br/>
        <w:t>"О, дай передихну,&lt;br /&gt;</w:t>
        <w:br/>
        <w:t>Убила розлютована орава...&lt;br /&gt;</w:t>
        <w:br/>
        <w:t>Я сам цього, далебі, й не збагну:&lt;br /&gt;</w:t>
        <w:br/>
        <w:t>Убили в луках... за удар бичем...&lt;br /&gt;</w:t>
        <w:br/>
        <w:t>З землею розмішали ланового!&lt;br /&gt;</w:t>
        <w:br/>
        <w:t>Лупили всі... Одірвано плече,&lt;br /&gt;</w:t>
        <w:br/>
        <w:t>Побито ребра...— так ключар рече,&lt;br /&gt;</w:t>
        <w:br/>
        <w:t>А сам все хреститься до образа старого: —&lt;br /&gt;</w:t>
        <w:br/>
        <w:t>Ой!..&lt;br /&gt;</w:t>
        <w:br/>
        <w:t>Упокой, Господи, душу раба твого —&lt;br /&gt;</w:t>
        <w:br/>
        <w:t>Інока чесного —&lt;br /&gt;</w:t>
        <w:br/>
        <w:t>Сергія новопреставленого..."</w:t>
      </w:r>
    </w:p>
    <w:p>
      <w:r>
        <w:br/>
        <w:t>Настала тиша —&lt;br /&gt;</w:t>
        <w:br/>
        <w:t>Тиша, як в норі,&lt;br /&gt;</w:t>
        <w:br/>
        <w:t>І чути, як тривожно б'ються дзиґарі...</w:t>
      </w:r>
    </w:p>
    <w:p>
      <w:r>
        <w:br/>
        <w:t>"Це — знаменіє бід страшних",—&lt;br /&gt;</w:t>
        <w:br/>
        <w:t>прошепотів владика...&lt;br /&gt;</w:t>
        <w:br/>
        <w:t>Як раптом в полум'ї вечірньої зорі .&lt;br /&gt;</w:t>
        <w:br/>
        <w:t>Ударили на сполох дзвонарі&lt;br /&gt;</w:t>
        <w:br/>
        <w:t>І пролунали катакомби криком:</w:t>
      </w:r>
    </w:p>
    <w:p>
      <w:r>
        <w:br/>
        <w:t>"На мур!!!" (з всієї людської снаги) —&lt;br /&gt;</w:t>
        <w:br/>
        <w:t>"На мур!., на мур!.."&lt;br /&gt;</w:t>
        <w:br/>
        <w:t>(десь покотилось к храму).</w:t>
      </w:r>
    </w:p>
    <w:p>
      <w:r>
        <w:br/>
        <w:t>Біжать одні, і моляться другі.&lt;br /&gt;</w:t>
        <w:br/>
        <w:t>Тривожно забряжчали ланцюги,&lt;br /&gt;</w:t>
        <w:br/>
        <w:t>Привратник рвучко зачиняє браму.</w:t>
      </w:r>
    </w:p>
    <w:p>
      <w:r>
        <w:br/>
        <w:t>І зачинив,&lt;br /&gt;</w:t>
        <w:br/>
        <w:t>В останню хвилю встиг...&lt;br /&gt;</w:t>
        <w:br/>
        <w:t>Ярмис, як в дні Содоми і Гоморри.&lt;br /&gt;</w:t>
        <w:br/>
        <w:t>Упало лихо, ніби влітку сніг.&lt;br /&gt;</w:t>
        <w:br/>
        <w:t>"Ігумена! Ігумена сюди!"&lt;br /&gt;</w:t>
        <w:br/>
        <w:t>"Ігумена!!! Мерщій... мерщій..."&lt;br /&gt;</w:t>
        <w:br/>
        <w:t>О, горе!..&lt;br /&gt;</w:t>
        <w:br/>
        <w:t>Біжить ігумен...&lt;br /&gt;</w:t>
        <w:br/>
        <w:t>Дзвін гуде, гуде:&lt;br /&gt;</w:t>
        <w:br/>
        <w:t>Зреклись раби одвічної покори...&lt;br /&gt;</w:t>
        <w:br/>
        <w:t>Ввесь притч церковний з охрестами йде.</w:t>
      </w:r>
    </w:p>
    <w:p>
      <w:r>
        <w:br/>
        <w:t>На тлі кривавому, на мурах метушня людей —&lt;br /&gt;</w:t>
        <w:br/>
        <w:t>Під брамою вирує сіре море:</w:t>
      </w:r>
    </w:p>
    <w:p>
      <w:r>
        <w:br/>
        <w:t>"Доволі!!!&lt;br /&gt;</w:t>
        <w:br/>
        <w:t>Відкривай!.. Ломи!.. Та би-ий!..&lt;br /&gt;</w:t>
        <w:br/>
        <w:t>Лама-а-а-й!!!" — кипить, вирує дико буря,&lt;br /&gt;</w:t>
        <w:br/>
        <w:t>Наскакує і піниться прибій...&lt;br /&gt;</w:t>
        <w:br/>
        <w:t>І змовк зловісно Вавилон старий,—&lt;br /&gt;</w:t>
        <w:br/>
        <w:t>На тлі багряному тріпоче хрест блідий,&lt;br /&gt;</w:t>
        <w:br/>
        <w:t>Холонуть вежі чорні і понурі...</w:t>
      </w:r>
    </w:p>
    <w:p>
      <w:r>
        <w:br/>
        <w:t>Ігумен вийшов.&lt;br /&gt;</w:t>
        <w:br/>
        <w:t>Став на край стіни,&lt;br /&gt;</w:t>
        <w:br/>
        <w:t>І жезл підняв, і сотворив молитву:&lt;br /&gt;</w:t>
        <w:br/>
        <w:t>"Молітесь, братіє!"&lt;br /&gt;</w:t>
        <w:br/>
        <w:t>Молилися вони...&lt;br /&gt;</w:t>
        <w:br/>
        <w:t>І глухо рокотом заколихався низ,&lt;br /&gt;</w:t>
        <w:br/>
        <w:t>І блідли лиця, кривавицею вмиті.</w:t>
      </w:r>
    </w:p>
    <w:p>
      <w:r>
        <w:br/>
        <w:t>"Молітесь, братіє!" — Ченці упали ниць,&lt;br /&gt;</w:t>
        <w:br/>
        <w:t>По мурах покотився гомін разом.&lt;br /&gt;</w:t>
        <w:br/>
        <w:t>Просили кари: камнів, блискавиць,&lt;br /&gt;</w:t>
        <w:br/>
        <w:t>Простягти руки,— хай же мур темниць&lt;br /&gt;</w:t>
        <w:br/>
        <w:t>Скара богоодступників,&lt;br /&gt;</w:t>
        <w:br/>
        <w:t>Нехай поб'є проказа...</w:t>
      </w:r>
    </w:p>
    <w:p>
      <w:r>
        <w:br/>
        <w:t>І падали, як оливо, слова:&lt;br /&gt;</w:t>
        <w:br/>
        <w:t>Розпечені — вони побили градом&lt;br /&gt;</w:t>
        <w:br/>
        <w:t>Вогонь і шум... І розпачу сова&lt;br /&gt;</w:t>
        <w:br/>
        <w:t>Провила там, де був дев'ятий вал,&lt;br /&gt;</w:t>
        <w:br/>
        <w:t>Де грізно коливалася громада:&lt;br /&gt;</w:t>
        <w:br/>
        <w:t>"О, дурні — дурні ми!..&lt;br /&gt;</w:t>
        <w:br/>
        <w:t>Куди ми йшли?!.."&lt;br /&gt;</w:t>
        <w:br/>
        <w:t>Беззбройні сіряки уперлись лобом в стіну.&lt;br /&gt;</w:t>
        <w:br/>
        <w:t>Перед хрестом схилилися граблі,&lt;br /&gt;</w:t>
        <w:br/>
        <w:t>А вила наїдалися землі,&lt;br /&gt;</w:t>
        <w:br/>
        <w:t>І хтось у розпачі під браму серце кинув...</w:t>
      </w:r>
    </w:p>
    <w:p>
      <w:r>
        <w:br/>
        <w:t>Залізом кована, стоїть німа вона&lt;br /&gt;</w:t>
        <w:br/>
        <w:t>І грізно блискає мідяними цвяхами...&lt;br /&gt;</w:t>
        <w:br/>
        <w:t>Ігумен руки звів, як крила кажана,&lt;br /&gt;</w:t>
        <w:br/>
        <w:t>Блиснув очима, й окрик пролунав:&lt;br /&gt;</w:t>
        <w:br/>
        <w:t>"Прокляття вічне буде хай над вами!!!"&lt;br /&gt;</w:t>
        <w:br/>
        <w:t>...Заплакав хтось жіночими слізьми...&lt;br /&gt;</w:t>
        <w:br/>
        <w:t>Ігумен:&lt;br /&gt;</w:t>
        <w:br/>
        <w:t>"Що треба вам?!&lt;br /&gt;</w:t>
        <w:br/>
        <w:t>Чого прийшли, невірні?&lt;br /&gt;</w:t>
        <w:br/>
        <w:t>Що ви забули тут, за мурами цими!?"</w:t>
      </w:r>
    </w:p>
    <w:p>
      <w:r>
        <w:br/>
        <w:t>Забився окрик і завмер в пісках німих,—&lt;br /&gt;</w:t>
        <w:br/>
        <w:t>Було так тихо, ніби в домовині. Замовк.&lt;br /&gt;</w:t>
        <w:br/>
        <w:t>Махнув безжалісно перстом&lt;br /&gt;</w:t>
        <w:br/>
        <w:t>І тишу розірвав руками,—</w:t>
      </w:r>
    </w:p>
    <w:p>
      <w:r>
        <w:br/>
        <w:t>І брязнув глухо жезл об камінь —&lt;br /&gt;</w:t>
        <w:br/>
        <w:t>З двома гадюками та кованих хрестом.</w:t>
      </w:r>
    </w:p>
    <w:p>
      <w:r>
        <w:br/>
        <w:t>"Ой, не клени!.." — і хтось там заридав.&lt;br /&gt;</w:t>
        <w:br/>
        <w:t>Загомоніли:&lt;br /&gt;</w:t>
        <w:br/>
        <w:t>"Волі... волі... Ні! нам дихать, жити...&lt;br /&gt;</w:t>
        <w:br/>
        <w:t>Хай світ не хмариться, нехай не пухнуть діти.&lt;br /&gt;</w:t>
        <w:br/>
        <w:t>Дихнуть... Дихнути дай, ти дай... ти дай..."&lt;br /&gt;</w:t>
        <w:br/>
        <w:t>Упали ниць.</w:t>
      </w:r>
    </w:p>
    <w:p>
      <w:r>
        <w:br/>
        <w:t>Ігумен:&lt;br /&gt;</w:t>
        <w:br/>
        <w:t>"...Оце й всього? Вам дихать?"&lt;br /&gt;</w:t>
        <w:br/>
        <w:t>А унизу повзло: "Ти дай!., ти дай!.."&lt;br /&gt;</w:t>
        <w:br/>
        <w:t>Ігумен випростався,— стало тихо-тихо,—&lt;br /&gt;</w:t>
        <w:br/>
        <w:t>Зневажливо скрививсь зловісним сміхом&lt;br /&gt;</w:t>
        <w:br/>
        <w:t>І ризничому кивнув: ..&lt;br /&gt;</w:t>
        <w:br/>
        <w:t>"Прочитай!" —&lt;br /&gt;</w:t>
        <w:br/>
        <w:t>І повернувсь...&lt;br /&gt;</w:t>
        <w:br/>
        <w:t>Пан ризничий читав.</w:t>
      </w:r>
    </w:p>
    <w:p>
      <w:r>
        <w:br/>
        <w:t>Камінням падав голос з кованої брами.&lt;br /&gt;</w:t>
        <w:br/>
        <w:t>І скирилася церква золота.&lt;br /&gt;</w:t>
        <w:br/>
        <w:t>Мовчав нарід... Стогнав... Молив Христа...&lt;br /&gt;</w:t>
        <w:br/>
        <w:t>І тільки десь&lt;br /&gt;</w:t>
        <w:br/>
        <w:t>Хтось скреготав зубами.&lt;br /&gt;</w:t>
        <w:br/>
        <w:t>Данило зник... Читав чернець старий&lt;br /&gt;</w:t>
        <w:br/>
        <w:t>Наказ, написаний в ігумена сьогодні.&lt;br /&gt;</w:t>
        <w:br/>
        <w:t>Заслухались замовклі дзвонарі,&lt;br /&gt;</w:t>
        <w:br/>
        <w:t>І повзали, як воші в очкурі,&lt;br /&gt;</w:t>
        <w:br/>
        <w:t>Над мурами ченці богоугодні...</w:t>
      </w:r>
    </w:p>
    <w:p>
      <w:r>
        <w:br/>
        <w:t>А завтра ще,&lt;br /&gt;</w:t>
        <w:br/>
        <w:t>Заким* зійде зоря,</w:t>
      </w:r>
    </w:p>
    <w:p>
      <w:r>
        <w:br/>
        <w:t>Настигне кара!..—&lt;br /&gt;</w:t>
        <w:br/>
        <w:t>Так додав понурий&lt;br /&gt;</w:t>
        <w:br/>
        <w:t>Отець Ієремія. Зник. Горять&lt;br /&gt;</w:t>
        <w:br/>
        <w:t>На баштах смолоскипи... В довгий ряд&lt;br /&gt;</w:t>
        <w:br/>
        <w:t>Постали іноки, пішли... Пан Бог нахмуривсь,&lt;br /&gt;</w:t>
        <w:br/>
        <w:t>І стали вартові на мурі.</w:t>
      </w:r>
    </w:p>
    <w:p>
      <w:r>
        <w:br/>
        <w:t>А завтра кара...&lt;br /&gt;</w:t>
        <w:br/>
        <w:t>Що то буде їм?!&lt;br /&gt;</w:t>
        <w:br/>
        <w:t>Забилась тінь на шибеницях лісу.&lt;br /&gt;</w:t>
        <w:br/>
        <w:t>В розпуці руки ломить ніч свої:&lt;br /&gt;</w:t>
        <w:br/>
        <w:t>"Усіх-усіх та й візьмуть в нагаї,&lt;br /&gt;</w:t>
        <w:br/>
        <w:t>І кожного десятого&lt;br /&gt;</w:t>
        <w:br/>
        <w:t>Повісять..."</w:t>
      </w:r>
    </w:p>
    <w:p>
      <w:r>
        <w:br/>
        <w:t>XIII</w:t>
      </w:r>
    </w:p>
    <w:p>
      <w:r>
        <w:br/>
        <w:t>Данило зник. Утік Гармаш старий.&lt;br /&gt;</w:t>
        <w:br/>
        <w:t>"Ми прийдемо! О, ми вас доконаєм!..&lt;br /&gt;</w:t>
        <w:br/>
        <w:t>Даремне там всі привідців зовуть,—&lt;br /&gt;</w:t>
        <w:br/>
        <w:t>Чужі шукають, а свої кленуть,—&lt;br /&gt;</w:t>
        <w:br/>
        <w:t>Ми ще прийдем,&lt;br /&gt;</w:t>
        <w:br/>
        <w:t>Прийдем...&lt;br /&gt;</w:t>
        <w:br/>
        <w:t>Прийдем..."&lt;br /&gt;</w:t>
        <w:br/>
        <w:t>Конає&lt;br /&gt;</w:t>
        <w:br/>
        <w:t>Розбитий вечір. Пугачі ридають.&lt;br /&gt;</w:t>
        <w:br/>
        <w:t>Спустилась ніч...</w:t>
      </w:r>
    </w:p>
    <w:p>
      <w:r>
        <w:br/>
        <w:t>XIV</w:t>
      </w:r>
    </w:p>
    <w:p>
      <w:r>
        <w:br/>
        <w:t>Та гей давно стоїть мара оця,&lt;br /&gt;</w:t>
        <w:br/>
        <w:t>Стоїть на варті меж імперії чужої—&lt;br /&gt;</w:t>
        <w:br/>
        <w:t>Ще з тих часів, коли в оцих місцях&lt;br /&gt;</w:t>
        <w:br/>
        <w:t>Ходила воля десь з мечем на манівцях&lt;br /&gt;</w:t>
        <w:br/>
        <w:t>Й топтала межі ті азійською ногою&lt;br /&gt;</w:t>
        <w:br/>
        <w:t>Заснована "у Бозі і в Христі",&lt;br /&gt;</w:t>
        <w:br/>
        <w:t>Турботами сім'ї російських духоборців,—&lt;br /&gt;</w:t>
        <w:br/>
        <w:t>Була скитом... Фортецею була...&lt;br /&gt;</w:t>
        <w:br/>
        <w:t>А потім місії нової зажила&lt;br /&gt;</w:t>
        <w:br/>
        <w:t>В своїй імперії на Азіатськім боці .</w:t>
      </w:r>
    </w:p>
    <w:p>
      <w:r>
        <w:br/>
        <w:t>Бійниці давні скиряться на схід,&lt;br /&gt;</w:t>
        <w:br/>
        <w:t>Вартують південь, дивляться на захід:&lt;br /&gt;</w:t>
        <w:br/>
        <w:t>Пильнує пес приборканий нарід,&lt;br /&gt;</w:t>
        <w:br/>
        <w:t>Щоб не скінчив нескінчений похід,—&lt;br /&gt;</w:t>
        <w:br/>
        <w:t>Щоб не повів царя на плаху.</w:t>
      </w:r>
    </w:p>
    <w:p>
      <w:r>
        <w:br/>
        <w:t>І не одну заслугу має він;&lt;br /&gt;</w:t>
        <w:br/>
        <w:t>Зосібна у Петра — славетного капрала,&lt;br /&gt;</w:t>
        <w:br/>
        <w:t>Що рештки вольностей навік в пісок заралив,&lt;br /&gt;</w:t>
        <w:br/>
        <w:t>Змішав із попелом і потопив в крові.</w:t>
      </w:r>
    </w:p>
    <w:p>
      <w:r>
        <w:br/>
        <w:t>Ось так, коли Мазепа й Скандинав&lt;br /&gt;</w:t>
        <w:br/>
        <w:t>Програли гру в позорищі Полтави,&lt;br /&gt;</w:t>
        <w:br/>
        <w:t>(То був ганебний час, і не один прокляв&lt;br /&gt;</w:t>
        <w:br/>
        <w:t>Той час і день, і не за смерть всіх "слав",&lt;br /&gt;</w:t>
        <w:br/>
        <w:t>І не за крах останньої булави,&lt;br /&gt;</w:t>
        <w:br/>
        <w:t>А за ярмо...) Так ось у цій порі&lt;br /&gt;</w:t>
        <w:br/>
        <w:t>В манастирі — не в цьому, а в другому&lt;br /&gt;</w:t>
        <w:br/>
        <w:t>Втекли десь рештки недобитих главарів,&lt;br /&gt;</w:t>
        <w:br/>
        <w:t>Щоб знов піднять на голови царів&lt;br /&gt;</w:t>
        <w:br/>
        <w:t>Бунтарський меч. І склали в нетрях змову.</w:t>
      </w:r>
    </w:p>
    <w:p>
      <w:r>
        <w:br/>
        <w:t>І сталось би... їх сорок, як один,&lt;br /&gt;</w:t>
        <w:br/>
        <w:t>І сам ігумен з ними — сивий лицар давній...&lt;br /&gt;</w:t>
        <w:br/>
        <w:t>Піднять повстання. Збити блиск корон.&lt;br /&gt;</w:t>
        <w:br/>
        <w:t>Пекельним вибухом поколихнути трон.&lt;br /&gt;</w:t>
        <w:br/>
        <w:t>Зірвать ярмо оцій землі безславній...&lt;br /&gt;</w:t>
        <w:br/>
        <w:t>І... Скелька видала!&lt;br /&gt;</w:t>
        <w:br/>
        <w:t>Не Скелька — холуї,&lt;br /&gt;</w:t>
        <w:br/>
        <w:t>Облудні агенти династії тупої,&lt;br /&gt;</w:t>
        <w:br/>
        <w:t>Облудні й вірні. За діла свої&lt;br /&gt;</w:t>
        <w:br/>
        <w:t>Дістали ласки: і луги, й гаї&lt;br /&gt;</w:t>
        <w:br/>
        <w:t>Купили кров'ю цих відважних воїв.</w:t>
      </w:r>
    </w:p>
    <w:p>
      <w:r>
        <w:br/>
        <w:t>Це перший "подвиг". Ні, він не новий!&lt;br /&gt;</w:t>
        <w:br/>
        <w:t>То є традиція, що йшла у рід од роду&lt;br /&gt;</w:t>
        <w:br/>
        <w:t>У спадкоємців — вибранців синоду:&lt;br /&gt;</w:t>
        <w:br/>
        <w:t>Ділити шмаття разом з усіма.</w:t>
      </w:r>
    </w:p>
    <w:p>
      <w:r>
        <w:br/>
        <w:t>Ділили... Дерли... Пнулись на князів.&lt;br /&gt;</w:t>
        <w:br/>
        <w:t>І... стали ними. З ласки Катерини&lt;br /&gt;</w:t>
        <w:br/>
        <w:t>Дістали землі, грамоти й рабів :</w:t>
      </w:r>
    </w:p>
    <w:p>
      <w:r>
        <w:br/>
        <w:t>Усю околицю загарбали собі,&lt;br /&gt;</w:t>
        <w:br/>
        <w:t>Поклали під обцас , під маркою святині,&lt;br /&gt;</w:t>
        <w:br/>
        <w:t>Поля і луки.&lt;br /&gt;</w:t>
        <w:br/>
        <w:t>О, проклятий день!&lt;br /&gt;</w:t>
        <w:br/>
        <w:t>Там не один закляв і матінку, і Бога.&lt;br /&gt;</w:t>
        <w:br/>
        <w:t>І не питай, і не моли ні в кого —&lt;br /&gt;</w:t>
        <w:br/>
        <w:t>Зробили бидло, крам з живих людей.&lt;br /&gt;</w:t>
        <w:br/>
        <w:t>І торгували... і ніхто, як ці,&lt;br /&gt;</w:t>
        <w:br/>
        <w:t>Так не стримів останню риску вибить&lt;br /&gt;</w:t>
        <w:br/>
        <w:t>Отого "духу", "нації" тії,&lt;br /&gt;</w:t>
        <w:br/>
        <w:t>Як ці ретельні чорні холуї,&lt;br /&gt;</w:t>
        <w:br/>
        <w:t>Піклуючись і вдень, і ніччю за погибіль&lt;br /&gt;</w:t>
        <w:br/>
        <w:t>Й ознаки славних. Гей, проклятий час,&lt;br /&gt;</w:t>
        <w:br/>
        <w:t>І ти, царице — суко у короні,&lt;br /&gt;</w:t>
        <w:br/>
        <w:t>Паскудо славна! То ж малі кричать,&lt;br /&gt;</w:t>
        <w:br/>
        <w:t>Що вже не мають ні петлі, ані меча.</w:t>
      </w:r>
    </w:p>
    <w:p>
      <w:r>
        <w:br/>
        <w:t>Нехай кричать. Приборкали, впрягли...&lt;br /&gt;</w:t>
        <w:br/>
        <w:t>Дівчат з чужинцями женили за наказом,&lt;br /&gt;</w:t>
        <w:br/>
        <w:t>Хлоп'ят з чужинками. Щоб, бачиш, рід вели, —&lt;br /&gt;</w:t>
        <w:br/>
        <w:t>Шляхетний рід. Щоб вчилися малі&lt;br /&gt;</w:t>
        <w:br/>
        <w:t>Перед царями лізти плазом.</w:t>
      </w:r>
    </w:p>
    <w:p>
      <w:r>
        <w:br/>
        <w:t>А ті царі десь заселяли край&lt;br /&gt;</w:t>
        <w:br/>
        <w:t>Народом рідним. Хай, мов, "малороси"&lt;br /&gt;</w:t>
        <w:br/>
        <w:t>Та стануть росами. Політика стара:&lt;br /&gt;</w:t>
        <w:br/>
        <w:t>Десь виперти господаря з двора —&lt;br /&gt;</w:t>
        <w:br/>
        <w:t>Нехай у себе ж вдома просить...&lt;br /&gt;</w:t>
        <w:br/>
        <w:t>В ті "славні" дні старалися святі —&lt;br /&gt;</w:t>
        <w:br/>
        <w:t>Із шкури лізла Скелька-богомолка.&lt;br /&gt;</w:t>
        <w:br/>
        <w:t>Зелені бані стали золоті...&lt;br /&gt;</w:t>
        <w:br/>
        <w:t>Та гей і плакалось в міцному хомуті&lt;br /&gt;</w:t>
        <w:br/>
        <w:t>Лицарство славне&lt;br /&gt;</w:t>
        <w:br/>
        <w:t>Гадяцькому полку.&lt;br /&gt;</w:t>
        <w:br/>
        <w:t>Але й всього.&lt;br /&gt;</w:t>
        <w:br/>
        <w:t>Не плач, і не кричи,&lt;br /&gt;</w:t>
        <w:br/>
        <w:t>І не бунтуй, бо тут тобі й могила.&lt;br /&gt;</w:t>
        <w:br/>
        <w:t>Не крикнеш знову "пугу" уночі,&lt;br /&gt;</w:t>
        <w:br/>
        <w:t>Бо недарма стояли усачі —&lt;br /&gt;</w:t>
        <w:br/>
        <w:t>Драгуни царські: "волю" і свавілля&lt;br /&gt;</w:t>
        <w:br/>
        <w:t>Списом підперли на оцій землі ;&lt;br /&gt;</w:t>
        <w:br/>
        <w:t>То ж їх ігумени — тутешні королі&lt;br /&gt;</w:t>
        <w:br/>
        <w:t>До послуг мали завжди як шляхетну cилу.&lt;br /&gt;</w:t>
        <w:br/>
        <w:t>Натикала їх щедро по містах&lt;br /&gt;</w:t>
        <w:br/>
        <w:t>Рука дбайлива, щоб таки хреста&lt;br /&gt;</w:t>
        <w:br/>
        <w:t>Поставити над волею і довершить могилу.</w:t>
      </w:r>
    </w:p>
    <w:p>
      <w:r>
        <w:br/>
        <w:t>Родились діти. Мерли їх батьки,&lt;br /&gt;</w:t>
        <w:br/>
        <w:t>Плодилися раби голодні і обдерті;&lt;br /&gt;</w:t>
        <w:br/>
        <w:t>Орали землю й їли канчуки,&lt;br /&gt;</w:t>
        <w:br/>
        <w:t>І вже не знали, хто вони такі,&lt;br /&gt;</w:t>
        <w:br/>
        <w:t>Немов спасіння, ждали смерти.&lt;br /&gt;</w:t>
        <w:br/>
        <w:t>Безмежна ніч...&lt;br /&gt;</w:t>
        <w:br/>
        <w:t>Десь був удар на ґвалт.&lt;br /&gt;</w:t>
        <w:br/>
        <w:t>І знов удар, і знову.&lt;br /&gt;</w:t>
        <w:br/>
        <w:t>Повіяв вітер на дев'ятий вал —&lt;br /&gt;</w:t>
        <w:br/>
        <w:t>То десь піднявсь, забурив шквал —&lt;br /&gt;</w:t>
        <w:br/>
        <w:t>То гикнув отаман Войнович .&lt;br /&gt;</w:t>
        <w:br/>
        <w:t>Піднявсь Войнович і згукав орлят...&lt;br /&gt;</w:t>
        <w:br/>
        <w:t>Та гей орлят у крові потопили,&lt;br /&gt;</w:t>
        <w:br/>
        <w:t>А сам орел... нема його, нема,—&lt;br /&gt;</w:t>
        <w:br/>
        <w:t>Тут для орла страшна зима,—&lt;br /&gt;</w:t>
        <w:br/>
        <w:t>Пощез обскубаний, розбитий і безсилий.</w:t>
      </w:r>
    </w:p>
    <w:p>
      <w:r>
        <w:br/>
        <w:t>Безмежна ніч... А вночі мідний дзвін,&lt;br /&gt;</w:t>
        <w:br/>
        <w:t>Розгойданий свавільною рукою.&lt;br /&gt;</w:t>
        <w:br/>
        <w:t>Хтось плаче ревно, жалю завдає,—&lt;br /&gt;</w:t>
        <w:br/>
        <w:t>Там моляться до скону з нагаєм</w:t>
      </w:r>
    </w:p>
    <w:p>
      <w:r>
        <w:br/>
        <w:t>За довгий вік династії чужої.&lt;br /&gt;</w:t>
        <w:br/>
        <w:t>Мотають жили. Учать, як ходить&lt;br /&gt;</w:t>
        <w:br/>
        <w:t>В міцній запряжці. Звичаї і побут&lt;br /&gt;</w:t>
        <w:br/>
        <w:t>Втоптали в кал. Цабе, верни, сюди!&lt;br /&gt;</w:t>
        <w:br/>
        <w:t>Покірний будь. Роби! Проси і жди&lt;br /&gt;</w:t>
        <w:br/>
        <w:t>І напихай другим утробу...</w:t>
      </w:r>
    </w:p>
    <w:p>
      <w:r>
        <w:br/>
        <w:t>І диктував закони мідний дзвін,&lt;br /&gt;</w:t>
        <w:br/>
        <w:t>І муштрував рабів. Свавіллям і злобою&lt;br /&gt;</w:t>
        <w:br/>
        <w:t>Залляло край. Кляли життя своє&lt;br /&gt;</w:t>
        <w:br/>
        <w:t>Та все молилися до скону з нагаєм&lt;br /&gt;</w:t>
        <w:br/>
        <w:t>Раби за вік династії чужої...</w:t>
      </w:r>
    </w:p>
    <w:p>
      <w:r>
        <w:br/>
        <w:t>Отці кохалися в вині та в Божім слові,&lt;br /&gt;</w:t>
        <w:br/>
        <w:t>І не лякав сам чорт, не то якийсь Войнович.&lt;br /&gt;</w:t>
        <w:br/>
        <w:t>Така мара...</w:t>
      </w:r>
    </w:p>
    <w:p>
      <w:r>
        <w:br/>
        <w:t>XV</w:t>
      </w:r>
    </w:p>
    <w:p>
      <w:r>
        <w:br/>
        <w:t>...Лампади тьмяний світ&lt;br /&gt;</w:t>
        <w:br/>
        <w:t>Ворушить фольгу, з ризи злото краде.&lt;br /&gt;</w:t>
        <w:br/>
        <w:t>Перед розп'яттям — у терновому вінці —&lt;br /&gt;</w:t>
        <w:br/>
        <w:t>Під брязкіт келихів і шепіт папірців&lt;br /&gt;</w:t>
        <w:br/>
        <w:t>Уже за північ точиться нарада.</w:t>
      </w:r>
    </w:p>
    <w:p>
      <w:r>
        <w:br/>
        <w:t>Мигає мідь розкішних канделябр...&lt;br /&gt;</w:t>
        <w:br/>
        <w:t>За різьбленим столом дубовим&lt;br /&gt;</w:t>
        <w:br/>
        <w:t>Владики піняться; їх очі майорять,&lt;br /&gt;</w:t>
        <w:br/>
        <w:t>Сміються лиця, келихи дзвенять,—&lt;br /&gt;</w:t>
        <w:br/>
        <w:t>За храм, за їх, за Бога і царя...&lt;br /&gt;</w:t>
        <w:br/>
        <w:t>І капає вино, як краплі крові.</w:t>
      </w:r>
    </w:p>
    <w:p>
      <w:r>
        <w:br/>
        <w:t>"Благослови, Всевишній! — річ таку веде&lt;br /&gt;</w:t>
        <w:br/>
        <w:t>Ігумен сам: — на страх усім лукавим&lt;br /&gt;</w:t>
        <w:br/>
        <w:t>Кінчити справу".&lt;br /&gt;</w:t>
        <w:br/>
        <w:t>Келиха підняв, немов булаву,&lt;br /&gt;</w:t>
        <w:br/>
        <w:t>І почали кінчать...&lt;br /&gt;</w:t>
        <w:br/>
        <w:t>Сам чорт "на ладан дише",&lt;br /&gt;</w:t>
        <w:br/>
        <w:t>І скаржиться перо,— спішить "ітоги" пише,&lt;br /&gt;</w:t>
        <w:br/>
        <w:t>Пихтить Павлін...&lt;br /&gt;</w:t>
        <w:br/>
        <w:t>А за дверми чатує сонний Сава,&lt;br /&gt;</w:t>
        <w:br/>
        <w:t>Кричать і сперечаються. І хтось, немов бугай:&lt;br /&gt;</w:t>
        <w:br/>
        <w:t>"Єпископу! Єпископу одна нехай!&lt;br /&gt;</w:t>
        <w:br/>
        <w:t>А губернаторові тисячі чотири..."</w:t>
      </w:r>
    </w:p>
    <w:p>
      <w:r>
        <w:br/>
        <w:t>Ігумен:&lt;br /&gt;</w:t>
        <w:br/>
        <w:t>"Ні-ні, заждіть! Ми тільки в силу вірим.&lt;br /&gt;</w:t>
        <w:br/>
        <w:t>Так от, панове, коли хочеш миру —&lt;br /&gt;</w:t>
        <w:br/>
        <w:t>Готуй н а г а й !</w:t>
      </w:r>
    </w:p>
    <w:p>
      <w:r>
        <w:br/>
        <w:t>І ось тому, щоб маху нам не дать,&lt;br /&gt;</w:t>
        <w:br/>
        <w:t>Щоби усе ішло і чинно, й справно,—&lt;br /&gt;</w:t>
        <w:br/>
        <w:t>Охтирський капітан-ісправник&lt;br /&gt;</w:t>
        <w:br/>
        <w:t>Хай буде н а ш...&lt;br /&gt;</w:t>
        <w:br/>
        <w:t>Авжеж, коли біда&lt;br /&gt;</w:t>
        <w:br/>
        <w:t>Настигне нагло цю обитель Божу,—&lt;br /&gt;</w:t>
        <w:br/>
        <w:t>Хто прийде з допомогою, з мечем&lt;br /&gt;</w:t>
        <w:br/>
        <w:t>На перший поклик? Він! І не зімкне очей —&lt;br /&gt;</w:t>
        <w:br/>
        <w:t>Стоятиме, як янгол, на сторожі...&lt;br /&gt;</w:t>
        <w:br/>
        <w:t>Отож насамперед, панове, дать йому&lt;br /&gt;</w:t>
        <w:br/>
        <w:t>Так — тисяч зо три. Потім ще добавим".</w:t>
      </w:r>
    </w:p>
    <w:p>
      <w:r>
        <w:br/>
        <w:t>"Слава!.."&lt;br /&gt;</w:t>
        <w:br/>
        <w:t>Келейний:&lt;br /&gt;</w:t>
        <w:br/>
        <w:t>"Речеш ти мудро, отче, я к цьому:&lt;br /&gt;</w:t>
        <w:br/>
        <w:t>Адже ніщо так чернь не заспокоїть&lt;br /&gt;</w:t>
        <w:br/>
        <w:t>Оцих нащадків гемонської Січі —&lt;br /&gt;</w:t>
        <w:br/>
        <w:t>Ані Христос, ні хрест, ані чернечий гімн,&lt;br /&gt;</w:t>
        <w:br/>
        <w:t>Ніщо їх так не зігне до ноги,&lt;br /&gt;</w:t>
        <w:br/>
        <w:t>Як батоги!&lt;br /&gt;</w:t>
        <w:br/>
        <w:t>Як той нагай магічний.&lt;br /&gt;</w:t>
        <w:br/>
        <w:t>Чотири тисячі на царських сторожів!"&lt;br /&gt;</w:t>
        <w:br/>
        <w:t>Всі згодились, і заскрипіли пера...</w:t>
      </w:r>
    </w:p>
    <w:p>
      <w:r>
        <w:br/>
        <w:t>Ігумен:&lt;br /&gt;</w:t>
        <w:br/>
        <w:t>"Проваджу далі. Як ви не кажіть,&lt;br /&gt;</w:t>
        <w:br/>
        <w:t>Ми мусимо зломити їх ножі&lt;br /&gt;</w:t>
        <w:br/>
        <w:t>Об шаблі. Так. Ну, а тепера —&lt;br /&gt;</w:t>
        <w:br/>
        <w:t>Діліть на інших, значніших тузів:&lt;br /&gt;</w:t>
        <w:br/>
        <w:t>Єпископу. Єпископському сину&lt;br /&gt;</w:t>
        <w:br/>
        <w:t>(Удвоє більше, аніж в ті рази),&lt;br /&gt;</w:t>
        <w:br/>
        <w:t>І на губернію, і у синод звезіть...&lt;br /&gt;</w:t>
        <w:br/>
        <w:t>Та не забудьте і самої Катерини..."</w:t>
      </w:r>
    </w:p>
    <w:p>
      <w:r>
        <w:br/>
        <w:t>Усім, усім в них стане заплатить...&lt;br /&gt;</w:t>
        <w:br/>
        <w:t>Гули ченці. Нікого не забули:&lt;br /&gt;</w:t>
        <w:br/>
        <w:t>Панів великих і панят узули,&lt;br /&gt;</w:t>
        <w:br/>
        <w:t>І навіть накінці келейний спохвативсь:&lt;br /&gt;</w:t>
        <w:br/>
        <w:t>"Благослови, владико, слово мовить!</w:t>
      </w:r>
    </w:p>
    <w:p>
      <w:r>
        <w:br/>
        <w:t>Усіх-усіх перелічили ви,&lt;br /&gt;</w:t>
        <w:br/>
        <w:t>А ще ж десь є хухрянський становий.&lt;br /&gt;</w:t>
        <w:br/>
        <w:t>Воно хоч він панок і нездоровий,&lt;br /&gt;</w:t>
        <w:br/>
        <w:t>А все ж..."</w:t>
      </w:r>
    </w:p>
    <w:p>
      <w:r>
        <w:br/>
        <w:t>Ігумен:&lt;br /&gt;</w:t>
        <w:br/>
        <w:t>"О, ні! Тому не треба,—&lt;br /&gt;</w:t>
        <w:br/>
        <w:t>Подбаєм ми у всякий час за нього;&lt;br /&gt;</w:t>
        <w:br/>
        <w:t>Хай їздить і ось тут жере.&lt;br /&gt;</w:t>
        <w:br/>
        <w:t>Це зовсім свій. Назавтра він припре&lt;br /&gt;</w:t>
        <w:br/>
        <w:t>Карати чернь. Це — честь йому від Бога..."</w:t>
      </w:r>
    </w:p>
    <w:p>
      <w:r>
        <w:br/>
        <w:t>Гули ченці. Мов одяг із Христа,&lt;br /&gt;</w:t>
        <w:br/>
        <w:t>Ділили, шматували людські душі.&lt;br /&gt;</w:t>
        <w:br/>
        <w:t>І лічили, і перелічували вп'ять...&lt;br /&gt;</w:t>
        <w:br/>
        <w:t>Аж за стіною стали реготать&lt;br /&gt;</w:t>
        <w:br/>
        <w:t>Сичі і сови,— зовсім, як клікуші.</w:t>
      </w:r>
    </w:p>
    <w:p>
      <w:r>
        <w:br/>
        <w:t>XVI</w:t>
      </w:r>
    </w:p>
    <w:p>
      <w:r>
        <w:br/>
        <w:t>Так довго-довго радились ченці.&lt;br /&gt;</w:t>
        <w:br/>
        <w:t>Лампади тьмяний світ із фольги злото краде.&lt;br /&gt;</w:t>
        <w:br/>
        <w:t>Перед розп'яттям — у терновому вінці —&lt;br /&gt;</w:t>
        <w:br/>
        <w:t>Дзвенять там келихи, шепочуть папірці,&lt;br /&gt;</w:t>
        <w:br/>
        <w:t>І капа кров,&lt;br /&gt;</w:t>
        <w:br/>
        <w:t>І дише віск "на ладан".&lt;br /&gt;</w:t>
        <w:br/>
        <w:t>Кров капає без ліку і без ладу...</w:t>
      </w:r>
    </w:p>
    <w:p>
      <w:r>
        <w:br/>
        <w:t>І тільки як аж геть зайшла північ,&lt;br /&gt;</w:t>
        <w:br/>
        <w:t>Коли на вежі тричі дзвін ударив,—&lt;br /&gt;</w:t>
        <w:br/>
        <w:t>Замовкло все. Утопли шуми в сні,&lt;br /&gt;</w:t>
        <w:br/>
        <w:t>Затихли голоси, і вимерли вогні.&lt;br /&gt;</w:t>
        <w:br/>
        <w:t>Далеко треті півні прокричали.&lt;br /&gt;</w:t>
        <w:br/>
        <w:t>Тих-ше... Ти ж гляди... (Стоять&lt;br /&gt;</w:t>
        <w:br/>
        <w:t>Вони удвох під арками крутими;&lt;br /&gt;</w:t>
        <w:br/>
        <w:t>Шугає в темряві чиєсь ім'я...)&lt;br /&gt;</w:t>
        <w:br/>
        <w:t>"Запам'ятай: Це — місія твоя!&lt;br /&gt;</w:t>
        <w:br/>
        <w:t>І не забудь її, її!&lt;br /&gt;</w:t>
        <w:br/>
        <w:t>Ти чуєш, Никодиме?!"&lt;br /&gt;</w:t>
        <w:br/>
        <w:t>XVII</w:t>
      </w:r>
    </w:p>
    <w:p>
      <w:r>
        <w:br/>
        <w:t>Принишкнув вітер, і мовчить вода.&lt;br /&gt;</w:t>
        <w:br/>
        <w:t>Встромився в небо манастир понурий.&lt;br /&gt;</w:t>
        <w:br/>
        <w:t>Упали в сон: туман, ліси і даль,&lt;br /&gt;</w:t>
        <w:br/>
        <w:t>Лише в селі не спить стара біда&lt;br /&gt;</w:t>
        <w:br/>
        <w:t>Та плачуть флюгери на мурах...</w:t>
      </w:r>
    </w:p>
    <w:p>
      <w:r>
        <w:br/>
        <w:t>А ще не спить чернечий-вартовий,—&lt;br /&gt;</w:t>
        <w:br/>
        <w:t>На всі чотири визира з дзвіниці...&lt;br /&gt;</w:t>
        <w:br/>
        <w:t>І шепчуться дуби — мовчальники криві,&lt;br /&gt;</w:t>
        <w:br/>
        <w:t>Вислухують, як вторить чорт сові,&lt;br /&gt;</w:t>
        <w:br/>
        <w:t>І скиряться&lt;br /&gt;</w:t>
        <w:br/>
        <w:t>Старі й німі бійниці.</w:t>
      </w:r>
    </w:p>
    <w:p>
      <w:r>
        <w:br/>
        <w:t>РОЗДІЛ ДРУГИЙ</w:t>
      </w:r>
    </w:p>
    <w:p>
      <w:r>
        <w:br/>
        <w:t>І&lt;br /&gt;</w:t>
        <w:br/>
        <w:t>Козачка станом, поглядом — княжна,&lt;br /&gt;</w:t>
        <w:br/>
        <w:t>Коса до пояса, ще й цвіту вороного,&lt;br /&gt;</w:t>
        <w:br/>
        <w:t>А на устах і сонце, і весна.&lt;br /&gt;</w:t>
        <w:br/>
        <w:t>Тріпоче юність в грудях...</w:t>
      </w:r>
    </w:p>
    <w:p>
      <w:r>
        <w:br/>
        <w:t>Сирота вона.&lt;br /&gt;</w:t>
        <w:br/>
        <w:t>Вона онука Гармаша старого.</w:t>
      </w:r>
    </w:p>
    <w:p>
      <w:r>
        <w:br/>
        <w:t>Красуня дивна... Заздрив місяць їй,&lt;br /&gt;</w:t>
        <w:br/>
        <w:t>Аж наче й сонце сіпало губою&lt;br /&gt;</w:t>
        <w:br/>
        <w:t>Із заздрощів. Круг неї хлопців рій.&lt;br /&gt;</w:t>
        <w:br/>
        <w:t>В її пісні закохані гаї,&lt;br /&gt;</w:t>
        <w:br/>
        <w:t>І озиваються на посміх солов'ї,&lt;br /&gt;</w:t>
        <w:br/>
        <w:t>Холоне серце і дрижить, як поведе бровою.</w:t>
      </w:r>
    </w:p>
    <w:p>
      <w:r>
        <w:br/>
        <w:t>Така Мар'яна ця.&lt;br /&gt;</w:t>
        <w:br/>
        <w:t>Пишався нею всяк&lt;br /&gt;</w:t>
        <w:br/>
        <w:t>І тішились, і все село любило.&lt;br /&gt;</w:t>
        <w:br/>
        <w:t>Всміхалась їй околиця уся,—&lt;br /&gt;</w:t>
        <w:br/>
        <w:t>Та тільки серця так ніхто-ніхто не взяв,&lt;br /&gt;</w:t>
        <w:br/>
        <w:t>Як той бунтар, як той юнак Данило.</w:t>
      </w:r>
    </w:p>
    <w:p>
      <w:r>
        <w:br/>
        <w:t>Ніхто не зважить муки цих годин,&lt;br /&gt;</w:t>
        <w:br/>
        <w:t>Ніхто не злічить виплакані сльози.&lt;br /&gt;</w:t>
        <w:br/>
        <w:t>І зважив би, і злічив би один...&lt;br /&gt;</w:t>
        <w:br/>
        <w:t>Хто скаже правду — де тепера він?&lt;br /&gt;</w:t>
        <w:br/>
        <w:t>Яка циганка щиро поворожить?</w:t>
      </w:r>
    </w:p>
    <w:p>
      <w:r>
        <w:br/>
        <w:t>Любилися... Ніхто про те не знав,&lt;br /&gt;</w:t>
        <w:br/>
        <w:t>Любилися... Ніхто те не опише.&lt;br /&gt;</w:t>
        <w:br/>
        <w:t>Куди подівся? Чи прилине знов?..&lt;br /&gt;</w:t>
        <w:br/>
        <w:t>Росте на серці розпачу плесно,&lt;br /&gt;</w:t>
        <w:br/>
        <w:t>І б'ється жаль серед нічної тиші.&lt;br /&gt;</w:t>
        <w:br/>
        <w:t>І тільки десь — надія, як зоря,&lt;br /&gt;</w:t>
        <w:br/>
        <w:t>І тільки десь — і гордість, і молитва:&lt;br /&gt;</w:t>
        <w:br/>
        <w:t>Не за батьків, не за братів, не за царя,—&lt;br /&gt;</w:t>
        <w:br/>
        <w:t>За непокірного,&lt;br /&gt;</w:t>
        <w:br/>
        <w:t>За бунтаря,&lt;br /&gt;</w:t>
        <w:br/>
        <w:t>За милого, хорошого, немов дощем, молитва ця полита&lt;br /&gt;</w:t>
        <w:br/>
        <w:t>Дівочими слізьми...&lt;br /&gt;</w:t>
        <w:br/>
        <w:t>II</w:t>
      </w:r>
    </w:p>
    <w:p>
      <w:r>
        <w:br/>
        <w:t>...Ударило к заутрені...&lt;br /&gt;</w:t>
        <w:br/>
        <w:t>дригнулась ніч у чорнім клобуці,&lt;br /&gt;</w:t>
        <w:br/>
        <w:t>Схилилась на тумани — сиві ризи:&lt;br /&gt;</w:t>
        <w:br/>
        <w:t>Молитва на устах і серце у руці...&lt;br /&gt;</w:t>
        <w:br/>
        <w:t>І побрели за мурами ченці&lt;br /&gt;</w:t>
        <w:br/>
        <w:t>На свій щоденний "труд".А понад низом —</w:t>
      </w:r>
    </w:p>
    <w:p>
      <w:r>
        <w:br/>
        <w:t>Ступає дзвін погордливий, чужий&lt;br /&gt;</w:t>
        <w:br/>
        <w:t>По темнім морю сірих спозаранок.&lt;br /&gt;</w:t>
        <w:br/>
        <w:t>Юрба жінок шляхом крізь тьму біжить;&lt;br /&gt;</w:t>
        <w:br/>
        <w:t>Летять, немов залякані стрижі.&lt;br /&gt;</w:t>
        <w:br/>
        <w:t>Туди на хрест...&lt;br /&gt;</w:t>
        <w:br/>
        <w:t>Пішла туди й Мар'яна.</w:t>
      </w:r>
    </w:p>
    <w:p>
      <w:r>
        <w:br/>
        <w:t>Бредуть... вилазять... сходяться з пітьми.&lt;br /&gt;</w:t>
        <w:br/>
        <w:t>Повзуть із туману з надією до храму;&lt;br /&gt;</w:t>
        <w:br/>
        <w:t>Несуть свій біль і йдуть, як біль, самі,&lt;br /&gt;</w:t>
        <w:br/>
        <w:t>Щоб злити розпачі гарячими слізьми&lt;br /&gt;</w:t>
        <w:br/>
        <w:t>Під ноги матері над всіми матерями.&lt;br /&gt;</w:t>
        <w:br/>
        <w:t>Впадуть самі,— нехай в огні молінь,&lt;br /&gt;</w:t>
        <w:br/>
        <w:t>Як віск, розтопиться святині сірий камінь;&lt;br /&gt;</w:t>
        <w:br/>
        <w:t>Нехай рятує! Був же в неї син&lt;br /&gt;</w:t>
        <w:br/>
        <w:t>І як прийшов розп'яти жидовин,&lt;br /&gt;</w:t>
        <w:br/>
        <w:t>Та й плакала, та й билася ж руками...</w:t>
      </w:r>
    </w:p>
    <w:p>
      <w:r>
        <w:br/>
        <w:t>"О матінко, заступнице свята.&lt;br /&gt;</w:t>
        <w:br/>
        <w:t>Нащо дала, нащо дала родити?&lt;br /&gt;</w:t>
        <w:br/>
        <w:t>Дурні ми, матері... Куди? Кого спитать?&lt;br /&gt;</w:t>
        <w:br/>
        <w:t>Коли не чуть тобі, як матері кричать,&lt;br /&gt;</w:t>
        <w:br/>
        <w:t>Почуй же хоч, як плачуть наші діти!"&lt;br /&gt;</w:t>
        <w:br/>
        <w:t>Ідуть жінки...&lt;br /&gt;</w:t>
        <w:br/>
        <w:t>І близиться гора —&lt;br /&gt;</w:t>
        <w:br/>
        <w:t>То тінь Голгофи древня і хрестата:&lt;br /&gt;</w:t>
        <w:br/>
        <w:t>Там свічі капають, як плакальниці, вряд,—&lt;br /&gt;</w:t>
        <w:br/>
        <w:t>Там на свічках то ж душі їх горять&lt;br /&gt;</w:t>
        <w:br/>
        <w:t>І на хрестах серця їхні розп'яті.&lt;br /&gt;</w:t>
        <w:br/>
        <w:t>Свічки стоять — то хлопчики малі.&lt;br /&gt;</w:t>
        <w:br/>
        <w:t>О, ні, о, ні! То все солдати струнко!..&lt;br /&gt;</w:t>
        <w:br/>
        <w:t>В темряві вітер щулиться, юлить.&lt;br /&gt;</w:t>
        <w:br/>
        <w:t>Бредуть жінки заступницю молить,&lt;br /&gt;</w:t>
        <w:br/>
        <w:t>Повзуть вимолювати в Бога порятунку.</w:t>
      </w:r>
    </w:p>
    <w:p>
      <w:r>
        <w:br/>
        <w:t>Мар'яна думає... Печаль свою несе.&lt;br /&gt;</w:t>
        <w:br/>
        <w:t>У неї біль, як цвях,— тупий, глибокий,&lt;br /&gt;</w:t>
        <w:br/>
        <w:t>Їй тільки б Данила — та й усе:&lt;br /&gt;</w:t>
        <w:br/>
        <w:t>Помолиться вона, щоб був живий — і все,&lt;br /&gt;</w:t>
        <w:br/>
        <w:t>І не забуде хай Мар'яну чорнооку...</w:t>
      </w:r>
    </w:p>
    <w:p>
      <w:r>
        <w:br/>
        <w:t>Надіється, спіткається, біжить&lt;br /&gt;</w:t>
        <w:br/>
        <w:t>Красуня дивна — сирота Мар'яна...</w:t>
      </w:r>
    </w:p>
    <w:p>
      <w:r>
        <w:br/>
        <w:t>І ходить дзвін погордливий, чужий&lt;br /&gt;</w:t>
        <w:br/>
        <w:t>По темнім морю сірих спозаранок.</w:t>
      </w:r>
    </w:p>
    <w:p>
      <w:r>
        <w:br/>
        <w:t>III</w:t>
      </w:r>
    </w:p>
    <w:p>
      <w:r>
        <w:br/>
        <w:t>Спинилася під брамою юрба.&lt;br /&gt;</w:t>
        <w:br/>
        <w:t>Немов отара злякана, докупи щільно злізлась.&lt;br /&gt;</w:t>
        <w:br/>
        <w:t>"Закрита брама!.."&lt;br /&gt;</w:t>
        <w:br/>
        <w:t>...У лице рабам&lt;br /&gt;</w:t>
        <w:br/>
        <w:t>Стоїть і хмуриться цвяхована, ряба,—&lt;br /&gt;</w:t>
        <w:br/>
        <w:t>Закрила шлях, окована залізом.</w:t>
      </w:r>
    </w:p>
    <w:p>
      <w:r>
        <w:br/>
        <w:t>Хрестились люди з стогоном.&lt;br /&gt;</w:t>
        <w:br/>
        <w:t>В "раю" ж —&lt;br /&gt;</w:t>
        <w:br/>
        <w:t>За мурами, немов десь у вертепі,&lt;br /&gt;</w:t>
        <w:br/>
        <w:t>У сонмищі ікон кадилять і піють.&lt;br /&gt;</w:t>
        <w:br/>
        <w:t>І покотився плач... Схилилась ніч у крепі,—&lt;br /&gt;</w:t>
        <w:br/>
        <w:t>Там перебіг тужливий шепіт:&lt;br /&gt;</w:t>
        <w:br/>
        <w:t>"Ой Боже-Боже... І помолиться не дають..."</w:t>
      </w:r>
    </w:p>
    <w:p>
      <w:r>
        <w:br/>
        <w:t>IV</w:t>
      </w:r>
    </w:p>
    <w:p>
      <w:r>
        <w:br/>
        <w:t>І помолиться не дають...&lt;br /&gt;</w:t>
        <w:br/>
        <w:t>Регоче дзвін:&lt;br /&gt;</w:t>
        <w:br/>
        <w:t>"Бо-о-о-ог!..&lt;br /&gt;</w:t>
        <w:br/>
        <w:t>До-нас! — Боже-Боже.&lt;br /&gt;</w:t>
        <w:br/>
        <w:t>Ти-нас! — люби-Боже.&lt;br /&gt;</w:t>
        <w:br/>
        <w:t>Так-так — мені-мені.&lt;br /&gt;</w:t>
        <w:br/>
        <w:t>Нам! Нам! Бо-о-о-о-г!.." —&lt;br /&gt;</w:t>
        <w:br/>
        <w:t>зареготався він.</w:t>
      </w:r>
    </w:p>
    <w:p>
      <w:r>
        <w:br/>
        <w:t>Здригнула й лопнула у далях каламуть,&lt;br /&gt;</w:t>
        <w:br/>
        <w:t>І затягнули хмар бинти червону рану.&lt;br /&gt;</w:t>
        <w:br/>
        <w:t>Немов на голову біду зовуть,&lt;br /&gt;</w:t>
        <w:br/>
        <w:t>Далеко десь півні піють:&lt;br /&gt;</w:t>
        <w:br/>
        <w:t>Встає зажурений і мовчазний світанок.</w:t>
      </w:r>
    </w:p>
    <w:p>
      <w:r>
        <w:br/>
        <w:t>Устали села з кряканням ворон,&lt;br /&gt;</w:t>
        <w:br/>
        <w:t>Нема роси... росу тумани з'їли,&lt;br /&gt;</w:t>
        <w:br/>
        <w:t>Не плачуть шиби — їх покинув сон,&lt;br /&gt;</w:t>
        <w:br/>
        <w:t>І звисли сірі стріхи, як прокльон,&lt;br /&gt;</w:t>
        <w:br/>
        <w:t>Немов докір землі, що їх родила.</w:t>
      </w:r>
    </w:p>
    <w:p>
      <w:r>
        <w:br/>
        <w:t>Продерли очі: "О, проклята мить!"&lt;br /&gt;</w:t>
        <w:br/>
        <w:t>Ридає дзвін... Іще шугає птиця&lt;br /&gt;</w:t>
        <w:br/>
        <w:t>Німої півночі; а млин шумить, шумить.&lt;br /&gt;</w:t>
        <w:br/>
        <w:t>І ниє серце, в остраху щемить,&lt;br /&gt;</w:t>
        <w:br/>
        <w:t>Що вже на новий день благословиться.</w:t>
      </w:r>
    </w:p>
    <w:p>
      <w:r>
        <w:br/>
        <w:t>По одній гаснуть зорі. По низу —&lt;br /&gt;</w:t>
        <w:br/>
        <w:t>Із-за борів, із степу, із-за гаю —&lt;br /&gt;</w:t>
        <w:br/>
        <w:t>Тягучі хмари сунуться, повзуть,&lt;br /&gt;</w:t>
        <w:br/>
        <w:t>Обклали обрії,&lt;br /&gt;</w:t>
        <w:br/>
        <w:t>Наниз,&lt;br /&gt;</w:t>
        <w:br/>
        <w:t>Наниз лягають.</w:t>
      </w:r>
    </w:p>
    <w:p>
      <w:r>
        <w:br/>
        <w:t>V</w:t>
      </w:r>
    </w:p>
    <w:p>
      <w:r>
        <w:br/>
        <w:t>На полудень чекали всі гостей:&lt;br /&gt;</w:t>
        <w:br/>
        <w:t>Дивився з башти вартовий на північ&lt;br /&gt;</w:t>
        <w:br/>
        <w:t>щохвилини, —&lt;br /&gt;</w:t>
        <w:br/>
        <w:t>Туди, де шлях, де бір обрізав степ...&lt;br /&gt;</w:t>
        <w:br/>
        <w:t>З півночі дуло мокре і густе,&lt;br /&gt;</w:t>
        <w:br/>
        <w:t>І повз туман холодний і осінній.</w:t>
      </w:r>
    </w:p>
    <w:p>
      <w:r>
        <w:br/>
        <w:t>Давно за ними послано гінця:&lt;br /&gt;</w:t>
        <w:br/>
        <w:t>Просили погостить і учинить розправу.&lt;br /&gt;</w:t>
        <w:br/>
        <w:t>Для них обід готовили бучний...&lt;br /&gt;</w:t>
        <w:br/>
        <w:t>Сюди прибути мусить з царським правом,&lt;br /&gt;</w:t>
        <w:br/>
        <w:t>З салдатами хухрянський становий&lt;br /&gt;</w:t>
        <w:br/>
        <w:t>І сам охтирський капітан-ісправник.</w:t>
      </w:r>
    </w:p>
    <w:p>
      <w:r>
        <w:br/>
        <w:t>Качки і гуси, вина і меди...&lt;br /&gt;</w:t>
        <w:br/>
        <w:t>Знайшли й сивуху, білу і слив'янку&lt;br /&gt;</w:t>
        <w:br/>
        <w:t>В льоху чернечім, притягли сюди...&lt;br /&gt;</w:t>
        <w:br/>
        <w:t>Усьому лад дає отець Павлін рудий,&lt;br /&gt;</w:t>
        <w:br/>
        <w:t>І шум у трапезній стоїть з самого ранку.</w:t>
      </w:r>
    </w:p>
    <w:p>
      <w:r>
        <w:br/>
        <w:t>Владики радились: складали наспіх план&lt;br /&gt;</w:t>
        <w:br/>
        <w:t>І сперечались, чи почот їм становити&lt;br /&gt;</w:t>
        <w:br/>
        <w:t>Ісправнику. Хоч то маленький пан,&lt;br /&gt;</w:t>
        <w:br/>
        <w:t>А все ж і на ньому царський жупан&lt;br /&gt;</w:t>
        <w:br/>
        <w:t>І завітає не в конюшні, а в обитель.</w:t>
      </w:r>
    </w:p>
    <w:p>
      <w:r>
        <w:br/>
        <w:t>Чекали й села, поглядали в степ,&lt;br /&gt;</w:t>
        <w:br/>
        <w:t>Надію втративши на будь-яке спасіння.&lt;br /&gt;</w:t>
        <w:br/>
        <w:t>Не знали, бути як, чим привітать гостей?.,&lt;br /&gt;</w:t>
        <w:br/>
        <w:t>А з півночі повзе колюче і густе,&lt;br /&gt;</w:t>
        <w:br/>
        <w:t>І сунеться туман холодний і осінній.&lt;br /&gt;</w:t>
        <w:br/>
        <w:t>Такий осінній...&lt;br /&gt;</w:t>
        <w:br/>
        <w:t>То москаль блює.&lt;br /&gt;</w:t>
        <w:br/>
        <w:t>Ще ж тільки Спасівка, ще лист дерева ломить,&lt;br /&gt;</w:t>
        <w:br/>
        <w:t>І над левадами зозуля ще кує&lt;br /&gt;</w:t>
        <w:br/>
        <w:t>(Регочеться в істериці, аж жалю завдає,&lt;br /&gt;</w:t>
        <w:br/>
        <w:t>І уриває нагло по одному)...</w:t>
      </w:r>
    </w:p>
    <w:p>
      <w:r>
        <w:br/>
        <w:t>Години капають, як згусле молоко,&lt;br /&gt;</w:t>
        <w:br/>
        <w:t>І бігають ченці, у дзвонаря питають:&lt;br /&gt;</w:t>
        <w:br/>
        <w:t>Дивись, чи не курить, Ілько?!&lt;br /&gt;</w:t>
        <w:br/>
        <w:t>Дивись, чи не вони то за ліском?!&lt;br /&gt;</w:t>
        <w:br/>
        <w:t>"Немає!" —&lt;br /&gt;</w:t>
        <w:br/>
        <w:t>З далини, нап'явшись сіряком,&lt;br /&gt;</w:t>
        <w:br/>
        <w:t>Кріпацькі душі теж на дзвона наслухають.</w:t>
      </w:r>
    </w:p>
    <w:p>
      <w:r>
        <w:br/>
        <w:t>Прокрякала ворона, мов кума.&lt;br /&gt;</w:t>
        <w:br/>
        <w:t>Вже полудень, а від гостей ні духу;&lt;br /&gt;</w:t>
        <w:br/>
        <w:t>Мовчить дзвонар,— ні звісточки нема...&lt;br /&gt;</w:t>
        <w:br/>
        <w:t>Пішла на мури братія сама:&lt;br /&gt;</w:t>
        <w:br/>
        <w:t>Обід готовий, а гостей чортма,—&lt;br /&gt;</w:t>
        <w:br/>
        <w:t>Обід холоне, а про них ні слуху.</w:t>
      </w:r>
    </w:p>
    <w:p>
      <w:r>
        <w:br/>
        <w:t>Простиг обід... І прискакав гінець:&lt;br /&gt;</w:t>
        <w:br/>
        <w:t>"Благослови! Звеліли передать, владико,&lt;br /&gt;</w:t>
        <w:br/>
        <w:t>Що будуть взавтра. Осьде папірець...&lt;br /&gt;</w:t>
        <w:br/>
        <w:t>Узавтра вранці!" — гаркнув молодець&lt;br /&gt;</w:t>
        <w:br/>
        <w:t>(Ну, зовсім як москаль і виглядом, і криком).</w:t>
      </w:r>
    </w:p>
    <w:p>
      <w:r>
        <w:br/>
        <w:t>VI</w:t>
      </w:r>
    </w:p>
    <w:p>
      <w:r>
        <w:br/>
        <w:t>Після турбот, після трудів важких,&lt;br /&gt;</w:t>
        <w:br/>
        <w:t>З молитвою во славу пану Богу,—&lt;br /&gt;</w:t>
        <w:br/>
        <w:t>Застукали, забрязкали ложки:&lt;br /&gt;</w:t>
        <w:br/>
        <w:t>Замість гостей, обсіли клобуки&lt;br /&gt;</w:t>
        <w:br/>
        <w:t>Столи, обтяжені наїдками з усього...</w:t>
      </w:r>
    </w:p>
    <w:p>
      <w:r>
        <w:br/>
        <w:t>А там десь тліли серцем мужики,&lt;br /&gt;</w:t>
        <w:br/>
        <w:t>З тривогою дивились на дорогу.</w:t>
      </w:r>
    </w:p>
    <w:p>
      <w:r>
        <w:br/>
        <w:t>VII</w:t>
      </w:r>
    </w:p>
    <w:p>
      <w:r>
        <w:br/>
        <w:t>Гусей поїли й вина попили.&lt;br /&gt;</w:t>
        <w:br/>
        <w:t>Та й попили ж...— Нехай премудрість Божа&lt;br /&gt;</w:t>
        <w:br/>
        <w:t>Живе повік; щоб так і ми жили.&lt;br /&gt;</w:t>
        <w:br/>
        <w:t>Цей гріх — не гріх. Не питимем колись,&lt;br /&gt;</w:t>
        <w:br/>
        <w:t>Сьогодні ж&lt;br /&gt;</w:t>
        <w:br/>
        <w:t>Можна!&lt;br /&gt;</w:t>
        <w:br/>
        <w:t>Бо сказано у книзі чотирьох:</w:t>
      </w:r>
    </w:p>
    <w:p>
      <w:r>
        <w:br/>
        <w:t>Не упивайсь, а пий. Тверезим йди до раю...&lt;br /&gt;</w:t>
        <w:br/>
        <w:t>Путі Господні знає тільки Бог,—&lt;br /&gt;</w:t>
        <w:br/>
        <w:t>Без нього нам не стати й на порог,&lt;br /&gt;</w:t>
        <w:br/>
        <w:t>Благословляю ж, братіє моя,&lt;br /&gt;</w:t>
        <w:br/>
        <w:t>Благословляю... —</w:t>
      </w:r>
    </w:p>
    <w:p>
      <w:r>
        <w:br/>
        <w:t>І "сам" почав. Йому не вперше — пить:&lt;br /&gt;</w:t>
        <w:br/>
        <w:t>Ніхто не зна, у чім він серце топить&lt;br /&gt;</w:t>
        <w:br/>
        <w:t>І чим живе. А Бог йому простить;&lt;br /&gt;</w:t>
        <w:br/>
        <w:t>Коли він звик усе терпіть,&lt;br /&gt;</w:t>
        <w:br/>
        <w:t>То вже на нього зокрема не витворить потопу.</w:t>
      </w:r>
    </w:p>
    <w:p>
      <w:r>
        <w:br/>
        <w:t>Пили... Кричали... Чистили "уми",&lt;br /&gt;</w:t>
        <w:br/>
        <w:t>Точили зуби на Святім письмі...&lt;br /&gt;</w:t>
        <w:br/>
        <w:t>А що було за тим, ніхто про те не знає...&lt;br /&gt;</w:t>
        <w:br/>
        <w:t>Пан ризничий з келейним дув псалми:&lt;br /&gt;</w:t>
        <w:br/>
        <w:t>Що за псалми, не знали-бо й сами,&lt;br /&gt;</w:t>
        <w:br/>
        <w:t>Я теж собі цього не уявляю.</w:t>
      </w:r>
    </w:p>
    <w:p>
      <w:r>
        <w:br/>
        <w:t>Тільки з часом — ігумен твердо звівсь:&lt;br /&gt;</w:t>
        <w:br/>
        <w:t>Затихли всі — владика хоче мовить&lt;br /&gt;</w:t>
        <w:br/>
        <w:t>(Він заповідь свою дотримувати вмів&lt;br /&gt;</w:t>
        <w:br/>
        <w:t>І, п'ючи, не п'янів, неначе в жлукто лив,&lt;br /&gt;</w:t>
        <w:br/>
        <w:t>І на ногах тримавсь, і не збивавсь на слові):</w:t>
      </w:r>
    </w:p>
    <w:p>
      <w:r>
        <w:br/>
        <w:t>"Послухайте мене, брати мої,—&lt;br /&gt;</w:t>
        <w:br/>
        <w:t>Ми — люди!..&lt;br /&gt;</w:t>
        <w:br/>
        <w:t>Нехай же про усе з обителі ції&lt;br /&gt;</w:t>
        <w:br/>
        <w:t>Ніде ні слова... Ось і мови усії,&lt;br /&gt;</w:t>
        <w:br/>
        <w:t>А ще —&lt;br /&gt;</w:t>
        <w:br/>
        <w:t>Сьогодні свято буде!&lt;br /&gt;</w:t>
        <w:br/>
        <w:t>Гей, ризничий, мерщій сюди!.."</w:t>
      </w:r>
    </w:p>
    <w:p>
      <w:r>
        <w:br/>
        <w:t>Вслухались всі, про що вони говорять;&lt;br /&gt;</w:t>
        <w:br/>
        <w:t>Якийсь наказ ігумен там віддав,—&lt;br /&gt;</w:t>
        <w:br/>
        <w:t>Прошепотів,&lt;br /&gt;</w:t>
        <w:br/>
        <w:t>І ризничий подавсь.&lt;br /&gt;</w:t>
        <w:br/>
        <w:t>Побігла слідом тінь в півтемних коридорах...&lt;br /&gt;</w:t>
        <w:br/>
        <w:t>Ігумен теж пішов. Пройнятий давнім нудом,&lt;br /&gt;</w:t>
        <w:br/>
        <w:t>Пішов в покої. Там, як ніч, сидів...&lt;br /&gt;</w:t>
        <w:br/>
        <w:t>І грала усмішка у чорній бороді:&lt;br /&gt;</w:t>
        <w:br/>
        <w:t>Так-так. Сьогодні свято буде...</w:t>
      </w:r>
    </w:p>
    <w:p>
      <w:r>
        <w:br/>
        <w:t>VIII</w:t>
      </w:r>
    </w:p>
    <w:p>
      <w:r>
        <w:br/>
        <w:t>Багато темних діл за мурами цими,&lt;br /&gt;</w:t>
        <w:br/>
        <w:t>Багато таємниць у їхніх катакомбах.&lt;br /&gt;</w:t>
        <w:br/>
        <w:t>Ніхто ніколи та й не знатиме усіх.&lt;br /&gt;</w:t>
        <w:br/>
        <w:t>О, скільки, скільки їх —&lt;br /&gt;</w:t>
        <w:br/>
        <w:t>Заперто в льохи, втиснуто у ромби.</w:t>
      </w:r>
    </w:p>
    <w:p>
      <w:r>
        <w:br/>
        <w:t>IX</w:t>
      </w:r>
    </w:p>
    <w:p>
      <w:r>
        <w:br/>
        <w:t>Ще день не згас,&lt;br /&gt;</w:t>
        <w:br/>
        <w:t>Чернечі ж холуї&lt;br /&gt;</w:t>
        <w:br/>
        <w:t>Гасали по селу — трусилися дівчата...&lt;br /&gt;</w:t>
        <w:br/>
        <w:t>То, з ласки Божої, з околиці всії,&lt;br /&gt;</w:t>
        <w:br/>
        <w:t>З-під сірих стріх зганяли нагаї&lt;br /&gt;</w:t>
        <w:br/>
        <w:t>Отроковиць — святиню прибирати.</w:t>
      </w:r>
    </w:p>
    <w:p>
      <w:r>
        <w:br/>
        <w:t>"Усіх до одної". Залишились криві,&lt;br /&gt;</w:t>
        <w:br/>
        <w:t>А то й сліпу взяли — аби була вродлива...&lt;br /&gt;</w:t>
        <w:br/>
        <w:t>Тривожно билась думка в голові,&lt;br /&gt;</w:t>
        <w:br/>
        <w:t>Як птах підбитий, а вони ледве живі&lt;br /&gt;</w:t>
        <w:br/>
        <w:t>Ішли і скаржились на долю вередливу.</w:t>
      </w:r>
    </w:p>
    <w:p>
      <w:r>
        <w:br/>
        <w:t>Ішла й Мар'яна разом з усіми,—&lt;br /&gt;</w:t>
        <w:br/>
        <w:t>Її шукали цілих дві годині;&lt;br /&gt;</w:t>
        <w:br/>
        <w:t>Без неї повертатися не смів&lt;br /&gt;</w:t>
        <w:br/>
        <w:t>Ні один з холуїв,— наказ був,— та й сами&lt;br /&gt;</w:t>
        <w:br/>
        <w:t>Вони-бо знали 'ї, з отроковиць єдину.</w:t>
      </w:r>
    </w:p>
    <w:p>
      <w:r>
        <w:br/>
        <w:t>"...Ну що ж, підем, у цім немає зла..." —&lt;br /&gt;</w:t>
        <w:br/>
        <w:t>Сама себе втішала, веселила,&lt;br /&gt;</w:t>
        <w:br/>
        <w:t>А думка з голови не йшла:&lt;br /&gt;</w:t>
        <w:br/>
        <w:t>Ой, неспроста її журба взяла&lt;br /&gt;</w:t>
        <w:br/>
        <w:t>І серце так одразу защеміло.</w:t>
      </w:r>
    </w:p>
    <w:p>
      <w:r>
        <w:br/>
        <w:t>Ігумен цей... Він причепивсь тоді&lt;br /&gt;</w:t>
        <w:br/>
        <w:t>І, сповідаючи, звелів зайти в покої.&lt;br /&gt;</w:t>
        <w:br/>
        <w:t>Вона злякалась — обіцяла. І, гляди,&lt;br /&gt;</w:t>
        <w:br/>
        <w:t>Зайшла б, дурна... Просив, велів: "Прийди!..&lt;br /&gt;</w:t>
        <w:br/>
        <w:t>І... не пішла. Накликала біди,&lt;br /&gt;</w:t>
        <w:br/>
        <w:t>І ось з тих днів він не дає спокою.</w:t>
      </w:r>
    </w:p>
    <w:p>
      <w:r>
        <w:br/>
        <w:t>Чого йому?.. Ой, ні, це неспроста!&lt;br /&gt;</w:t>
        <w:br/>
        <w:t>Що хоче він — цей чорний Єремія?&lt;br /&gt;</w:t>
        <w:br/>
        <w:t>Страшний і чорний... Всюди вироста&lt;br /&gt;</w:t>
        <w:br/>
        <w:t>Його рука чіпка, тримаючи хреста,&lt;br /&gt;</w:t>
        <w:br/>
        <w:t>Немов нагай... І ряса, як керея.&lt;br /&gt;</w:t>
        <w:br/>
        <w:t>Він, кажуть, не сіряк-простак,—</w:t>
      </w:r>
    </w:p>
    <w:p>
      <w:r>
        <w:br/>
        <w:t>Він, кажуть, сам з Расєї...&lt;br /&gt;</w:t>
        <w:br/>
        <w:t>"Не наш, не наш,— твердила думка десь,—&lt;br /&gt;</w:t>
        <w:br/>
        <w:t>Не сподівайсь добра — то смерть твоя в кереї,&lt;br /&gt;</w:t>
        <w:br/>
        <w:t>То син тамбовського архиєрея,&lt;br /&gt;</w:t>
        <w:br/>
        <w:t>Облудний — як і рід його увесь,&lt;br /&gt;</w:t>
        <w:br/>
        <w:t>Не вір!.."&lt;br /&gt;</w:t>
        <w:br/>
        <w:t>Так — десь.</w:t>
      </w:r>
    </w:p>
    <w:p>
      <w:r>
        <w:br/>
        <w:t>Тремтіло серце, супилось чоло;&lt;br /&gt;</w:t>
        <w:br/>
        <w:t>А по боках десятники чернечі...&lt;br /&gt;</w:t>
        <w:br/>
        <w:t>Такого ще одвіку не було:&lt;br /&gt;</w:t>
        <w:br/>
        <w:t>Немов на каторгу дівчаток повело,&lt;br /&gt;</w:t>
        <w:br/>
        <w:t>І не посмій просить, не то перечить.</w:t>
      </w:r>
    </w:p>
    <w:p>
      <w:r>
        <w:br/>
        <w:t>X</w:t>
      </w:r>
    </w:p>
    <w:p>
      <w:r>
        <w:br/>
        <w:t>А на шляху —&lt;br /&gt;</w:t>
        <w:br/>
        <w:t>Постали матері,—&lt;br /&gt;</w:t>
        <w:br/>
        <w:t>Немає слів, ні сліз,— руками б'ються в поли.&lt;br /&gt;</w:t>
        <w:br/>
        <w:t>Вже й череда пройшла... і день завечорів...&lt;br /&gt;</w:t>
        <w:br/>
        <w:t>Стоять вони до пізньої зорі&lt;br /&gt;</w:t>
        <w:br/>
        <w:t>І хрестяться, і гнуться, як тополі.</w:t>
      </w:r>
    </w:p>
    <w:p>
      <w:r>
        <w:br/>
        <w:t>XI</w:t>
      </w:r>
    </w:p>
    <w:p>
      <w:r>
        <w:br/>
        <w:t>В манастирі... Не дзвонять дзвонарі,&lt;br /&gt;</w:t>
        <w:br/>
        <w:t>Не хор співа під арками крутими,—&lt;br /&gt;</w:t>
        <w:br/>
        <w:t>То б'ється тужно там у цій порі&lt;br /&gt;</w:t>
        <w:br/>
        <w:t>Завішений на крила угорі&lt;br /&gt;</w:t>
        <w:br/>
        <w:t>Дівочий спів мотивами простими:&lt;br /&gt;</w:t>
        <w:br/>
        <w:t>Про втрату літ, про долю, про косу,&lt;br /&gt;</w:t>
        <w:br/>
        <w:t>Про вроду ще, що в злиднях марно в'яне.&lt;br /&gt;</w:t>
        <w:br/>
        <w:t>Печальна форма й невесела суть,—&lt;br /&gt;</w:t>
        <w:br/>
        <w:t>Немовби матір хоронить несуть...&lt;br /&gt;</w:t>
        <w:br/>
        <w:t>І бадьорила всіх та сирота Мар'яна,&lt;br /&gt;</w:t>
        <w:br/>
        <w:t>Сміялась голосно і кидала докір&lt;br /&gt;</w:t>
        <w:br/>
        <w:t>Котрійсь, що десь шепталась журно, —&lt;br /&gt;</w:t>
        <w:br/>
        <w:t>Вплітала втіху у пісні гіркі...&lt;br /&gt;</w:t>
        <w:br/>
        <w:t>Аж враз зривався спів її бравурно&lt;br /&gt;</w:t>
        <w:br/>
        <w:t>Усьому світові наперекір:</w:t>
      </w:r>
    </w:p>
    <w:p>
      <w:r>
        <w:br/>
        <w:t>"Гей, гук, мати, гук!&lt;br /&gt;</w:t>
        <w:br/>
        <w:t>Десь козаки йдуть;&lt;br /&gt;</w:t>
        <w:br/>
        <w:t>Ой, ідуть, ідуть та й сюди прийдуть..&lt;br /&gt;</w:t>
        <w:br/>
        <w:t>То ж веселая та доріженька,&lt;br /&gt;</w:t>
        <w:br/>
        <w:t>Де вони ідуть...&lt;br /&gt;</w:t>
        <w:br/>
        <w:t>Гей, гук, гук!..&lt;br /&gt;</w:t>
        <w:br/>
        <w:t>Отаман іде — як голуб гуде..."</w:t>
      </w:r>
    </w:p>
    <w:p>
      <w:r>
        <w:br/>
        <w:t>Козача пісня — спадщина дідів,—&lt;br /&gt;</w:t>
        <w:br/>
        <w:t>Таж і співала та дочка козача:&lt;br /&gt;</w:t>
        <w:br/>
        <w:t>Заслухалися бороди руді,&lt;br /&gt;</w:t>
        <w:br/>
        <w:t>Відмолодились душі молоді,&lt;br /&gt;</w:t>
        <w:br/>
        <w:t>І задрижав вівтар лайдачий.&lt;br /&gt;</w:t>
        <w:br/>
        <w:t>"Отаман іде — як голуб гуде!.." —</w:t>
      </w:r>
    </w:p>
    <w:p>
      <w:r>
        <w:br/>
        <w:t>Такі слова., такі хороші, милі.&lt;br /&gt;</w:t>
        <w:br/>
        <w:t>О, він прийде, і скоро він прийде,—&lt;br /&gt;</w:t>
        <w:br/>
        <w:t>Це ж пісня залишилася в людей&lt;br /&gt;</w:t>
        <w:br/>
        <w:t>Про нього все — про юнака Данила...</w:t>
      </w:r>
    </w:p>
    <w:p>
      <w:r>
        <w:br/>
        <w:t>Ввійшов послушник. Увійшов і став;&lt;br /&gt;</w:t>
        <w:br/>
        <w:t>Зиркнув на дівчину і зашарівсь по вуха,&lt;br /&gt;</w:t>
        <w:br/>
        <w:t>Аж голову схилив... Така вона проста —&lt;br /&gt;</w:t>
        <w:br/>
        <w:t>Й така вродлива.</w:t>
      </w:r>
    </w:p>
    <w:p>
      <w:r>
        <w:br/>
        <w:t>Розгубився (Матінко свята!)&lt;br /&gt;</w:t>
        <w:br/>
        <w:t>І стало тихо-тихо. Чути, як десь б'ється муха.&lt;br /&gt;</w:t>
        <w:br/>
        <w:t>Промовив враз (а голос задрижав):&lt;br /&gt;</w:t>
        <w:br/>
        <w:t>"Іди... Тебе отець ризничий кличе.&lt;br /&gt;</w:t>
        <w:br/>
        <w:t>Прибрати щось. Спіши... раба..."&lt;br /&gt;</w:t>
        <w:br/>
        <w:t>Немов удар ножа&lt;br /&gt;</w:t>
        <w:br/>
        <w:t>Потрапив в серце: "Ось воно той жаль!"</w:t>
      </w:r>
    </w:p>
    <w:p>
      <w:r>
        <w:br/>
        <w:t>Пішла, а серце билось, билось, як кажан:&lt;br /&gt;</w:t>
        <w:br/>
        <w:t>Її хтось кличе...&lt;br /&gt;</w:t>
        <w:br/>
        <w:t>"Сам"?.. Ризничий?..</w:t>
      </w:r>
    </w:p>
    <w:p>
      <w:r>
        <w:br/>
        <w:t>XII</w:t>
      </w:r>
    </w:p>
    <w:p>
      <w:r>
        <w:br/>
        <w:t>Ось так, і поки день у вікна зазирав,&lt;br /&gt;</w:t>
        <w:br/>
        <w:t>Смутні дівчата мили, прибирали&lt;br /&gt;</w:t>
        <w:br/>
        <w:t>Великий храм... Аж ось — отці з двора&lt;br /&gt;</w:t>
        <w:br/>
        <w:t>Ввійшли. Перемигнулися: "Пора!" —&lt;br /&gt;</w:t>
        <w:br/>
        <w:t>Й отроковиць по келіях погнали.</w:t>
      </w:r>
    </w:p>
    <w:p>
      <w:r>
        <w:br/>
        <w:t>"Гиля, гиля! Гей ти, не одставай!&lt;br /&gt;</w:t>
        <w:br/>
        <w:t>Умийте руки, лиця. Гайда прибирати&lt;br /&gt;</w:t>
        <w:br/>
        <w:t>Святі постелі..." — І по цих словах&lt;br /&gt;</w:t>
        <w:br/>
        <w:t>Їх розбрели по "кущах" п'яних братій.</w:t>
      </w:r>
    </w:p>
    <w:p>
      <w:r>
        <w:br/>
        <w:t>XIII</w:t>
      </w:r>
    </w:p>
    <w:p>
      <w:r>
        <w:br/>
        <w:t>А десь в селі — похилі матері&lt;br /&gt;</w:t>
        <w:br/>
        <w:t>Стоять, суріють, спершись на ворота&lt;br /&gt;</w:t>
        <w:br/>
        <w:t>Грудима кволими,— чекають на дітей,&lt;br /&gt;</w:t>
        <w:br/>
        <w:t>На рідних донь. Тривога їх росте...&lt;br /&gt;</w:t>
        <w:br/>
        <w:t>Чекають і бояться повороту.</w:t>
      </w:r>
    </w:p>
    <w:p>
      <w:r>
        <w:br/>
        <w:t>XIV</w:t>
      </w:r>
    </w:p>
    <w:p>
      <w:r>
        <w:br/>
        <w:t>"Послухай, крале,—&lt;br /&gt;</w:t>
        <w:br/>
        <w:t>Ну ж, не будь дурна...&lt;br /&gt;</w:t>
        <w:br/>
        <w:t>Коли батьків хоч скільки-небудь любиш,&lt;br /&gt;</w:t>
        <w:br/>
        <w:t>Коли бажаєш лихо одігнать,&lt;br /&gt;</w:t>
        <w:br/>
        <w:t>Коли тобі так дорога рідня,&lt;br /&gt;</w:t>
        <w:br/>
        <w:t>Не єрепенься, ну-бо.&lt;br /&gt;</w:t>
        <w:br/>
        <w:t>Ти краля. Маківка. Отож-бо через те&lt;br /&gt;</w:t>
        <w:br/>
        <w:t>Ти маєш щастя. На таку увагу&lt;br /&gt;</w:t>
        <w:br/>
        <w:t>Не спромоглася ні одна...&lt;br /&gt;</w:t>
        <w:br/>
        <w:t>Час іде!&lt;br /&gt;</w:t>
        <w:br/>
        <w:t>Кажи, та знай — владика жде.&lt;br /&gt;</w:t>
        <w:br/>
        <w:t>Він жде... Велика спрага&lt;br /&gt;</w:t>
        <w:br/>
        <w:t>Його опанувала. Ввечері і рано&lt;br /&gt;</w:t>
        <w:br/>
        <w:t>В своїх покоях, ніби на тортурах,&lt;br /&gt;</w:t>
        <w:br/>
        <w:t>Без тебе він. Ну, ластівко..."&lt;br /&gt;</w:t>
        <w:br/>
        <w:t>Мар'яна&lt;br /&gt;</w:t>
        <w:br/>
        <w:t>Дрижить, немов осінній лист,&lt;br /&gt;</w:t>
        <w:br/>
        <w:t>І мовчки важко чоло хмурить, Збагнувши все...&lt;br /&gt;</w:t>
        <w:br/>
        <w:t>Цей дивовижний зміст Немудрих слів...&lt;br /&gt;</w:t>
        <w:br/>
        <w:t>І тихий шепіт — свист&lt;br /&gt;</w:t>
        <w:br/>
        <w:t>Облесливого і страшного змія...&lt;br /&gt;</w:t>
        <w:br/>
        <w:t>Журно...</w:t>
      </w:r>
    </w:p>
    <w:p>
      <w:r>
        <w:br/>
        <w:t>З малої свічки капа віск:&lt;br /&gt;</w:t>
        <w:br/>
        <w:t>Затисли в лапах мука і вагання&lt;br /&gt;</w:t>
        <w:br/>
        <w:t>Гаряче серце. Стигне тік крови.&lt;br /&gt;</w:t>
        <w:br/>
        <w:t>Вовтузяться думки, як жар, у голові,&lt;br /&gt;</w:t>
        <w:br/>
        <w:t>І кожна з них пече й болить...&lt;br /&gt;</w:t>
        <w:br/>
        <w:t>"Мар'яно!&lt;br /&gt;</w:t>
        <w:br/>
        <w:t>Ніхто не знатиме, не бійсь. Немов зіницю ока,&lt;br /&gt;</w:t>
        <w:br/>
        <w:t>Я берегтиму це. Подумай, чорноока,&lt;br /&gt;</w:t>
        <w:br/>
        <w:t>І зрозумій прекрасною своєю головою:&lt;br /&gt;</w:t>
        <w:br/>
        <w:t>Ціною втіхи власної — чудесною ціною —&lt;br /&gt;</w:t>
        <w:br/>
        <w:t>Для всіх, для всіх тих купиш спокій.&lt;br /&gt;</w:t>
        <w:br/>
        <w:t>Будь розумна..."—&lt;br /&gt;</w:t>
        <w:br/>
        <w:t>І руки потирав&lt;br /&gt;</w:t>
        <w:br/>
        <w:t>Уже пан ризничий, що так обтяпав справу,&lt;br /&gt;</w:t>
        <w:br/>
        <w:t>Що близько-близько радісна пора:&lt;br /&gt;</w:t>
        <w:br/>
        <w:t>І буде в нього милостей гора —&lt;br /&gt;</w:t>
        <w:br/>
        <w:t>І хрест, і чотки, й Біблія у золотій оправі,&lt;br /&gt;</w:t>
        <w:br/>
        <w:t>Та ще й пошана...&lt;br /&gt;</w:t>
        <w:br/>
        <w:t>Дівчина мовчить.&lt;br /&gt;</w:t>
        <w:br/>
        <w:t>Біжать думки одчаяні й пекучі.</w:t>
      </w:r>
    </w:p>
    <w:p>
      <w:r>
        <w:br/>
        <w:t>Згадався в і н... Ой серце, серце — цить!&lt;br /&gt;</w:t>
        <w:br/>
        <w:t>І ось на смілому й одвертому лиці&lt;br /&gt;</w:t>
        <w:br/>
        <w:t>Змели вагання мука і рішучість:</w:t>
      </w:r>
    </w:p>
    <w:p>
      <w:r>
        <w:br/>
        <w:t>...І згодилась Мар'яна... Хай вона&lt;br /&gt;</w:t>
        <w:br/>
        <w:t>За всіх їх буде соромом укрита,—&lt;br /&gt;</w:t>
        <w:br/>
        <w:t>Зате, зате сльоза ані одна&lt;br /&gt;</w:t>
        <w:br/>
        <w:t>Не упаде з очей у них, і хай буде ясна&lt;br /&gt;</w:t>
        <w:br/>
        <w:t>У всіх їх доля, хай не плачуть діти...</w:t>
      </w:r>
    </w:p>
    <w:p>
      <w:r>
        <w:br/>
        <w:t>І уявилось їй, як пролетить гроза,&lt;br /&gt;</w:t>
        <w:br/>
        <w:t>Як блисне сонце... як мине навала...&lt;br /&gt;</w:t>
        <w:br/>
        <w:t>І буде люд не жить — пісні низать...&lt;br /&gt;</w:t>
        <w:br/>
        <w:t>"Гаразд".—&lt;br /&gt;</w:t>
        <w:br/>
        <w:t>І тільки раз скотилася сльоза —&lt;br /&gt;</w:t>
        <w:br/>
        <w:t>Данила пригадала, в думці попрощалась.&lt;br /&gt;</w:t>
        <w:br/>
        <w:t>Як кіт, єхидно жмуривсь Никодим&lt;br /&gt;</w:t>
        <w:br/>
        <w:t>І руки потирав: "О, славна, славна, крале!&lt;br /&gt;</w:t>
        <w:br/>
        <w:t>Тихіш... За мною, ось сюди ходи...—&lt;br /&gt;</w:t>
        <w:br/>
        <w:t>Заметушився, посох взяв: — Сюди..."&lt;br /&gt;</w:t>
        <w:br/>
        <w:t>Ступила слідом і...</w:t>
      </w:r>
    </w:p>
    <w:p>
      <w:r>
        <w:br/>
        <w:t>І раптом стала!&lt;br /&gt;</w:t>
        <w:br/>
        <w:t>Застигли очі злякані, в сльозах —&lt;br /&gt;</w:t>
        <w:br/>
        <w:t>Як блискавка, маленька думка в мозок:&lt;br /&gt;</w:t>
        <w:br/>
        <w:t>"А що... а що...— й тіпнув усею жах,—&lt;br /&gt;</w:t>
        <w:br/>
        <w:t>А що, як це полуда на очах?&lt;br /&gt;</w:t>
        <w:br/>
        <w:t>І не минуть, не пройдуть мимо грози?&lt;br /&gt;</w:t>
        <w:br/>
        <w:t>Збезчещена, осміяна вона,&lt;br /&gt;</w:t>
        <w:br/>
        <w:t>А їх усіх усе ж таки одпорять!&lt;br /&gt;</w:t>
        <w:br/>
        <w:t>Страждать... і келих випити до дна..." —&lt;br /&gt;</w:t>
        <w:br/>
        <w:t>І скрикнула, і айкнула луна у коридорах...</w:t>
      </w:r>
    </w:p>
    <w:p>
      <w:r>
        <w:br/>
        <w:t>"Ну, скоро, крале, скоро!.." —&lt;br /&gt;</w:t>
        <w:br/>
        <w:t>Підгонить ризничий. А дівчина — ні руш.&lt;br /&gt;</w:t>
        <w:br/>
        <w:t>Мигає у очах: люди... сльози... тварі...&lt;br /&gt;</w:t>
        <w:br/>
        <w:t>Данило виринув, замучений в виру,&lt;br /&gt;</w:t>
        <w:br/>
        <w:t>І поряд ось заслинена, в жиру&lt;br /&gt;</w:t>
        <w:br/>
        <w:t>Ігуменська мерзотна харя.</w:t>
      </w:r>
    </w:p>
    <w:p>
      <w:r>
        <w:br/>
        <w:t>І спалахнули гнівом очі-зорі,&lt;br /&gt;</w:t>
        <w:br/>
        <w:t>Та й обернулась згода на вогні,&lt;br /&gt;</w:t>
        <w:br/>
        <w:t>На вітер — жах, на попіл — дух покори;&lt;br /&gt;</w:t>
        <w:br/>
        <w:t>І пролунало в коридорі:&lt;br /&gt;</w:t>
        <w:br/>
        <w:t>"Ні!!!"</w:t>
      </w:r>
    </w:p>
    <w:p>
      <w:r>
        <w:br/>
        <w:t>Здригнувсь отець, змішавсь (пропало!):&lt;br /&gt;</w:t>
        <w:br/>
        <w:t>"Ти, що?.. Та ну ж одумайсь... крале!"&lt;br /&gt;</w:t>
        <w:br/>
        <w:t>"Нні! Геть!.."&lt;br /&gt;</w:t>
        <w:br/>
        <w:t>Пан ризничий зубами скреготів:&lt;br /&gt;</w:t>
        <w:br/>
        <w:t>"А-а-а,— ти так? Так стій же, бидло, сука!&lt;br /&gt;</w:t>
        <w:br/>
        <w:t>Паскудниця, стонадцять пар чортів!" —&lt;br /&gt;</w:t>
        <w:br/>
        <w:t>І він її схопить хотів,&lt;br /&gt;</w:t>
        <w:br/>
        <w:t>Мов яструб, кинувся, простягти руки...&lt;br /&gt;</w:t>
        <w:br/>
        <w:t>Та жертва вирвалась І стрімголов змелась.</w:t>
      </w:r>
    </w:p>
    <w:p>
      <w:r>
        <w:br/>
        <w:t>XV</w:t>
      </w:r>
    </w:p>
    <w:p>
      <w:r>
        <w:br/>
        <w:t>Ой, не одна вернулася в сльозах,&lt;br /&gt;</w:t>
        <w:br/>
        <w:t>Ой, не одна та й ніби після бурі...&lt;br /&gt;</w:t>
        <w:br/>
        <w:t>Над селами забився чорний птах,—&lt;br /&gt;</w:t>
        <w:br/>
        <w:t>Там матері ридають по хатах,&lt;br /&gt;</w:t>
        <w:br/>
        <w:t>Батьки суріють, зігнуті, понурі.&lt;br /&gt;</w:t>
        <w:br/>
        <w:t>На покуттях жебрачать каганці.&lt;br /&gt;</w:t>
        <w:br/>
        <w:t>Упала нагло пуком ніч на землю.&lt;br /&gt;</w:t>
        <w:br/>
        <w:t>Спішать покинути злиденні стріхи ці&lt;br /&gt;</w:t>
        <w:br/>
        <w:t>Горбаті тополі — пошарпані старці,&lt;br /&gt;</w:t>
        <w:br/>
        <w:t>Пішли по вигону&lt;br /&gt;</w:t>
        <w:br/>
        <w:t>Мерщій,&lt;br /&gt;</w:t>
        <w:br/>
        <w:t>Мерщій в пустелю&lt;br /&gt;</w:t>
        <w:br/>
        <w:t>І канули...&lt;br /&gt;</w:t>
        <w:br/>
        <w:t>Хто взявся б розказать,&lt;br /&gt;</w:t>
        <w:br/>
        <w:t>Хто б вислухав і не утік, не канув,&lt;br /&gt;</w:t>
        <w:br/>
        <w:t>Хто б витримав,— як з серця геть сповза&lt;br /&gt;</w:t>
        <w:br/>
        <w:t>Остання скріпа?.. Як зростає рана?..</w:t>
      </w:r>
    </w:p>
    <w:p>
      <w:r>
        <w:br/>
        <w:t>Там зазирає в шиби ніч в сльозах,&lt;br /&gt;</w:t>
        <w:br/>
        <w:t>Там розважає подруг сирота Мар'яна.</w:t>
      </w:r>
    </w:p>
    <w:p>
      <w:r>
        <w:br/>
        <w:t>XVI</w:t>
      </w:r>
    </w:p>
    <w:p>
      <w:r>
        <w:br/>
        <w:t>У храмі дим...&lt;br /&gt;</w:t>
        <w:br/>
        <w:t>У храмі сизий дим&lt;br /&gt;</w:t>
        <w:br/>
        <w:t>І світ кривавий капле, кровить грані.&lt;br /&gt;</w:t>
        <w:br/>
        <w:t>Блукають тіні — мацають ввесь дім...&lt;br /&gt;</w:t>
        <w:br/>
        <w:t>Посеред храму чорний "нелюдим",&lt;br /&gt;</w:t>
        <w:br/>
        <w:t>У храмі моторошний шепіт покаяння.</w:t>
      </w:r>
    </w:p>
    <w:p>
      <w:r>
        <w:br/>
        <w:t>"Молітеся!!!" — і капле гнів з перста ;&lt;br /&gt;</w:t>
        <w:br/>
        <w:t>Рокочуть луни, гнуть хрести похилі.&lt;br /&gt;</w:t>
        <w:br/>
        <w:t>І завмира той шум, то знов зроста, зроста,-&lt;br /&gt;</w:t>
        <w:br/>
        <w:t>І озивається з пітьми, із-за хреста&lt;br /&gt;</w:t>
        <w:br/>
        <w:t>Десь грізний рокіт Ієзекіїля:&lt;br /&gt;</w:t>
        <w:br/>
        <w:t>"Молітеся, р-раби!.." — аж свічі тріпотять..&lt;br /&gt;</w:t>
        <w:br/>
        <w:t>Завмерло. Тихо... Чотки шелестять,&lt;br /&gt;</w:t>
        <w:br/>
        <w:t>І маца душі тінь паникадилля...&lt;br /&gt;</w:t>
        <w:br/>
        <w:t>На чорну рясу вдів епітрахиль —&lt;br /&gt;</w:t>
        <w:br/>
        <w:t>Ознака жалоби, скорботи і одчаю,—&lt;br /&gt;</w:t>
        <w:br/>
        <w:t>В руках трикирій . і за всі гріхи&lt;br /&gt;</w:t>
        <w:br/>
        <w:t>(О, де ти, де, мій біль, моя Рахіль?!)&lt;br /&gt;</w:t>
        <w:br/>
        <w:t>В очах відчай, над ними зморшків рій,&lt;br /&gt;</w:t>
        <w:br/>
        <w:t>За словом грім — за кожним рухом мука.&lt;br /&gt;</w:t>
        <w:br/>
        <w:t>Тріпоче жезл в руці міцній,&lt;br /&gt;</w:t>
        <w:br/>
        <w:t>І тягнеться слідом сріблястий змій —&lt;br /&gt;</w:t>
        <w:br/>
        <w:t>Звивається орар, немов гадюка.</w:t>
      </w:r>
    </w:p>
    <w:p>
      <w:r>
        <w:br/>
        <w:t>Махне жезлом — лягають клобуки,&lt;br /&gt;</w:t>
        <w:br/>
        <w:t>Гукне — і стогнуть. Ніби москалями,&lt;br /&gt;</w:t>
        <w:br/>
        <w:t>Він крутить ними помахом руки...&lt;br /&gt;</w:t>
        <w:br/>
        <w:t>І кадить, кадить дяк гладкий,&lt;br /&gt;</w:t>
        <w:br/>
        <w:t>І бродять тіні в хвилях фіміаму.</w:t>
      </w:r>
    </w:p>
    <w:p>
      <w:r>
        <w:br/>
        <w:t>Могила — ніч, а церква ніби гроб:&lt;br /&gt;</w:t>
        <w:br/>
        <w:t>У нім мерці з скаженим диригентом.&lt;br /&gt;</w:t>
        <w:br/>
        <w:t>А в центрі — серце з вицвілим нутром —&lt;br /&gt;</w:t>
        <w:br/>
        <w:t>Полискує, скорбить багряний ромб&lt;br /&gt;</w:t>
        <w:br/>
        <w:t>І сходять кров'ю нерви позументів...</w:t>
      </w:r>
    </w:p>
    <w:p>
      <w:r>
        <w:br/>
        <w:t>Усіх, усіх до храму позганяв&lt;br /&gt;</w:t>
        <w:br/>
        <w:t>Та й мучить, та й вичитує з амвону.&lt;br /&gt;</w:t>
        <w:br/>
        <w:t>Росте відчай... Тікає сон з лиця...&lt;br /&gt;</w:t>
        <w:br/>
        <w:t>І тягнеться вечірня без кінця,&lt;br /&gt;</w:t>
        <w:br/>
        <w:t>І без кінця кладуть ченці поклони.&lt;br /&gt;</w:t>
        <w:br/>
        <w:t>І вторять їм в патьоках сліз свічки&lt;br /&gt;</w:t>
        <w:br/>
        <w:t>(А все з-за неї — все із-за Мар'яни).&lt;br /&gt;</w:t>
        <w:br/>
        <w:t>Як жорства, сипляться слова крихкі,</w:t>
      </w:r>
    </w:p>
    <w:p>
      <w:r>
        <w:br/>
        <w:t>І не спасуть ні чотки, ні пучки,—&lt;br /&gt;</w:t>
        <w:br/>
        <w:t>Зробилось пекло з дивної "нірвани" ...&lt;br /&gt;</w:t>
        <w:br/>
        <w:t>І в'ються безпорадно клобуки,&lt;br /&gt;</w:t>
        <w:br/>
        <w:t>Немов в дьогті потоплі таракани.</w:t>
      </w:r>
    </w:p>
    <w:p>
      <w:r>
        <w:br/>
        <w:t>XVII</w:t>
      </w:r>
    </w:p>
    <w:p>
      <w:r>
        <w:br/>
        <w:t>Ридає дзвін... І хлопа крильми птах&lt;br /&gt;</w:t>
        <w:br/>
        <w:t>Півночі глупої та й ловить дзьобом тони —&lt;br /&gt;</w:t>
        <w:br/>
        <w:t>Тягучі тони, як виття гієн.&lt;br /&gt;</w:t>
        <w:br/>
        <w:t>То на пожарищі страшному віл бує,&lt;br /&gt;</w:t>
        <w:br/>
        <w:t>Чи то у бурю корабель на морі тоне.&lt;br /&gt;</w:t>
        <w:br/>
        <w:t>Ридає: "Ах!., ах... ах-х-..." —&lt;br /&gt;</w:t>
        <w:br/>
        <w:t>Протяжно так і так погребно дзвонить.</w:t>
      </w:r>
    </w:p>
    <w:p>
      <w:r>
        <w:br/>
        <w:t>Та не біжить ніхто.&lt;br /&gt;</w:t>
        <w:br/>
        <w:t>І стогне дзвін один,&lt;br /&gt;</w:t>
        <w:br/>
        <w:t>І котить луни ген за перевали,&lt;br /&gt;</w:t>
        <w:br/>
        <w:t>Туди — до обрію, де світлий князь осів...</w:t>
      </w:r>
    </w:p>
    <w:p>
      <w:r>
        <w:br/>
        <w:t>Та тільки гребні Гонтівських лісів&lt;br /&gt;</w:t>
        <w:br/>
        <w:t>До обрію дорогу перетяли.</w:t>
      </w:r>
    </w:p>
    <w:p>
      <w:r>
        <w:br/>
        <w:t>Стоять вони, понурі, мовчазні,&lt;br /&gt;</w:t>
        <w:br/>
        <w:t>Як ніч, безмежні, чорні і безкраї,&lt;br /&gt;</w:t>
        <w:br/>
        <w:t>Вислухують, як стогне дико дзвін,&lt;br /&gt;</w:t>
        <w:br/>
        <w:t>Як захлинається відчаєм він,&lt;br /&gt;</w:t>
        <w:br/>
        <w:t>І рев його з злобою переймають...&lt;br /&gt;</w:t>
        <w:br/>
        <w:t>Ховають тайну... Знають і мовчать,&lt;br /&gt;</w:t>
        <w:br/>
        <w:t>Шепочуться, ворушаться спроквола...&lt;br /&gt;</w:t>
        <w:br/>
        <w:t>То в темряві одточує меча&lt;br /&gt;</w:t>
        <w:br/>
        <w:t>Великий месник. У туман вмоча&lt;br /&gt;</w:t>
        <w:br/>
        <w:t>І лезо моторошно пробує на волос...</w:t>
      </w:r>
    </w:p>
    <w:p>
      <w:r>
        <w:br/>
        <w:t>Знов дзвін ревнув...</w:t>
      </w:r>
    </w:p>
    <w:p>
      <w:r>
        <w:br/>
        <w:t>XVIII</w:t>
      </w:r>
    </w:p>
    <w:p>
      <w:r>
        <w:br/>
        <w:t>...Віддавсь луною крик&lt;br /&gt;</w:t>
        <w:br/>
        <w:t>В печері дальній:&lt;br /&gt;</w:t>
        <w:br/>
        <w:t>"О прокляті дзвони!&lt;br /&gt;</w:t>
        <w:br/>
        <w:t>Бодай полопалися ви, бодай повік&lt;br /&gt;</w:t>
        <w:br/>
        <w:t>Не чути вас!.." — в печері так прорік&lt;br /&gt;</w:t>
        <w:br/>
        <w:t>Старий Гармаш і стис руками скроні.&lt;br /&gt;</w:t>
        <w:br/>
        <w:t>Вони сиділи в сховищі лісів,&lt;br /&gt;</w:t>
        <w:br/>
        <w:t>Де лиш ведмеді, вепри та куниці —&lt;br /&gt;</w:t>
        <w:br/>
        <w:t>Єдині хазяї та ярчаки вовків.&lt;br /&gt;</w:t>
        <w:br/>
        <w:t>У виритій печері вогник тлів&lt;br /&gt;</w:t>
        <w:br/>
        <w:t>І лащився на схудлі лиця.</w:t>
      </w:r>
    </w:p>
    <w:p>
      <w:r>
        <w:br/>
        <w:t>Сидів і нещадим варив.&lt;br /&gt;</w:t>
        <w:br/>
        <w:t>Просилася печаль до серця в куми...&lt;br /&gt;</w:t>
        <w:br/>
        <w:t>Жарини тріскалися, роєм догори,&lt;br /&gt;</w:t>
        <w:br/>
        <w:t>Кидались іскри, гасли... До жарин&lt;br /&gt;</w:t>
        <w:br/>
        <w:t>Схиливсь Данило й важко думу думав.&lt;br /&gt;</w:t>
        <w:br/>
        <w:t>Зійшлися брови — як одна брова,</w:t>
      </w:r>
    </w:p>
    <w:p>
      <w:r>
        <w:br/>
        <w:t>Боролись в серці з вірою зневіра...&lt;br /&gt;</w:t>
        <w:br/>
        <w:t>Вкладав думки в несказані слова,&lt;br /&gt;</w:t>
        <w:br/>
        <w:t>Кусав губу і никла голова,&lt;br /&gt;</w:t>
        <w:br/>
        <w:t>Як у в лещатах стиснутого звіра;&lt;br /&gt;</w:t>
        <w:br/>
        <w:t>В душі кипить, а у очах вогонь.&lt;br /&gt;</w:t>
        <w:br/>
        <w:t>Думки його не мрії, не химери...</w:t>
      </w:r>
    </w:p>
    <w:p>
      <w:r>
        <w:br/>
        <w:t>Забрала тиша, як вода, усе в полон.&lt;br /&gt;</w:t>
        <w:br/>
        <w:t>Десь озивавсь глухар крізь сон,&lt;br /&gt;</w:t>
        <w:br/>
        <w:t>І сторожила ніч печеру...&lt;br /&gt;</w:t>
        <w:br/>
        <w:t>"Полопаються, діду! Гей, зажди!&lt;br /&gt;</w:t>
        <w:br/>
        <w:t>Розплавляться і скапають, як сльози&lt;br /&gt;</w:t>
        <w:br/>
        <w:t>Дітей твоїх...&lt;br /&gt;</w:t>
        <w:br/>
        <w:t>Нехай ми і сами, але, зажди, зажди!&lt;br /&gt;</w:t>
        <w:br/>
        <w:t>Не одиниці — сотні зійдуться сюди,&lt;br /&gt;</w:t>
        <w:br/>
        <w:t>Не стримають,— прокльони, і погрози,&lt;br /&gt;</w:t>
        <w:br/>
        <w:t>І гнів страшний сюди приволочуть!.."&lt;br /&gt;</w:t>
        <w:br/>
        <w:t>Гармаш: "Вже годі... бачив..."&lt;br /&gt;</w:t>
        <w:br/>
        <w:t>Данило: "Ні! Я певен, знаю;&lt;br /&gt;</w:t>
        <w:br/>
        <w:t>Повір мені: де речі не візьмуть,&lt;br /&gt;</w:t>
        <w:br/>
        <w:t>Де не візьмуть слова, де рабську каламуть&lt;br /&gt;</w:t>
        <w:br/>
        <w:t>Огнем не збореш, сила є другая.&lt;br /&gt;</w:t>
        <w:br/>
        <w:t>Не наша, правда, сила (що ж, дарма),&lt;br /&gt;</w:t>
        <w:br/>
        <w:t>І не вогонь святий то буде, не слова,&lt;br /&gt;</w:t>
        <w:br/>
        <w:t>Не крик таких, як ми,— то буде тиск ярма!&lt;br /&gt;</w:t>
        <w:br/>
        <w:t>То буде полум'я, що пухирі здійма —&lt;br /&gt;</w:t>
        <w:br/>
        <w:t>То — власний крик живцем обдертої корови!&lt;br /&gt;</w:t>
        <w:br/>
        <w:t>І ось тоді вони прийдуть сюди,&lt;br /&gt;</w:t>
        <w:br/>
        <w:t>Повір... Цього я певен, певен змалку.&lt;br /&gt;</w:t>
        <w:br/>
        <w:t>У слові — сила, та що словом не збудить,&lt;br /&gt;</w:t>
        <w:br/>
        <w:t>Розбудять те штики в крові руді,&lt;br /&gt;</w:t>
        <w:br/>
        <w:t>Розбудить те нагай в чотири сталки!..1"&lt;br /&gt;</w:t>
        <w:br/>
        <w:t>"Ой, сину, сину!.."&lt;br /&gt;</w:t>
        <w:br/>
        <w:t>"Чую, батьку мій!&lt;br /&gt;</w:t>
        <w:br/>
        <w:t>І вірю, що тоді таган твій вірно вдарить&lt;br /&gt;</w:t>
        <w:br/>
        <w:t>І скличе довбиш, гей, та не бабів,&lt;br /&gt;</w:t>
        <w:br/>
        <w:t>А бунтарів, а козаків!&lt;br /&gt;</w:t>
        <w:br/>
        <w:t>І задрижить, затріпотить примара,&lt;br /&gt;</w:t>
        <w:br/>
        <w:t>І блисне меч..."&lt;br /&gt;</w:t>
        <w:br/>
        <w:t>"Якби ж то, сину..."&lt;br /&gt;</w:t>
        <w:br/>
        <w:t>"Вірю!.."&lt;br /&gt;</w:t>
        <w:br/>
        <w:t>Враз засвітилися вогнем старечі очі,—&lt;br /&gt;</w:t>
        <w:br/>
        <w:t>Схопився, шапку об землю потирив:&lt;br /&gt;</w:t>
        <w:br/>
        <w:t>"Ех, матері їх хиря!&lt;br /&gt;</w:t>
        <w:br/>
        <w:t>Та біля тебе я — юнак. Даниле. Хлопче!..&lt;br /&gt;</w:t>
        <w:br/>
        <w:t>Ударить... Раз ударити б мені&lt;br /&gt;</w:t>
        <w:br/>
        <w:t>По-твойому, щоб злидні спопеліли,&lt;br /&gt;</w:t>
        <w:br/>
        <w:t>Щоб з переляку вороги тремтіли!&lt;br /&gt;</w:t>
        <w:br/>
        <w:t>Тоді і вмерти. Але вмерти щоб в огні,&lt;br /&gt;</w:t>
        <w:br/>
        <w:t>По-справжньому, з тобою, сину, вряд.&lt;br /&gt;</w:t>
        <w:br/>
        <w:t>Або ні-ні! Я вже чурбак зотлілий,—&lt;br /&gt;</w:t>
        <w:br/>
        <w:t>Живи. Такі, як ти, не мусять умирать,—&lt;br /&gt;</w:t>
        <w:br/>
        <w:t>Живи! Гори! А я... мені б лише хоч раз&lt;br /&gt;</w:t>
        <w:br/>
        <w:t>Побачити, як ярма погорять.&lt;br /&gt;</w:t>
        <w:br/>
        <w:t>Побачити б хоч раз, хоч би з могили..."&lt;br /&gt;</w:t>
        <w:br/>
        <w:t>Гасає ватра... Слухає, стоїть&lt;br /&gt;</w:t>
        <w:br/>
        <w:t>Біля печери ніч, і їй аж наче чудно:&lt;br /&gt;</w:t>
        <w:br/>
        <w:t>"Ой, візьмуть когось завтра в нагаї...&lt;br /&gt;</w:t>
        <w:br/>
        <w:t>Ой хлопчики мої, сини мої!&lt;br /&gt;</w:t>
        <w:br/>
        <w:t>І що то завтра буде..."</w:t>
      </w:r>
    </w:p>
    <w:p>
      <w:r>
        <w:br/>
        <w:t>XIX</w:t>
      </w:r>
    </w:p>
    <w:p>
      <w:r>
        <w:br/>
        <w:t>Бентежний сон&lt;br /&gt;</w:t>
        <w:br/>
        <w:t>Притис чоло до рук...&lt;br /&gt;</w:t>
        <w:br/>
        <w:t>Хтось серце взяв, розкрив його, ворожить.&lt;br /&gt;</w:t>
        <w:br/>
        <w:t>Крізь сон Данило марить: ...десь в бору&lt;br /&gt;</w:t>
        <w:br/>
        <w:t>Збирає квіти з нею... Ловить гру&lt;br /&gt;</w:t>
        <w:br/>
        <w:t>Її усмішки і, як повну рожу,&lt;br /&gt;</w:t>
        <w:br/>
        <w:t>Цілує губи... Стан її гнучкий&lt;br /&gt;</w:t>
        <w:br/>
        <w:t>Звивається в обіймах і тріпоче...&lt;br /&gt;</w:t>
        <w:br/>
        <w:t>І враз тривога, біль гіркий-гіркий&lt;br /&gt;</w:t>
        <w:br/>
        <w:t>Штовхнули душу, ніби вдарив кий,&lt;br /&gt;</w:t>
        <w:br/>
        <w:t>І задрижали розпачем закриті очі.&lt;br /&gt;</w:t>
        <w:br/>
        <w:t>Насіла груди, горло стисла тінь —&lt;br /&gt;</w:t>
        <w:br/>
        <w:t>Незнана тінь передчуття страшного...&lt;br /&gt;</w:t>
        <w:br/>
        <w:t>Даремно хоче встать, дихнуть хоч раз один,—&lt;br /&gt;</w:t>
        <w:br/>
        <w:t>Прикований, ніби цвяхами, він,—</w:t>
      </w:r>
    </w:p>
    <w:p>
      <w:r>
        <w:br/>
        <w:t>Замучений після доби тривоги...&lt;br /&gt;</w:t>
        <w:br/>
        <w:t>Росте неспокій. Маріння і сни&lt;br /&gt;</w:t>
        <w:br/>
        <w:t>Тріпають серце, як дощі осінні&lt;br /&gt;</w:t>
        <w:br/>
        <w:t>Самотній лист...&lt;br /&gt;</w:t>
        <w:br/>
        <w:t>Як враз здригнувсь:&lt;br /&gt;</w:t>
        <w:br/>
        <w:t>У тишині&lt;br /&gt;</w:t>
        <w:br/>
        <w:t>Дівочий голос тихо забринів...&lt;br /&gt;</w:t>
        <w:br/>
        <w:t>І, розсипаючи усмішку, як проміння,&lt;br /&gt;</w:t>
        <w:br/>
        <w:t>Ввійшла — вона...&lt;br /&gt;</w:t>
        <w:br/>
        <w:t>Взяла за руку: "Цссс..."</w:t>
      </w:r>
    </w:p>
    <w:p>
      <w:r>
        <w:br/>
        <w:t>Схопивсь. Ніч вищірила рота.&lt;br /&gt;</w:t>
        <w:br/>
        <w:t>Ніде нікого...— "Боже мій, це смерть!.."&lt;br /&gt;</w:t>
        <w:br/>
        <w:t>Тривогою наллялось серце вщерть,&lt;br /&gt;</w:t>
        <w:br/>
        <w:t>І вкрилося чоло холодним потом.&lt;br /&gt;</w:t>
        <w:br/>
        <w:t>Натис на серце чийсь каблук крутий,&lt;br /&gt;</w:t>
        <w:br/>
        <w:t>І вовком хочеться у ніч завити,—&lt;br /&gt;</w:t>
        <w:br/>
        <w:t>І тягне — враз схопитись і піти&lt;br /&gt;</w:t>
        <w:br/>
        <w:t>Мерщій, мерщій... Побачити, знайти,&lt;br /&gt;</w:t>
        <w:br/>
        <w:t>Схопить на руки й з нею утекти!&lt;br /&gt;</w:t>
        <w:br/>
        <w:t>Втекти на чужину —&lt;br /&gt;</w:t>
        <w:br/>
        <w:t>До сонця! На край світу...&lt;br /&gt;</w:t>
        <w:br/>
        <w:t>Дрімає дід. Навколо тишина,&lt;br /&gt;</w:t>
        <w:br/>
        <w:t>Лиш десь крізь сон з плачем кричить тетеря .&lt;br /&gt;</w:t>
        <w:br/>
        <w:t>Ніч розвела востаннє вартових,&lt;br /&gt;</w:t>
        <w:br/>
        <w:t>Перепитала гасло в них,—&lt;br /&gt;</w:t>
        <w:br/>
        <w:t>І дуб старий вартує вхід в печеру.&lt;br /&gt;</w:t>
        <w:br/>
        <w:t>Встає світанок, а душа болить...&lt;br /&gt;</w:t>
        <w:br/>
        <w:t>Піти? На мить, хоч на одну годину,&lt;br /&gt;</w:t>
        <w:br/>
        <w:t>Хоч глянути — хай серце не щемить,&lt;br /&gt;</w:t>
        <w:br/>
        <w:t>На мить... всього тільки на мить,&lt;br /&gt;</w:t>
        <w:br/>
        <w:t>Раз глянути, раз нишком оком кинуть.&lt;br /&gt;</w:t>
        <w:br/>
        <w:t>І... "Ні!.. Не буде... Буде — та не так.&lt;br /&gt;</w:t>
        <w:br/>
        <w:t>Прийду! І не на час, не на одну годину,&lt;br /&gt;</w:t>
        <w:br/>
        <w:t>Але тоді, як, замість наших сліз,&lt;br /&gt;</w:t>
        <w:br/>
        <w:t>По шкурі ворогів та й дратиме мороз&lt;br /&gt;</w:t>
        <w:br/>
        <w:t>Від імені мого одного... Я прилину —&lt;br /&gt;</w:t>
        <w:br/>
        <w:t>На їхні голови, як камінь, упаду.&lt;br /&gt;</w:t>
        <w:br/>
        <w:t>І не врятує ані Бог, ні чорт, ні жезл&lt;br /&gt;</w:t>
        <w:br/>
        <w:t>чотирихресний,&lt;br /&gt;</w:t>
        <w:br/>
        <w:t>Ніхто! За вас... Ти чуєш? Довбиші гудуть!&lt;br /&gt;</w:t>
        <w:br/>
        <w:t>Хороша... люба... змучена... Прийду!&lt;br /&gt;</w:t>
        <w:br/>
        <w:t>Але не як кріпак,&lt;br /&gt;</w:t>
        <w:br/>
        <w:t>А як страшний розкутий месник".</w:t>
      </w:r>
    </w:p>
    <w:p>
      <w:r>
        <w:br/>
        <w:t>РОЗДІЛ ТРЕТІЙ</w:t>
      </w:r>
    </w:p>
    <w:p>
      <w:r>
        <w:br/>
        <w:t>І</w:t>
      </w:r>
    </w:p>
    <w:p>
      <w:r>
        <w:br/>
        <w:t>На озерявинні, у Гонтівських лісах,&lt;br /&gt;</w:t>
        <w:br/>
        <w:t>Горять вогні... Ковадло креше тони...&lt;br /&gt;</w:t>
        <w:br/>
        <w:t>Із кіс ножі гартуються в огнях.&lt;br /&gt;</w:t>
        <w:br/>
        <w:t>Отокувались злидні в куренях.&lt;br /&gt;</w:t>
        <w:br/>
        <w:t>Копитом землю б'ють мужицькі коні.&lt;br /&gt;</w:t>
        <w:br/>
        <w:t>Не 'дин, не два...&lt;br /&gt;</w:t>
        <w:br/>
        <w:t>Що день — то все ростуть.&lt;br /&gt;</w:t>
        <w:br/>
        <w:t>Вже димом темні хащі прокадили.&lt;br /&gt;</w:t>
        <w:br/>
        <w:t>Ладнаються, збираються у путь...&lt;br /&gt;</w:t>
        <w:br/>
        <w:t>То злидні на останнє гасло ждуть,&lt;br /&gt;</w:t>
        <w:br/>
        <w:t>І отаман у їх — стрункий юнак Данило.</w:t>
      </w:r>
    </w:p>
    <w:p>
      <w:r>
        <w:br/>
        <w:t>II</w:t>
      </w:r>
    </w:p>
    <w:p>
      <w:r>
        <w:br/>
        <w:t>Збирались люди, сходились у стан&lt;br /&gt;</w:t>
        <w:br/>
        <w:t>По одному, по двоє, та щоднини.&lt;br /&gt;</w:t>
        <w:br/>
        <w:t>З перекалки крізь хащі, крізь туман,&lt;br /&gt;</w:t>
        <w:br/>
        <w:t>З прокльонами тягли зігнутий стан&lt;br /&gt;</w:t>
        <w:br/>
        <w:t>I канчуками вилущену спину.&lt;br /&gt;</w:t>
        <w:br/>
        <w:t>В рудих свитках і просто в яргаках,&lt;br /&gt;</w:t>
        <w:br/>
        <w:t>Із штолями, з кийками, як прочани,&lt;br /&gt;</w:t>
        <w:br/>
        <w:t>Неначе злодії, з ножами у руках...&lt;br /&gt;</w:t>
        <w:br/>
        <w:t>Синіють свіжі шруби на щоках&lt;br /&gt;</w:t>
        <w:br/>
        <w:t>І незализані щемлять на серці рани...</w:t>
      </w:r>
    </w:p>
    <w:p>
      <w:r>
        <w:br/>
        <w:t>Ідуть, злітаються, несуть лихі звістки;&lt;br /&gt;</w:t>
        <w:br/>
        <w:t>Що день, то більш, що не доба, то зліші:&lt;br /&gt;</w:t>
        <w:br/>
        <w:t>"Та гей, упали ж царські гайдуки!"&lt;br /&gt;</w:t>
        <w:br/>
        <w:t>Закрукали над селами круки.</w:t>
      </w:r>
    </w:p>
    <w:p>
      <w:r>
        <w:br/>
        <w:t>І у сльозах людських давно потошіи миші...&lt;br /&gt;</w:t>
        <w:br/>
        <w:t>Дійшло до вінця...&lt;br /&gt;</w:t>
        <w:br/>
        <w:t>Й не один зірвавсь,&lt;br /&gt;</w:t>
        <w:br/>
        <w:t>Розборкався, підвівсь, опростав спину,—&lt;br /&gt;</w:t>
        <w:br/>
        <w:t>Гей, зашуміла буйно голова...&lt;br /&gt;</w:t>
        <w:br/>
        <w:t>І справдились Данилові слова:&lt;br /&gt;</w:t>
        <w:br/>
        <w:t>Ударила дванадцята година.</w:t>
      </w:r>
    </w:p>
    <w:p>
      <w:r>
        <w:br/>
        <w:t>III</w:t>
      </w:r>
    </w:p>
    <w:p>
      <w:r>
        <w:br/>
        <w:t>З Зарічної прибігли втікачі,&lt;br /&gt;</w:t>
        <w:br/>
        <w:t>Прийшли у стан обдерті і голодні...&lt;br /&gt;</w:t>
        <w:br/>
        <w:t>Знайшли Данила:&lt;br /&gt;</w:t>
        <w:br/>
        <w:t>"Брате наш! Учи!..&lt;br /&gt;</w:t>
        <w:br/>
        <w:t>Тоді ми тебе зрадили вночі,&lt;br /&gt;</w:t>
        <w:br/>
        <w:t>Ми зрадили, кляли, але сьогодні...&lt;br /&gt;</w:t>
        <w:br/>
        <w:t>"Ой, що було! Та й що було... а ой!&lt;br /&gt;</w:t>
        <w:br/>
        <w:t>Перевернулося і стало серце руба..." —&lt;br /&gt;</w:t>
        <w:br/>
        <w:t>І перший з них, що проти нього вів&lt;br /&gt;</w:t>
        <w:br/>
        <w:t>Усю громаду, що совою вив,&lt;br /&gt;</w:t>
        <w:br/>
        <w:t>Кричав і ремствував тоді,&lt;br /&gt;</w:t>
        <w:br/>
        <w:t>Найперший той&lt;br /&gt;</w:t>
        <w:br/>
        <w:t>З прокльоном виплюнув на сірий попіл зуби:&lt;br /&gt;</w:t>
        <w:br/>
        <w:t>"Веди!..&lt;br /&gt;</w:t>
        <w:br/>
        <w:t>Тепер уже ні жінки, ні дітей!&lt;br /&gt;</w:t>
        <w:br/>
        <w:t>Ані дочки, ні дівчинки-онуки...&lt;br /&gt;</w:t>
        <w:br/>
        <w:t>Шарлай на їхній крові поросте..." —&lt;br /&gt;</w:t>
        <w:br/>
        <w:t>І розказали люди ці про те,&lt;br /&gt;</w:t>
        <w:br/>
        <w:t>Як на село солдати впали пуком .</w:t>
      </w:r>
    </w:p>
    <w:p>
      <w:r>
        <w:br/>
        <w:t>Штики... арапники... Огонь... дитячий крик.&lt;br /&gt;</w:t>
        <w:br/>
        <w:t>На вербах шибениці та й над ступарями ,&lt;br /&gt;</w:t>
        <w:br/>
        <w:t>А церква банями сміялася згори:&lt;br /&gt;</w:t>
        <w:br/>
        <w:t>Катів стрічали бучно дзвонарі,&lt;br /&gt;</w:t>
        <w:br/>
        <w:t>І вийшли охрести із кованої брами...</w:t>
      </w:r>
    </w:p>
    <w:p>
      <w:r>
        <w:br/>
        <w:t>Ігумен з вежі пильно доглядав,&lt;br /&gt;</w:t>
        <w:br/>
        <w:t>Поки й кінчили. Вийшов зустрічати...&lt;br /&gt;</w:t>
        <w:br/>
        <w:t>Земля потовчена, сковиряна, руда...&lt;br /&gt;</w:t>
        <w:br/>
        <w:t>Зайшла осугою кривавою вода...&lt;br /&gt;</w:t>
        <w:br/>
        <w:t>І стогнуть матері потоптані;&lt;br /&gt;</w:t>
        <w:br/>
        <w:t>Дівчата ж!..</w:t>
      </w:r>
    </w:p>
    <w:p>
      <w:r>
        <w:br/>
        <w:t>Понуро слухають ополисті дуби,&lt;br /&gt;</w:t>
        <w:br/>
        <w:t>А промінь ватр глитає ніч-прожеря;&lt;br /&gt;</w:t>
        <w:br/>
        <w:t>Затислись щелепи в сторукої юрби...&lt;br /&gt;</w:t>
        <w:br/>
        <w:t>Данило слухає — обмовився хоч би! —&lt;br /&gt;</w:t>
        <w:br/>
        <w:t>І тільки серце б'ється, як щупак в рукгелі .&lt;br /&gt;</w:t>
        <w:br/>
        <w:t>Страшні,&lt;br /&gt;</w:t>
        <w:br/>
        <w:t>Нечувані й невидані діла!&lt;br /&gt;</w:t>
        <w:br/>
        <w:t>А над усе — один момент строкатий&lt;br /&gt;</w:t>
        <w:br/>
        <w:t>У душу врізався із цього моря зла,—&lt;br /&gt;</w:t>
        <w:br/>
        <w:t>І так немов оса жало дала,—&lt;br /&gt;</w:t>
        <w:br/>
        <w:t>Привиділись надругані дівчата...&lt;br /&gt;</w:t>
        <w:br/>
        <w:t>Сполохані, як кібцем голуби,&lt;br /&gt;</w:t>
        <w:br/>
        <w:t>Зацьковані, біжать простоволосі&lt;br /&gt;</w:t>
        <w:br/>
        <w:t>І не втечуть... І ловить всяк собі.&lt;br /&gt;</w:t>
        <w:br/>
        <w:t>Оголені, між п'яної юрби,&lt;br /&gt;</w:t>
        <w:br/>
        <w:t>Звиваються, притягнуті за коси...</w:t>
      </w:r>
    </w:p>
    <w:p>
      <w:r>
        <w:br/>
        <w:t>І перебіг по серцю холодок:&lt;br /&gt;</w:t>
        <w:br/>
        <w:t>"Мар'янко, люба"... Що то, що то з нею!?&lt;br /&gt;</w:t>
        <w:br/>
        <w:t>Та не сказав нікому цих думок,—&lt;br /&gt;</w:t>
        <w:br/>
        <w:t>Тривогу приховав. І тільки (ніби змок)&lt;br /&gt;</w:t>
        <w:br/>
        <w:t>Закутавсь щільно в подрану керею.</w:t>
      </w:r>
    </w:p>
    <w:p>
      <w:r>
        <w:br/>
        <w:t>IV</w:t>
      </w:r>
    </w:p>
    <w:p>
      <w:r>
        <w:br/>
        <w:t>"Оце і сон. Оце тобі й мара..."&lt;br /&gt;</w:t>
        <w:br/>
        <w:t>І не дають думки спокою ні на хвилю.&lt;br /&gt;</w:t>
        <w:br/>
        <w:t>А стан вирує: "Гей, отамане, пора!&lt;br /&gt;</w:t>
        <w:br/>
        <w:t>Пора! Ходім!.."&lt;br /&gt;</w:t>
        <w:br/>
        <w:t>"...Нерівна гра,&lt;br /&gt;</w:t>
        <w:br/>
        <w:t>Заждім... Хай вийдуть москалі з манастиря&lt;br /&gt;</w:t>
        <w:br/>
        <w:t>Багато їх, і нам це понад силу.&lt;br /&gt;</w:t>
        <w:br/>
        <w:t>Порадимось..."</w:t>
      </w:r>
    </w:p>
    <w:p>
      <w:r>
        <w:br/>
        <w:t>І радились вони.&lt;br /&gt;</w:t>
        <w:br/>
        <w:t>Свербіли в хлопців руки, зуб свистів до бою;&lt;br /&gt;</w:t>
        <w:br/>
        <w:t>Данило й сам тримавсь, як на вогні...&lt;br /&gt;</w:t>
        <w:br/>
        <w:t>"Але, ні-ні,— не будемо дурні&lt;br /&gt;</w:t>
        <w:br/>
        <w:t>І не дамо угноювати панський лан собою.</w:t>
      </w:r>
    </w:p>
    <w:p>
      <w:r>
        <w:br/>
        <w:t>Заждімо день, заждімо два, дарма,&lt;br /&gt;</w:t>
        <w:br/>
        <w:t>Але тоді напевне час розплати&lt;br /&gt;</w:t>
        <w:br/>
        <w:t>Не вислизне із рук. Ми зможемо тримать —&lt;br /&gt;</w:t>
        <w:br/>
        <w:t>Не день, не два облоги не здіймать,&lt;br /&gt;</w:t>
        <w:br/>
        <w:t>Й не доведеться нам нікого проклинати.</w:t>
      </w:r>
    </w:p>
    <w:p>
      <w:r>
        <w:br/>
        <w:t>Хай люди йдуть, злітаються нехай,&lt;br /&gt;</w:t>
        <w:br/>
        <w:t>А поки що — копаймо добрі шанці.&lt;br /&gt;</w:t>
        <w:br/>
        <w:t>Насиплемо вали, обведемо цей плай&lt;br /&gt;</w:t>
        <w:br/>
        <w:t>Та зміцнимо — і вже тоді, гай-гай,&lt;br /&gt;</w:t>
        <w:br/>
        <w:t>Ніякий чорт ані вночі, ні вранці&lt;br /&gt;</w:t>
        <w:br/>
        <w:t>Не візьме нас! Хай буде це лігвом,&lt;br /&gt;</w:t>
        <w:br/>
        <w:t>Тут зможем ми зализувати рани&lt;br /&gt;</w:t>
        <w:br/>
        <w:t>В часи поразок. Тут утечемо.&lt;br /&gt;</w:t>
        <w:br/>
        <w:t>Розіб'ють нас — ми знов оживемо,&lt;br /&gt;</w:t>
        <w:br/>
        <w:t>Поки подолаєм. Чи так кажу?"&lt;br /&gt;</w:t>
        <w:br/>
        <w:t>"Даниле! Отамане!&lt;br /&gt;</w:t>
        <w:br/>
        <w:t>Розумно мовиш, брате! Буде так.&lt;br /&gt;</w:t>
        <w:br/>
        <w:t>Розумно!., добре!.." згодилась громада.&lt;br /&gt;</w:t>
        <w:br/>
        <w:t>"А ще:&lt;br /&gt;</w:t>
        <w:br/>
        <w:t>Нехай наймиршавіший сіряк,—&lt;br /&gt;</w:t>
        <w:br/>
        <w:t>А як ступив сюди — однині він козак,&lt;br /&gt;</w:t>
        <w:br/>
        <w:t>І лад у нас козацьким ладом буде..."&lt;br /&gt;</w:t>
        <w:br/>
        <w:t>І довго радились вчорашні кріпаки;&lt;br /&gt;</w:t>
        <w:br/>
        <w:t>Хто як умів прислужувавсь військовій&lt;br /&gt;</w:t>
        <w:br/>
        <w:t>мудрій штуці.&lt;br /&gt;</w:t>
        <w:br/>
        <w:t>Забув Данило і про біль терпкий,—&lt;br /&gt;</w:t>
        <w:br/>
        <w:t>Як трут горючий і як дим легкий,&lt;br /&gt;</w:t>
        <w:br/>
        <w:t>Він серцем всім віддавсь новій науці.</w:t>
      </w:r>
    </w:p>
    <w:p>
      <w:r>
        <w:br/>
        <w:t>V</w:t>
      </w:r>
    </w:p>
    <w:p>
      <w:r>
        <w:br/>
        <w:t>Це й справді табір, а не чортзна-що!&lt;br /&gt;</w:t>
        <w:br/>
        <w:t>Хороший отаман із юнака Данила,—&lt;br /&gt;</w:t>
        <w:br/>
        <w:t>Орудує усюди — де і що...&lt;br /&gt;</w:t>
        <w:br/>
        <w:t>Ростуть над шанцями вали, немов могили.&lt;br /&gt;</w:t>
        <w:br/>
        <w:t>Пройде доба — він не зімкне очей:&lt;br /&gt;</w:t>
        <w:br/>
        <w:t>Веде реєстр... Вартує... Огляда дороги...&lt;br /&gt;</w:t>
        <w:br/>
        <w:t>І непомітно хутко час тече.&lt;br /&gt;</w:t>
        <w:br/>
        <w:t>А люди все ідуть крізь темряву ночей...&lt;br /&gt;</w:t>
        <w:br/>
        <w:t>Скоріш оце б орудувать мечем...&lt;br /&gt;</w:t>
        <w:br/>
        <w:t>Забув свій біль, забув свою тривогу.&lt;br /&gt;</w:t>
        <w:br/>
        <w:t>VI&lt;br /&gt;</w:t>
        <w:br/>
        <w:t>І соь вночі&lt;br /&gt;</w:t>
        <w:br/>
        <w:t>Прийшов до куреня&lt;br /&gt;</w:t>
        <w:br/>
        <w:t>У яргаку старім, у розпарках-чоботях&lt;br /&gt;</w:t>
        <w:br/>
        <w:t>Скельчанин парубок — Остап Лазня,&lt;br /&gt;</w:t>
        <w:br/>
        <w:t>Що в нього чуб, як прапірка в коня,—&lt;br /&gt;</w:t>
        <w:br/>
        <w:t>Прийшов у стан з людьми проти суботи.&lt;br /&gt;</w:t>
        <w:br/>
        <w:t>Знайшов Данила... І потяг убік...&lt;br /&gt;</w:t>
        <w:br/>
        <w:t>І довго поравсь у подертих штанях.&lt;br /&gt;</w:t>
        <w:br/>
        <w:t>Зашепотів:&lt;br /&gt;</w:t>
        <w:br/>
        <w:t>"Тут грамота... Гм... це ось тут тобі...&lt;br /&gt;</w:t>
        <w:br/>
        <w:t>А, лишенько, невже ж я загубив!..&lt;br /&gt;</w:t>
        <w:br/>
        <w:t>Ні, є!.. Ось! На...&lt;br /&gt;</w:t>
        <w:br/>
        <w:t>Передала Мар'яна".</w:t>
      </w:r>
    </w:p>
    <w:p>
      <w:r>
        <w:br/>
        <w:t>Данило зблід і поточивсь назад:&lt;br /&gt;</w:t>
        <w:br/>
        <w:t>Маленький шмат від хустки крив'яної...&lt;br /&gt;</w:t>
        <w:br/>
        <w:t>"Умерла?!"&lt;br /&gt;</w:t>
        <w:br/>
        <w:t>"Знаєш, я, Даниле, рад,&lt;br /&gt;</w:t>
        <w:br/>
        <w:t>Що стрів тебе, тепер піду назад,&lt;br /&gt;</w:t>
        <w:br/>
        <w:t>Тільки разом — під грім і брязкіт зброї..."&lt;br /&gt;</w:t>
        <w:br/>
        <w:t>"Остапе! Друже! Чорт... кажи, це смерть?"&lt;br /&gt;</w:t>
        <w:br/>
        <w:t>"Та ні... з якої речі... може, вб'ють, не знаю,&lt;br /&gt;</w:t>
        <w:br/>
        <w:t>Поки ж що ні. Ігумен там на ню баньки дере...&lt;br /&gt;</w:t>
        <w:br/>
        <w:t>Салдати не знайшли... Та все одно помре,—&lt;br /&gt;</w:t>
        <w:br/>
        <w:t>Що день, то більше сохне та худає.&lt;br /&gt;</w:t>
        <w:br/>
        <w:t>Сказала так: коли живий десь є,&lt;br /&gt;</w:t>
        <w:br/>
        <w:t>Знайди і передай, мовляв, оце від неї...</w:t>
      </w:r>
    </w:p>
    <w:p>
      <w:r>
        <w:br/>
        <w:t>А ще скажи: отак, як шмат цей є,&lt;br /&gt;</w:t>
        <w:br/>
        <w:t>Отак і серце розікраяне моє;&lt;br /&gt;</w:t>
        <w:br/>
        <w:t>Передаю його, мовляв, з хустиною цією...&lt;br /&gt;</w:t>
        <w:br/>
        <w:t>Тобі...&lt;br /&gt;</w:t>
        <w:br/>
        <w:t>Ну, й там іще якісь слова,—&lt;br /&gt;</w:t>
        <w:br/>
        <w:t>Звичайно, дівчина, така вже їхня доля..."</w:t>
      </w:r>
    </w:p>
    <w:p>
      <w:r>
        <w:br/>
        <w:t>Крутилися вогні,—&lt;br /&gt;</w:t>
        <w:br/>
        <w:t>Десь попливли, як мариво в жнива...&lt;br /&gt;</w:t>
        <w:br/>
        <w:t>В Данила світ потьмарився,— зайшлася голова,&lt;br /&gt;</w:t>
        <w:br/>
        <w:t>Так защеміло серце гострим болем...</w:t>
      </w:r>
    </w:p>
    <w:p>
      <w:r>
        <w:br/>
        <w:t>VII</w:t>
      </w:r>
    </w:p>
    <w:p>
      <w:r>
        <w:br/>
        <w:t>Не спав всю ніч. Думки — як реп'яхи...&lt;br /&gt;</w:t>
        <w:br/>
        <w:t>Одвіялася радости пужина —&lt;br /&gt;</w:t>
        <w:br/>
        <w:t>Зостався біль глибокий і терпкий...&lt;br /&gt;</w:t>
        <w:br/>
        <w:t>І вило серце на дурні зірки,&lt;br /&gt;</w:t>
        <w:br/>
        <w:t>І борсалась душа, немов мала дитина.</w:t>
      </w:r>
    </w:p>
    <w:p>
      <w:r>
        <w:br/>
        <w:t>Не витерпів. Старого розбудив:&lt;br /&gt;</w:t>
        <w:br/>
        <w:t>"Послухай, батьку мій і побратиме в горі,—&lt;br /&gt;</w:t>
        <w:br/>
        <w:t>Ти знаєш?.. Я піду "туди"...&lt;br /&gt;</w:t>
        <w:br/>
        <w:t>Нелегко нам-бо вибратись з біди,&lt;br /&gt;</w:t>
        <w:br/>
        <w:t>І так ми просто ворога не зборем..."</w:t>
      </w:r>
    </w:p>
    <w:p>
      <w:r>
        <w:br/>
        <w:t>Крутив очима дід — ладу не добирав&lt;br /&gt;</w:t>
        <w:br/>
        <w:t>В оцих словах непевних і нервових,&lt;br /&gt;</w:t>
        <w:br/>
        <w:t>В думках юнацьких...&lt;br /&gt;</w:t>
        <w:br/>
        <w:t>"Так... У нас нерівна гра,&lt;br /&gt;</w:t>
        <w:br/>
        <w:t>Проґавим час — жалітимем! Такі думки мої:&lt;br /&gt;</w:t>
        <w:br/>
        <w:t>Поки не заросли рубці від нагаїв,&lt;br /&gt;</w:t>
        <w:br/>
        <w:t>Поки ще гнів клекоче і тяжка образа,&lt;br /&gt;</w:t>
        <w:br/>
        <w:t>Ми двоє сіл оцих піднімемо сей день.&lt;br /&gt;</w:t>
        <w:br/>
        <w:t>Без сіл оцих нічого-бо не скоїм!</w:t>
      </w:r>
    </w:p>
    <w:p>
      <w:r>
        <w:br/>
        <w:t>Так от. Жбурнути іскру хочу і піднять людей!&lt;br /&gt;</w:t>
        <w:br/>
        <w:t>Тепер вони підуть, нехай лиш хтось веде...&lt;br /&gt;</w:t>
        <w:br/>
        <w:t>Не треба слів, не слів — тепера треба зброї,&lt;br /&gt;</w:t>
        <w:br/>
        <w:t>Ти чуєш? — зброї!..&lt;br /&gt;</w:t>
        <w:br/>
        <w:t>За Скелькою під ясеном старим,&lt;br /&gt;</w:t>
        <w:br/>
        <w:t>Казав ти, є десь батьківські рушниці,&lt;br /&gt;</w:t>
        <w:br/>
        <w:t>Закопані в землі... Це так? Ти говорив?&lt;br /&gt;</w:t>
        <w:br/>
        <w:t>Це там, де небиль вип'явся з гори?&lt;br /&gt;</w:t>
        <w:br/>
        <w:t>Праворуч?"</w:t>
      </w:r>
    </w:p>
    <w:p>
      <w:r>
        <w:br/>
        <w:t>"Так... Насупроти криниці..."&lt;br /&gt;</w:t>
        <w:br/>
        <w:t>"Гаразд, я йду. Чекай. Готовий будь&lt;br /&gt;</w:t>
        <w:br/>
        <w:t>Прийняти гасло, вдарити у довбиш&lt;br /&gt;</w:t>
        <w:br/>
        <w:t>І піднести завчасно меч.&lt;br /&gt;</w:t>
        <w:br/>
        <w:t>Ти ж не забудь".</w:t>
      </w:r>
    </w:p>
    <w:p>
      <w:r>
        <w:br/>
        <w:t>"Зажди, Даниле. Може б, хто-небудь&lt;br /&gt;</w:t>
        <w:br/>
        <w:t>Теє?.. Не йди, хай другий,— або я пішов би..."</w:t>
      </w:r>
    </w:p>
    <w:p>
      <w:r>
        <w:br/>
        <w:t>"Стривожився, старий? Навіщо це?..&lt;br /&gt;</w:t>
        <w:br/>
        <w:t>Чого? Куди? Ти будеш тут — мене заміниш...&lt;br /&gt;</w:t>
        <w:br/>
        <w:t>Єдиний вихід в нас, і вихід тільки цей.&lt;br /&gt;</w:t>
        <w:br/>
        <w:t>А як що трапиться, то не візьмуть живцем,&lt;br /&gt;</w:t>
        <w:br/>
        <w:t>І іскру я усе ж немарно кину..."</w:t>
      </w:r>
    </w:p>
    <w:p>
      <w:r>
        <w:br/>
        <w:t>"Ну, що ж, іди... Хай Бог нам помага!" "Прощай!"</w:t>
      </w:r>
    </w:p>
    <w:p>
      <w:r>
        <w:br/>
        <w:t>"Ні-ні, так не кажи, не треба,&lt;br /&gt;</w:t>
        <w:br/>
        <w:t>Бо ми ж ще будем смерть свою шмагать!&lt;br /&gt;</w:t>
        <w:br/>
        <w:t>Я певен, вірю! Доки є снага,&lt;br /&gt;</w:t>
        <w:br/>
        <w:t>Хай не звучить наш голос так погребно.&lt;br /&gt;</w:t>
        <w:br/>
        <w:t>Ти ж вірив в щастя?.."&lt;br /&gt;</w:t>
        <w:br/>
        <w:t>"Вірю і тепер.&lt;br /&gt;</w:t>
        <w:br/>
        <w:t>Гляди ж, про час і день я звістку дам негайно.&lt;br /&gt;</w:t>
        <w:br/>
        <w:t>Ну, прощавай. Та ви не заждетесь,—&lt;br /&gt;</w:t>
        <w:br/>
        <w:t>Я підніму нарід увесь&lt;br /&gt;</w:t>
        <w:br/>
        <w:t>Ураз, як тільки зброю одкопаєм..."</w:t>
      </w:r>
    </w:p>
    <w:p>
      <w:r>
        <w:br/>
        <w:t>Зняли шапки — хрестилися на схід:&lt;br /&gt;</w:t>
        <w:br/>
        <w:t>"Нехай же та й на добре піде наше діло..."&lt;br /&gt;</w:t>
        <w:br/>
        <w:t>Й поцілувалися. Зідхнув підозро дід:&lt;br /&gt;</w:t>
        <w:br/>
        <w:t>"Іди, іди..."&lt;br /&gt;</w:t>
        <w:br/>
        <w:t>Пішов і зник Данило.</w:t>
      </w:r>
    </w:p>
    <w:p>
      <w:r>
        <w:br/>
        <w:t>II</w:t>
      </w:r>
    </w:p>
    <w:p>
      <w:r>
        <w:br/>
        <w:t>"Ой, не шуми, дібровонько, не шуми&lt;br /&gt;</w:t>
        <w:br/>
        <w:t>Та й моєї голівоньки не жури!&lt;br /&gt;</w:t>
        <w:br/>
        <w:t>Вдарим-вдарим, гей!..&lt;br /&gt;</w:t>
        <w:br/>
        <w:t>І заплачуть воріженьки,&lt;br /&gt;</w:t>
        <w:br/>
        <w:t>Заридає не по однім з козаченьків стара ненька.&lt;br /&gt;</w:t>
        <w:br/>
        <w:t>Тільки по мені — як по бур'яні —&lt;br /&gt;</w:t>
        <w:br/>
        <w:t>Ані батько, ані ненька, ні сини...&lt;br /&gt;</w:t>
        <w:br/>
        <w:t>Гей! І вдарим-вдарим!&lt;br /&gt;</w:t>
        <w:br/>
        <w:t>Буде крови і вогнів,&lt;br /&gt;</w:t>
        <w:br/>
        <w:t>Нехай знають бурлаченьків-соколів!&lt;br /&gt;</w:t>
        <w:br/>
        <w:t>Таж і нехай знають — нехай пам'ятають,&lt;br /&gt;</w:t>
        <w:br/>
        <w:t>А чи міцно панське бидло&lt;br /&gt;</w:t>
        <w:br/>
        <w:t>Ще шаблі тримає...&lt;br /&gt;</w:t>
        <w:br/>
        <w:t>Ге-ей!.. ей!.. ей..."</w:t>
      </w:r>
    </w:p>
    <w:p>
      <w:r>
        <w:br/>
        <w:t>Затихла пісня — канула в пітьмі,&lt;br /&gt;</w:t>
        <w:br/>
        <w:t>І шелест, як мороз, пробіг по хащах лісу.&lt;br /&gt;</w:t>
        <w:br/>
        <w:t>Останній згук тріпнувся, занімів...&lt;br /&gt;</w:t>
        <w:br/>
        <w:t>Дуби зступилися — рукаті і прямі,&lt;br /&gt;</w:t>
        <w:br/>
        <w:t>І опустила чорна ніч завісу.</w:t>
      </w:r>
    </w:p>
    <w:p>
      <w:r>
        <w:br/>
        <w:t>РОЗДІЛ ЧЕТВЕРТИЙ</w:t>
      </w:r>
    </w:p>
    <w:p>
      <w:r>
        <w:br/>
        <w:t>І</w:t>
      </w:r>
    </w:p>
    <w:p>
      <w:r>
        <w:br/>
        <w:t>Забув про все, забув про білий світ,—&lt;br /&gt;</w:t>
        <w:br/>
        <w:t>Вже третій день сидів в селі Данило,&lt;br /&gt;</w:t>
        <w:br/>
        <w:t>Сп'янілий щастям. Шана і привіт&lt;br /&gt;</w:t>
        <w:br/>
        <w:t>Йому... й шуміло в голові,—&lt;br /&gt;</w:t>
        <w:br/>
        <w:t>Ах, як його Мар'яна ця любила!</w:t>
      </w:r>
    </w:p>
    <w:p>
      <w:r>
        <w:br/>
        <w:t>Любити може так тільки вона,&lt;br /&gt;</w:t>
        <w:br/>
        <w:t>Тільки для неї можна все забути:&lt;br /&gt;</w:t>
        <w:br/>
        <w:t>Себе і час... Впиватись і не бачить дна,&lt;br /&gt;</w:t>
        <w:br/>
        <w:t>Забути міру цим крилатим дням&lt;br /&gt;</w:t>
        <w:br/>
        <w:t>І на годину вічність обернути...</w:t>
      </w:r>
    </w:p>
    <w:p>
      <w:r>
        <w:br/>
        <w:t>З села солдати вибули давно —&lt;br /&gt;</w:t>
        <w:br/>
        <w:t>Давно пани в панів одгостювали,—&lt;br /&gt;</w:t>
        <w:br/>
        <w:t>Йому ж усе байдуже, все одно:&lt;br /&gt;</w:t>
        <w:br/>
        <w:t>Уже три дні коханням заодно&lt;br /&gt;</w:t>
        <w:br/>
        <w:t>Впивається, як з келиха вином,&lt;br /&gt;</w:t>
        <w:br/>
        <w:t>І на вогні її юнацьке серце палить.</w:t>
      </w:r>
    </w:p>
    <w:p>
      <w:r>
        <w:br/>
        <w:t>II</w:t>
      </w:r>
    </w:p>
    <w:p>
      <w:r>
        <w:br/>
        <w:t>І тільки на четвертий схаменувсь...&lt;br /&gt;</w:t>
        <w:br/>
        <w:t>Стривожилась, задумалась Мар'яна.&lt;br /&gt;</w:t>
        <w:br/>
        <w:t>Ну, як збороти їй тривогу 'дну?&lt;br /&gt;</w:t>
        <w:br/>
        <w:t>Так наче хтось багнета повернув&lt;br /&gt;</w:t>
        <w:br/>
        <w:t>У незагоєній недавній рані...&lt;br /&gt;</w:t>
        <w:br/>
        <w:t>"Данилку, любий! Що ж мені робить? (&lt;br /&gt;</w:t>
        <w:br/>
        <w:t>А у самої чує серце лихо)&lt;br /&gt;</w:t>
        <w:br/>
        <w:t>Несила, серце, більше так... любить.&lt;br /&gt;</w:t>
        <w:br/>
        <w:t>Я мучаюсь, а ти... не жаль тобі.— Н&lt;br /&gt;</w:t>
        <w:br/>
        <w:t>а кого кидаєш та й на чию утіху!?"&lt;br /&gt;</w:t>
        <w:br/>
        <w:t>"Ну, годі! Я ж казав — одружимося ми,&lt;br /&gt;</w:t>
        <w:br/>
        <w:t>Одружимось, нехай лише, по волі...&lt;br /&gt;</w:t>
        <w:br/>
        <w:t>Ти ж знаєш..."&lt;br /&gt;</w:t>
        <w:br/>
        <w:t>"Любий, славний мій,&lt;br /&gt;</w:t>
        <w:br/>
        <w:t>Тепера! Зараз! Чуєш?&lt;br /&gt;</w:t>
        <w:br/>
        <w:t>Ой, та й буть мені самій...&lt;br /&gt;</w:t>
        <w:br/>
        <w:t>Данилку, зараз! Чув? Або —&lt;br /&gt;</w:t>
        <w:br/>
        <w:t>Або ніколи..."&lt;br /&gt;</w:t>
        <w:br/>
        <w:t>"А де ж звінчаємось, дурненька?Хай після.&lt;br /&gt;</w:t>
        <w:br/>
        <w:t>Будь певна, заспокойся.Ну ж бо, годі...&lt;br /&gt;</w:t>
        <w:br/>
        <w:t>Поїдемо далеко звідціля,&lt;br /&gt;</w:t>
        <w:br/>
        <w:t>І не розлучить нас ніхто й ніщо!&lt;br /&gt;</w:t>
        <w:br/>
        <w:t>Не плач. Мені давно пора.Я мушу. Йду сьогодні..."</w:t>
      </w:r>
    </w:p>
    <w:p>
      <w:r>
        <w:br/>
        <w:t>"Так знай, Даниле: ще до ранньої зорі...&lt;br /&gt;</w:t>
        <w:br/>
        <w:t>Ні-ні! Прости мені, але... як тяжко, любий:&lt;br /&gt;</w:t>
        <w:br/>
        <w:t>Не знаю ані я, ні ти, що буде в тій порі...&lt;br /&gt;</w:t>
        <w:br/>
        <w:t>Ми повінчаймось у манастирі,&lt;br /&gt;</w:t>
        <w:br/>
        <w:t>Ми повінчаємось!? Хороший мій! До згуби&lt;br /&gt;</w:t>
        <w:br/>
        <w:t>(Боюся я) чекання доведе.&lt;br /&gt;</w:t>
        <w:br/>
        <w:t>Не відтягай! Тебе не зна владика..." —&lt;br /&gt;</w:t>
        <w:br/>
        <w:t>Здригнулась, побіліла, ось-ось-ось впаде —&lt;br /&gt;</w:t>
        <w:br/>
        <w:t>І потом вкрилося чоло бліде,&lt;br /&gt;</w:t>
        <w:br/>
        <w:t>Так стало тужно, моторошно й бридко.&lt;br /&gt;</w:t>
        <w:br/>
        <w:t>Дрижить душа...&lt;br /&gt;</w:t>
        <w:br/>
        <w:t>...Вівсюжить на воді,&lt;br /&gt;</w:t>
        <w:br/>
        <w:t>Там, роздираючи на пір'я срібні крила,&lt;br /&gt;</w:t>
        <w:br/>
        <w:t>Як птах в тенетах, б'ється молодик...&lt;br /&gt;</w:t>
        <w:br/>
        <w:t>"Про що ти думаєш?"&lt;br /&gt;</w:t>
        <w:br/>
        <w:t>"А так..."&lt;br /&gt;</w:t>
        <w:br/>
        <w:t>"Скажи!"&lt;br /&gt;</w:t>
        <w:br/>
        <w:t>"Ні... милий..."&lt;br /&gt;</w:t>
        <w:br/>
        <w:t>"А-а.. Он як!..— І ревнощі вп'ялись&lt;br /&gt;</w:t>
        <w:br/>
        <w:t>Кігтями в серце: — Як?!&lt;br /&gt;</w:t>
        <w:br/>
        <w:t>І я не знав понині? Прокляття!&lt;br /&gt;</w:t>
        <w:br/>
        <w:t>Та кажи ж! Із ким!? Коли!?" —&lt;br /&gt;</w:t>
        <w:br/>
        <w:t>В лещата серце муки узяли,&lt;br /&gt;</w:t>
        <w:br/>
        <w:t>Упала тінь тяжкого підозріння.</w:t>
      </w:r>
    </w:p>
    <w:p>
      <w:r>
        <w:br/>
        <w:t>"...Ні, ні! Скажу! Ти слухай, почекай...&lt;br /&gt;</w:t>
        <w:br/>
        <w:t>Не те, не те! Та слухай, ради Бога..." —&lt;br /&gt;</w:t>
        <w:br/>
        <w:t>Злякалась, стисла хустку у руках&lt;br /&gt;</w:t>
        <w:br/>
        <w:t>І зі сльозами розказала все про "нього",—&lt;br /&gt;</w:t>
        <w:br/>
        <w:t>Про чорну тінь лихого клобука,&lt;br /&gt;</w:t>
        <w:br/>
        <w:t>Про заміри ігумена страшного...</w:t>
      </w:r>
    </w:p>
    <w:p>
      <w:r>
        <w:br/>
        <w:t>Данило зскочив. Не пустила з рук&lt;br /&gt;</w:t>
        <w:br/>
        <w:t>І гаряче в лице зашепотіла:&lt;br /&gt;</w:t>
        <w:br/>
        <w:t>"Хороший мій, не буть тому.&lt;br /&gt;</w:t>
        <w:br/>
        <w:t>Нехай же зробиться могилою йому&lt;br /&gt;</w:t>
        <w:br/>
        <w:t>Весілля наше... Я б цього хотіла.&lt;br /&gt;</w:t>
        <w:br/>
        <w:t>Народ зійдеться. Скличем всіх людей,&lt;br /&gt;</w:t>
        <w:br/>
        <w:t>Запросимо.. Та ти це краще знаєш.&lt;br /&gt;</w:t>
        <w:br/>
        <w:t>Усіх-усіх; і кожен з них піде,—&lt;br /&gt;</w:t>
        <w:br/>
        <w:t>Нема сьогодні й жадного ніде,&lt;br /&gt;</w:t>
        <w:br/>
        <w:t>Щоб не пішов, Данилку,&lt;br /&gt;</w:t>
        <w:br/>
        <w:t>Нас перевінчають..."</w:t>
      </w:r>
    </w:p>
    <w:p>
      <w:r>
        <w:br/>
        <w:t>Задумався. Немов конем помчав.&lt;br /&gt;</w:t>
        <w:br/>
        <w:t>Думки нові одна одну ловили...&lt;br /&gt;</w:t>
        <w:br/>
        <w:t>І довго так над сказаним мовчав,&lt;br /&gt;</w:t>
        <w:br/>
        <w:t>Аж поки не заграв вогонь в очах:&lt;br /&gt;</w:t>
        <w:br/>
        <w:t>То хитро склався план простий і смілий:&lt;br /&gt;</w:t>
        <w:br/>
        <w:t>"Скажи, скажи, а знає він мене?&lt;br /&gt;</w:t>
        <w:br/>
        <w:t>Чи знає, що то я хлопами верховодив?&lt;br /&gt;</w:t>
        <w:br/>
        <w:t>А чи не знає він іще одне:&lt;br /&gt;</w:t>
        <w:br/>
        <w:t>Що я зсукав петлю і марю тільки днем —&lt;br /&gt;</w:t>
        <w:br/>
        <w:t>Тим днем, в який повішу, як колоду,&lt;br /&gt;</w:t>
        <w:br/>
        <w:t>Його на ній?! Скажи!"</w:t>
      </w:r>
    </w:p>
    <w:p>
      <w:r>
        <w:br/>
        <w:t>"Е, ні,&lt;br /&gt;</w:t>
        <w:br/>
        <w:t>Не знає він; не сказано ні слова,&lt;br /&gt;</w:t>
        <w:br/>
        <w:t>Ані півслова, навіть на вогні. ,&lt;br /&gt;</w:t>
        <w:br/>
        <w:t>Усі! — мовляв. І ці слова одні&lt;br /&gt;</w:t>
        <w:br/>
        <w:t>Усі потвердили, і жоден не обмовивсь:&lt;br /&gt;</w:t>
        <w:br/>
        <w:t>Тебе-бо люблять. Сам же цей клобук&lt;br /&gt;</w:t>
        <w:br/>
        <w:t>Тоді тебе не бачив біля брами,—&lt;br /&gt;</w:t>
        <w:br/>
        <w:t>Ти раптом зник..."&lt;br /&gt;</w:t>
        <w:br/>
        <w:t>"Ага, он як! Павук...—&lt;br /&gt;</w:t>
        <w:br/>
        <w:t>Прошепотів Данило; сам проглинув звук&lt;br /&gt;</w:t>
        <w:br/>
        <w:t>І розмахнув циганськими бровами.&lt;br /&gt;</w:t>
        <w:br/>
        <w:t>Мовчав...&lt;br /&gt;</w:t>
        <w:br/>
        <w:t>І враз зловісно засміявсь,&lt;br /&gt;</w:t>
        <w:br/>
        <w:t>Блиснув очима: — Так, моя хороша!&lt;br /&gt;</w:t>
        <w:br/>
        <w:t>Тож і весілля буде, ластівко моя!&lt;br /&gt;</w:t>
        <w:br/>
        <w:t>Такого ще не бачив я,&lt;br /&gt;</w:t>
        <w:br/>
        <w:t>Не бачив й він — цей чорний хрестоноша.&lt;br /&gt;</w:t>
        <w:br/>
        <w:t>Оце воно!&lt;br /&gt;</w:t>
        <w:br/>
        <w:t>Оце то буде крюк...&lt;br /&gt;</w:t>
        <w:br/>
        <w:t>Ми повінчаємось. Гаразд! А потім, знаєш?&lt;br /&gt;</w:t>
        <w:br/>
        <w:t>Прийдем подякувати... І подякуємо ми!&lt;br /&gt;</w:t>
        <w:br/>
        <w:t>Другого дня такий буде ярмис ,&lt;br /&gt;</w:t>
        <w:br/>
        <w:t>Таке весілля,&lt;br /&gt;</w:t>
        <w:br/>
        <w:t>Що на вік та раз один буває...&lt;br /&gt;</w:t>
        <w:br/>
        <w:t>Мар'янко, серце, думко золота,—&lt;br /&gt;</w:t>
        <w:br/>
        <w:t>Одружимось! Я тільки звістку нашим&lt;br /&gt;</w:t>
        <w:br/>
        <w:t>Подам негайно. Зброю ще дістать...&lt;br /&gt;</w:t>
        <w:br/>
        <w:t>Людей накличемо. Та — гей! І налетять —&lt;br /&gt;</w:t>
        <w:br/>
        <w:t>З всії околиці прийдуть сьорбати "кашу",&lt;br /&gt;</w:t>
        <w:br/>
        <w:t>Давно так бажану... В пекельному вогні&lt;br /&gt;</w:t>
        <w:br/>
        <w:t>Музики гратимуть! А дзвони потанцюють&lt;br /&gt;</w:t>
        <w:br/>
        <w:t>Такої, що не снилася й у сні.&lt;br /&gt;</w:t>
        <w:br/>
        <w:t>Пройдуть дружки — лунатимуть пісні...&lt;br /&gt;</w:t>
        <w:br/>
        <w:t>Ми гори ці, заплакані, сумні,&lt;br /&gt;</w:t>
        <w:br/>
        <w:t>Тобі на придане&lt;br /&gt;</w:t>
        <w:br/>
        <w:t>Ножем перелицюєм..."</w:t>
      </w:r>
    </w:p>
    <w:p>
      <w:r>
        <w:br/>
        <w:t>"Ну ж, заспокойся ти".</w:t>
      </w:r>
    </w:p>
    <w:p>
      <w:r>
        <w:br/>
        <w:t>"Спокійний, серце, я.&lt;br /&gt;</w:t>
        <w:br/>
        <w:t>Над цим я думав дні і темні ночі...&lt;br /&gt;</w:t>
        <w:br/>
        <w:t>В роботі і у сні. І ось... Чи буде вп'ять&lt;br /&gt;</w:t>
        <w:br/>
        <w:t>Такий момент? Ніколи і ніяк!&lt;br /&gt;</w:t>
        <w:br/>
        <w:t>Та доки ж пнутиметься люд робочий?!</w:t>
      </w:r>
    </w:p>
    <w:p>
      <w:r>
        <w:br/>
        <w:t>Звінчаємось. Другого дня свати,&lt;br /&gt;</w:t>
        <w:br/>
        <w:t>Дружки і всі підемо до владики,&lt;br /&gt;</w:t>
        <w:br/>
        <w:t>Бо він же пан і "пастир наш святий",&lt;br /&gt;</w:t>
        <w:br/>
        <w:t>Від Бога "батько" (Господи, прости),—&lt;br /&gt;</w:t>
        <w:br/>
        <w:t>Підемо дякувати твар розгнуздану і дику,&lt;br /&gt;</w:t>
        <w:br/>
        <w:t>І... ми подякуєм! Не так, як то було,—&lt;br /&gt;</w:t>
        <w:br/>
        <w:t>Тепер ні хрест, ні Бог та й не ошпарить,&lt;br /&gt;</w:t>
        <w:br/>
        <w:t>Не кишнуть рясою, не одженуть жезлом&lt;br /&gt;</w:t>
        <w:br/>
        <w:t>І брами не зачинять, як на зло.&lt;br /&gt;</w:t>
        <w:br/>
        <w:t>І не збіжать на мур патлаті "яничари"...&lt;br /&gt;</w:t>
        <w:br/>
        <w:t>Ха-ха! Чорти...&lt;br /&gt;</w:t>
        <w:br/>
        <w:t>Та — ех, і буде ж день —&lt;br /&gt;</w:t>
        <w:br/>
        <w:t>Весілля наше, ластівко Мар'яно!.."</w:t>
      </w:r>
    </w:p>
    <w:p>
      <w:r>
        <w:br/>
        <w:t>І слухає вода, хлюпощеться, іде,—&lt;br /&gt;</w:t>
        <w:br/>
        <w:t>Полоще місяць в ній чоло бліде —&lt;br /&gt;</w:t>
        <w:br/>
        <w:t>Цілує ніч велику давню рану...</w:t>
      </w:r>
    </w:p>
    <w:p>
      <w:r>
        <w:br/>
        <w:t>III</w:t>
      </w:r>
    </w:p>
    <w:p>
      <w:r>
        <w:br/>
        <w:t>Отам вогню і віри в них було —&lt;br /&gt;</w:t>
        <w:br/>
        <w:t>У цих міцних, жагучих поцілунках!&lt;br /&gt;</w:t>
        <w:br/>
        <w:t>Там навіть частки тих, що десь завмерли лунко,&lt;br /&gt;</w:t>
        <w:br/>
        <w:t>Та й стало б,&lt;br /&gt;</w:t>
        <w:br/>
        <w:t>Щоб і мертвих підвело:&lt;br /&gt;</w:t>
        <w:br/>
        <w:t>Аби почули, то відкрили б очі тлінні,&lt;br /&gt;</w:t>
        <w:br/>
        <w:t>Пройняті вірою у воскресіння.</w:t>
      </w:r>
    </w:p>
    <w:p>
      <w:r>
        <w:br/>
        <w:t>РОЗДІЛ П'ЯТИЙ</w:t>
      </w:r>
    </w:p>
    <w:p>
      <w:r>
        <w:br/>
        <w:t>І</w:t>
      </w:r>
    </w:p>
    <w:p>
      <w:r>
        <w:br/>
        <w:t>Розбіглась чутка та й у всі кінці:&lt;br /&gt;</w:t>
        <w:br/>
        <w:t>"Весілля!.."&lt;br /&gt;</w:t>
        <w:br/>
        <w:t>"Де?!"&lt;br /&gt;</w:t>
        <w:br/>
        <w:t>"У сироти Мар'яни!.."&lt;br /&gt;</w:t>
        <w:br/>
        <w:t>"Красуня зарічанська кличе всіх!.." —&lt;br /&gt;</w:t>
        <w:br/>
        <w:t>І покотилася луна по горах цих,&lt;br /&gt;</w:t>
        <w:br/>
        <w:t>Раділи зарічани і скельчани.&lt;br /&gt;</w:t>
        <w:br/>
        <w:t>Балакали великі і малі;&lt;br /&gt;</w:t>
        <w:br/>
        <w:t>Ладнались, помагали якомога.</w:t>
      </w:r>
    </w:p>
    <w:p>
      <w:r>
        <w:br/>
        <w:t>Уже заздалегідь дружки пісень гули!&lt;br /&gt;</w:t>
        <w:br/>
        <w:t>І не було ні одного в селі,&lt;br /&gt;</w:t>
        <w:br/>
        <w:t>Щоб не вважав себе отут за корінного.</w:t>
      </w:r>
    </w:p>
    <w:p>
      <w:r>
        <w:br/>
        <w:t>Було весіль багато. Та й усі&lt;br /&gt;</w:t>
        <w:br/>
        <w:t>Вони, мов похорони, перевиті жалем.&lt;br /&gt;</w:t>
        <w:br/>
        <w:t>А це буде — аж геть за всі часи!&lt;br /&gt;</w:t>
        <w:br/>
        <w:t>Давно вже так дзвеніли голоси,&lt;br /&gt;</w:t>
        <w:br/>
        <w:t>Давно так молодят не виряжали...</w:t>
      </w:r>
    </w:p>
    <w:p>
      <w:r>
        <w:br/>
        <w:t>II</w:t>
      </w:r>
    </w:p>
    <w:p>
      <w:r>
        <w:br/>
        <w:t>Усім, усім якби поближче стать,&lt;br /&gt;</w:t>
        <w:br/>
        <w:t>І всякий з них доріжку щастя стелить.&lt;br /&gt;</w:t>
        <w:br/>
        <w:t>Обходила людей Мар'яна-сирота,&lt;br /&gt;</w:t>
        <w:br/>
        <w:t>Така хороша і така проста...&lt;br /&gt;</w:t>
        <w:br/>
        <w:t>І дні тягучі та безбарвні, як шліхта ,&lt;br /&gt;</w:t>
        <w:br/>
        <w:t>Наповнилися радістю,&lt;br /&gt;</w:t>
        <w:br/>
        <w:t>Неначе срібний келих.</w:t>
      </w:r>
    </w:p>
    <w:p>
      <w:r>
        <w:br/>
        <w:t>III</w:t>
      </w:r>
    </w:p>
    <w:p>
      <w:r>
        <w:br/>
        <w:t>І тільки манастир стояв собі й не знав,&lt;br /&gt;</w:t>
        <w:br/>
        <w:t>Що діється внизу там, поруч з ступарями;&lt;br /&gt;</w:t>
        <w:br/>
        <w:t>Обставивсь мурами... Там дзвін погонку гнав,&lt;br /&gt;</w:t>
        <w:br/>
        <w:t>Мінялись вартові і з скреготом луна&lt;br /&gt;</w:t>
        <w:br/>
        <w:t>Котилася —&lt;br /&gt;</w:t>
        <w:br/>
        <w:t>То зрідка відхиляли браму.</w:t>
      </w:r>
    </w:p>
    <w:p>
      <w:r>
        <w:br/>
        <w:t>Але пролізла чутка і туди,&lt;br /&gt;</w:t>
        <w:br/>
        <w:t>Пролізла й в серце Ієремії.&lt;br /&gt;</w:t>
        <w:br/>
        <w:t>Даремне він без спочивку ходив,&lt;br /&gt;</w:t>
        <w:br/>
        <w:t>Даремно скублись пальці в бороді —&lt;br /&gt;</w:t>
        <w:br/>
        <w:t>Ударило, мов батогом по шиї...&lt;br /&gt;</w:t>
        <w:br/>
        <w:t>"О, що зробити?!."</w:t>
      </w:r>
    </w:p>
    <w:p>
      <w:r>
        <w:br/>
        <w:t>IV</w:t>
      </w:r>
    </w:p>
    <w:p>
      <w:r>
        <w:br/>
        <w:t>"...Й зробимо отак... Так згода?!" —&lt;br /&gt;</w:t>
        <w:br/>
        <w:t>"Згода! Та інак й не буде,—&lt;br /&gt;</w:t>
        <w:br/>
        <w:t>Тепер, Даниле, ні один кріпак&lt;br /&gt;</w:t>
        <w:br/>
        <w:t>Не зрадить вже і не схибне рука,—&lt;br /&gt;</w:t>
        <w:br/>
        <w:t>Науку мали добру люди..."</w:t>
      </w:r>
    </w:p>
    <w:p>
      <w:r>
        <w:br/>
        <w:t>"Гаразд. Глядіть!.."</w:t>
      </w:r>
    </w:p>
    <w:p>
      <w:r>
        <w:br/>
        <w:t>Ходив — людей єднав,&lt;br /&gt;</w:t>
        <w:br/>
        <w:t>Скликав до себе та й усіх Данило.&lt;br /&gt;</w:t>
        <w:br/>
        <w:t>Горілки — море буде, меду і вина...&lt;br /&gt;</w:t>
        <w:br/>
        <w:t>Гуляй, душа!&lt;br /&gt;</w:t>
        <w:br/>
        <w:t>Уп'ється не одна,&lt;br /&gt;</w:t>
        <w:br/>
        <w:t>Абим лишень чіпи одбили.&lt;br /&gt;</w:t>
        <w:br/>
        <w:t>Село, неначе вулик той, гуло:&lt;br /&gt;</w:t>
        <w:br/>
        <w:t>Своїй дочці там придане рядили.—&lt;br /&gt;</w:t>
        <w:br/>
        <w:t>Хто чим зумів і що в кого було...&lt;br /&gt;</w:t>
        <w:br/>
        <w:t>І з вуст в уста селом ішло:&lt;br /&gt;</w:t>
        <w:br/>
        <w:t>Весілля — за два дні —&lt;br /&gt;</w:t>
        <w:br/>
        <w:t>В неділю!..</w:t>
      </w:r>
    </w:p>
    <w:p>
      <w:r>
        <w:br/>
        <w:t>V</w:t>
      </w:r>
    </w:p>
    <w:p>
      <w:r>
        <w:br/>
        <w:t>Ігумен теж рядив свої думки&lt;br /&gt;</w:t>
        <w:br/>
        <w:t>У чорну тогу: "Як?! Комусь віддати?!&lt;br /&gt;</w:t>
        <w:br/>
        <w:t>Одному із сопливих хлопаків?!&lt;br /&gt;</w:t>
        <w:br/>
        <w:t>Її?!&lt;br /&gt;</w:t>
        <w:br/>
        <w:t>Віддати, випустить з руки...&lt;br /&gt;</w:t>
        <w:br/>
        <w:t>Так хто ж я є — владика чи мужик пархатий?!&lt;br /&gt;</w:t>
        <w:br/>
        <w:t>Н-не буть цьому!!! —&lt;br /&gt;</w:t>
        <w:br/>
        <w:t>Схопився, ніби крук,&lt;br /&gt;</w:t>
        <w:br/>
        <w:t>І брязнув костур, аж гикнули шиби:&lt;br /&gt;</w:t>
        <w:br/>
        <w:t>— Із неї я сім шкур здеру,&lt;br /&gt;</w:t>
        <w:br/>
        <w:t>А не віддам, не випущу із рук,&lt;br /&gt;</w:t>
        <w:br/>
        <w:t>Хоча би світ піднявсь увесь на диби!.."</w:t>
      </w:r>
    </w:p>
    <w:p>
      <w:r>
        <w:br/>
        <w:t>Над Ворсклою котилися пісні:&lt;br /&gt;</w:t>
        <w:br/>
        <w:t>Ішла голубка, прибрана у квіти...&lt;br /&gt;</w:t>
        <w:br/>
        <w:t>Слідом — дружки веселі, голосні...&lt;br /&gt;</w:t>
        <w:br/>
        <w:t>Й котилися над Ворсклою пісні,&lt;br /&gt;</w:t>
        <w:br/>
        <w:t>Губилися в лісах, барвінком перевиті:&lt;br /&gt;</w:t>
        <w:br/>
        <w:t>...............................................................</w:t>
      </w:r>
    </w:p>
    <w:p>
      <w:r>
        <w:br/>
        <w:t>Ой, ти, душенько —&lt;br /&gt;</w:t>
        <w:br/>
        <w:t>Наша Мар'янко!&lt;br /&gt;</w:t>
        <w:br/>
        <w:t>Колесом сонечко угору йде,&lt;br /&gt;</w:t>
        <w:br/>
        <w:t>А вже наша Мар'янка додому йде...&lt;br /&gt;</w:t>
        <w:br/>
        <w:t>Одчиняйтеся, ворітця, ,&lt;br /&gt;</w:t>
        <w:br/>
        <w:t>Одсувайтеся, віконця,—&lt;br /&gt;</w:t>
        <w:br/>
        <w:t>Йде наша Мар'янка з-за сонця,&lt;br /&gt;</w:t>
        <w:br/>
        <w:t>Задля Данилка-молодця&lt;br /&gt;</w:t>
        <w:br/>
        <w:t>Із-за сонця&lt;br /&gt;</w:t>
        <w:br/>
        <w:t>Йде-е!</w:t>
      </w:r>
    </w:p>
    <w:p>
      <w:r>
        <w:br/>
        <w:t>Та ще і "ух-х!.." — Аж ген через село.&lt;br /&gt;</w:t>
        <w:br/>
        <w:t>Такий уже оцей нарід живучий,—&lt;br /&gt;</w:t>
        <w:br/>
        <w:t>Зовсім облуплено, одрізано крило,&lt;br /&gt;</w:t>
        <w:br/>
        <w:t>А він таки вигукує на зло,&lt;br /&gt;</w:t>
        <w:br/>
        <w:t>Склада пісні, виспівує...&lt;br /&gt;</w:t>
        <w:br/>
        <w:t>І тільки десь чоло&lt;br /&gt;</w:t>
        <w:br/>
        <w:t>Нахмурив грізно, терпеливий і робучий.&lt;br /&gt;</w:t>
        <w:br/>
        <w:t>Гримлять пісні, і котиться луна,&lt;br /&gt;</w:t>
        <w:br/>
        <w:t>І слухають обдерті темні хати,&lt;br /&gt;</w:t>
        <w:br/>
        <w:t>Як б'ється в тих піснях душа крилата,&lt;br /&gt;</w:t>
        <w:br/>
        <w:t>Як вигуки надією дзвенять:</w:t>
      </w:r>
    </w:p>
    <w:p>
      <w:r>
        <w:br/>
        <w:t>Ой, ти, душенько,&lt;br /&gt;</w:t>
        <w:br/>
        <w:t>Наша Мар'янко!..&lt;br /&gt;</w:t>
        <w:br/>
        <w:t>Де наша Мар' янка ходила —&lt;br /&gt;</w:t>
        <w:br/>
        <w:t>Зеленая рута посходила,</w:t>
      </w:r>
    </w:p>
    <w:p>
      <w:r>
        <w:br/>
        <w:t>Та й вийшло сонце з золотим вінком,&lt;br /&gt;</w:t>
        <w:br/>
        <w:t>А вже весна красна за нашим вікном.&lt;br /&gt;</w:t>
        <w:br/>
        <w:t>Ой, ідіть, люди, та й собирайтесь —&lt;br /&gt;</w:t>
        <w:br/>
        <w:t>На щастя, на здоров' я&lt;br /&gt;</w:t>
        <w:br/>
        <w:t>Гуляйте...</w:t>
      </w:r>
    </w:p>
    <w:p>
      <w:r>
        <w:br/>
        <w:t>А там на вежі — на крутій горі —&lt;br /&gt;</w:t>
        <w:br/>
        <w:t>Стояв і супився, дививсь з вікна ігумен,&lt;br /&gt;</w:t>
        <w:br/>
        <w:t>Як десь вінок гойдався, майорів,&lt;br /&gt;</w:t>
        <w:br/>
        <w:t>Вклонявся низько...&lt;br /&gt;</w:t>
        <w:br/>
        <w:t>Поглядав згори,&lt;br /&gt;</w:t>
        <w:br/>
        <w:t>Ловив з злобою переливні луни.&lt;br /&gt;</w:t>
        <w:br/>
        <w:t>...Он-он...&lt;br /&gt;</w:t>
        <w:br/>
        <w:t>Іде вклоняється усім&lt;br /&gt;</w:t>
        <w:br/>
        <w:t>В'юнка і радісна, як сонце, наречена.&lt;br /&gt;</w:t>
        <w:br/>
        <w:t>Гойдається вінок під танок голосів.&lt;br /&gt;</w:t>
        <w:br/>
        <w:t>Всміхається у всій своїй красі,&lt;br /&gt;</w:t>
        <w:br/>
        <w:t>Веде подружок. Одкида рамена:&lt;br /&gt;</w:t>
        <w:br/>
        <w:t>Усім-усім вклоняється до ніг.&lt;br /&gt;</w:t>
        <w:br/>
        <w:t>Ось — повернулася сюди, ясним чолом майнула..&lt;br /&gt;</w:t>
        <w:br/>
        <w:t>І холодок по серцю перебіг,—&lt;br /&gt;</w:t>
        <w:br/>
        <w:t>Біленькі пелюстки, неначе сніг,&lt;br /&gt;</w:t>
        <w:br/>
        <w:t>Сльозою капнули у серце та й не чуле.&lt;br /&gt;</w:t>
        <w:br/>
        <w:t>Похмурився. Бровами тріпонув —&lt;br /&gt;</w:t>
        <w:br/>
        <w:t>(То ж яструб крилами до білої голубки!) —&lt;br /&gt;</w:t>
        <w:br/>
        <w:t>Здригнуло серце...</w:t>
      </w:r>
    </w:p>
    <w:p>
      <w:r>
        <w:br/>
        <w:t>Тільки мить одну,&lt;br /&gt;</w:t>
        <w:br/>
        <w:t>І враз прижмурив очі, щелепи стиснув,&lt;br /&gt;</w:t>
        <w:br/>
        <w:t>Так наче голку десь вхопили зуби цупко.</w:t>
      </w:r>
    </w:p>
    <w:p>
      <w:r>
        <w:br/>
        <w:t>VI</w:t>
      </w:r>
    </w:p>
    <w:p>
      <w:r>
        <w:br/>
        <w:t>І ось прийшов жаданий мент для всіх:&lt;br /&gt;</w:t>
        <w:br/>
        <w:t>Пішли на вінчання до Скельки молодята.&lt;br /&gt;</w:t>
        <w:br/>
        <w:t>Ще зранку в церкву квіти однесли...&lt;br /&gt;</w:t>
        <w:br/>
        <w:t>Ввесь день у хатах балачки пливли,&lt;br /&gt;</w:t>
        <w:br/>
        <w:t>Як завтра будуть,—&lt;br /&gt;</w:t>
        <w:br/>
        <w:t>Гей, будуть гуляти!&lt;br /&gt;</w:t>
        <w:br/>
        <w:t>Рожевий вечір зорю протрубив...&lt;br /&gt;</w:t>
        <w:br/>
        <w:t>Сховалось сонце там — за кряж крутий зелений,—&lt;br /&gt;</w:t>
        <w:br/>
        <w:t>Востаннє глянуло, як простір голубів,&lt;br /&gt;</w:t>
        <w:br/>
        <w:t>Як понад церквою крутились голуби,—&lt;br /&gt;</w:t>
        <w:br/>
        <w:t>Останню усмішку послало нареченій.</w:t>
      </w:r>
    </w:p>
    <w:p>
      <w:r>
        <w:br/>
        <w:t>У сизу тінь та й рушили дружки,&lt;br /&gt;</w:t>
        <w:br/>
        <w:t>Пішли свати, і свашки, і бояри,—&lt;br /&gt;</w:t>
        <w:br/>
        <w:t>Пішли розквітчані, веселі, гомінкі,—&lt;br /&gt;</w:t>
        <w:br/>
        <w:t>Туди, де ще хрести, немов зірки,&lt;br /&gt;</w:t>
        <w:br/>
        <w:t>Блищать у темряві, туди, де чорні хмари,&lt;br /&gt;</w:t>
        <w:br/>
        <w:t>Неначе кораблі, пливуть на мідний клич дзвінкий..</w:t>
      </w:r>
    </w:p>
    <w:p>
      <w:r>
        <w:br/>
        <w:t>В Мар'яни серце&lt;br /&gt;</w:t>
        <w:br/>
        <w:t>Падає наниз&lt;br /&gt;</w:t>
        <w:br/>
        <w:t>І нерозгадана печаль чоло обсіла;&lt;br /&gt;</w:t>
        <w:br/>
        <w:t>Думки чомусь безрадісні, сумні —&lt;br /&gt;</w:t>
        <w:br/>
        <w:t>Із болем тиснулись до любого вони,&lt;br /&gt;</w:t>
        <w:br/>
        <w:t>А він такий рішучий, юний, смілий.&lt;br /&gt;</w:t>
        <w:br/>
        <w:t>Чого так тяжко їй, чого так серце просить,&lt;br /&gt;</w:t>
        <w:br/>
        <w:t>Навіщо тихо так подружка десь голосить:</w:t>
      </w:r>
    </w:p>
    <w:p>
      <w:r>
        <w:br/>
        <w:t>Ой, ходила Мар' яночка по городу&lt;br /&gt;</w:t>
        <w:br/>
        <w:t>Та й гонила селезенька і на воду:&lt;br /&gt;</w:t>
        <w:br/>
        <w:t>— Пливи, пливи, селезеньку, тихо по воді,&lt;br /&gt;</w:t>
        <w:br/>
        <w:t>Прибудь, прибудь, моя ненько,&lt;br /&gt;</w:t>
        <w:br/>
        <w:t>Тепера к мені...&lt;br /&gt;</w:t>
        <w:br/>
        <w:t>— Ой, рада б я, моя доню, прибути к тобі —&lt;br /&gt;</w:t>
        <w:br/>
        <w:t>Насипано сиру землю на руки мені.&lt;br /&gt;</w:t>
        <w:br/>
        <w:t>Склепилися карі очі на всі ночі,&lt;br /&gt;</w:t>
        <w:br/>
        <w:t>Не дам же я, донько моя,&lt;br /&gt;</w:t>
        <w:br/>
        <w:t>Та й помочі...</w:t>
      </w:r>
    </w:p>
    <w:p>
      <w:r>
        <w:br/>
        <w:t>А завтра, завтра знов над караваєм&lt;br /&gt;</w:t>
        <w:br/>
        <w:t>Заплачуть подруги, заплачуть-заспівають:</w:t>
      </w:r>
    </w:p>
    <w:p>
      <w:r>
        <w:br/>
        <w:t>Ой, прощай, прощай ти, Мар'янко,&lt;br /&gt;</w:t>
        <w:br/>
        <w:t>Сестра наша,—&lt;br /&gt;</w:t>
        <w:br/>
        <w:t>Ми не твої подруженьки — ти не наша.&lt;br /&gt;</w:t>
        <w:br/>
        <w:t>Прощай, прощай, Мар'яночко,— ми вже ідемо,-&lt;br /&gt;</w:t>
        <w:br/>
        <w:t>А ми твоє гуляннячко собі беремо...</w:t>
      </w:r>
    </w:p>
    <w:p>
      <w:r>
        <w:br/>
        <w:t>Зітхнула...&lt;br /&gt;</w:t>
        <w:br/>
        <w:t>"Серце, що тобі болить?"&lt;br /&gt;</w:t>
        <w:br/>
        <w:t>"Нічого, так, чого мені... Дурниця,&lt;br /&gt;</w:t>
        <w:br/>
        <w:t>І бігла тінь від помаху руки,&lt;br /&gt;</w:t>
        <w:br/>
        <w:t>І товпились стіною іноки кудлаті —&lt;br /&gt;</w:t>
        <w:br/>
        <w:t>І слинили. А в нього біль терпкий:&lt;br /&gt;</w:t>
        <w:br/>
        <w:t>"Ах, нащо так багато клобуків?!&lt;br /&gt;</w:t>
        <w:br/>
        <w:t>Навіщо зараз тут людей отак багато?!"</w:t>
      </w:r>
    </w:p>
    <w:p>
      <w:r>
        <w:br/>
        <w:t>Пливли дружки... бояри і вінці,&lt;br /&gt;</w:t>
        <w:br/>
        <w:t>І свашки, обдаровані дівочою рукою,&lt;br /&gt;</w:t>
        <w:br/>
        <w:t>І хрест в тремтливій жилавій руці...&lt;br /&gt;</w:t>
        <w:br/>
        <w:t>Крутилось все, мінялося в лиці,&lt;br /&gt;</w:t>
        <w:br/>
        <w:t>Крутилася душа йому навколо аналою.&lt;br /&gt;</w:t>
        <w:br/>
        <w:t>А над усім — та й тінь її повік,&lt;br /&gt;</w:t>
        <w:br/>
        <w:t>А над усім — дугою чорні брови.&lt;br /&gt;</w:t>
        <w:br/>
        <w:t>Зиркнула раз — і погляд той опік;&lt;br /&gt;</w:t>
        <w:br/>
        <w:t>Але то — раз, і більш уже й повік,&lt;br /&gt;</w:t>
        <w:br/>
        <w:t>І до кінця не повториться знову...</w:t>
      </w:r>
    </w:p>
    <w:p>
      <w:r>
        <w:br/>
        <w:t>...Торкнувсь руки —&lt;br /&gt;</w:t>
        <w:br/>
        <w:t>І серце пронизав&lt;br /&gt;</w:t>
        <w:br/>
        <w:t>Огонь шалений, ось-ось-ось запалить;&lt;br /&gt;</w:t>
        <w:br/>
        <w:t>В очах мутилося — не знав вже, що й казав,&lt;br /&gt;</w:t>
        <w:br/>
        <w:t>Коли епітрахиллю рученьку в'язав,&lt;br /&gt;</w:t>
        <w:br/>
        <w:t>Як надівав та й персня їй на палець.&lt;br /&gt;</w:t>
        <w:br/>
        <w:t>І вдарив хор:&lt;br /&gt;</w:t>
        <w:br/>
        <w:t>"Ісаія, ликуй!.."</w:t>
      </w:r>
    </w:p>
    <w:p>
      <w:r>
        <w:br/>
        <w:t>Одна свічка глипнула, покуріла...&lt;br /&gt;</w:t>
        <w:br/>
        <w:t>І шепіт перебіг: "Дивись! Яка? Яку?&lt;br /&gt;</w:t>
        <w:br/>
        <w:t>Кому ж то так судилось на віку?..&lt;br /&gt;</w:t>
        <w:br/>
        <w:t>Ох Боже мій, у нього, у Данила!.."</w:t>
      </w:r>
    </w:p>
    <w:p>
      <w:r>
        <w:br/>
        <w:t>Розтанув дим... Ігумен, як кажан,&lt;br /&gt;</w:t>
        <w:br/>
        <w:t>В півтемряві — таємний і крилатий —&lt;br /&gt;</w:t>
        <w:br/>
        <w:t>Благословив і... щастя побажав,&lt;br /&gt;</w:t>
        <w:br/>
        <w:t>Кінчилося.&lt;br /&gt;</w:t>
        <w:br/>
        <w:t>На щастя проважав —&lt;br /&gt;</w:t>
        <w:br/>
        <w:t>Блиснув очима (ой, то блиск ножа!)&lt;br /&gt;</w:t>
        <w:br/>
        <w:t>І засміявсь нечутно в брови волохаті.&lt;br /&gt;</w:t>
        <w:br/>
        <w:t>П і ш л и...</w:t>
      </w:r>
    </w:p>
    <w:p>
      <w:r>
        <w:br/>
        <w:t>IX</w:t>
      </w:r>
    </w:p>
    <w:p>
      <w:r>
        <w:br/>
        <w:t>Кінчилося, упала з плеч гора.&lt;br /&gt;</w:t>
        <w:br/>
        <w:t>Мар'яна радісно всміхається, голубить&lt;br /&gt;</w:t>
        <w:br/>
        <w:t>Кохану руку...&lt;br /&gt;</w:t>
        <w:br/>
        <w:t>"Ах, яка вона бліда&lt;br /&gt;</w:t>
        <w:br/>
        <w:t>Була тоді — у церкві!" — І Данило пригадав,&lt;br /&gt;</w:t>
        <w:br/>
        <w:t>Як цілував над аналоєм в неї мертві губи.</w:t>
      </w:r>
    </w:p>
    <w:p>
      <w:r>
        <w:br/>
        <w:t>І упадав тепера й шепотів...&lt;br /&gt;</w:t>
        <w:br/>
        <w:t>Навколо ліс,&lt;br /&gt;</w:t>
        <w:br/>
        <w:t>Десь попереду люди,—&lt;br /&gt;</w:t>
        <w:br/>
        <w:t>Їх мова крутиться, як повесні вода:&lt;br /&gt;</w:t>
        <w:br/>
        <w:t>"Те, що було,— пропало без сліда,&lt;br /&gt;</w:t>
        <w:br/>
        <w:t>Що ж завтра буде — те, напевне, буде".&lt;br /&gt;</w:t>
        <w:br/>
        <w:t>І голосно луною ліс віддав: —&lt;br /&gt;</w:t>
        <w:br/>
        <w:t>"Так, буде! І, напевне, буде!.."</w:t>
      </w:r>
    </w:p>
    <w:p>
      <w:r>
        <w:br/>
        <w:t>Хватились люди біля ступарів:&lt;br /&gt;</w:t>
        <w:br/>
        <w:t>"Та де ж вони?!&lt;br /&gt;</w:t>
        <w:br/>
        <w:t>— Заждем. Глядіть-бо, десь пристали.&lt;br /&gt;</w:t>
        <w:br/>
        <w:t>— Отак, голуб'ята! Не стерплять до пори..."&lt;br /&gt;</w:t>
        <w:br/>
        <w:t>Посміхаються свашки старі:&lt;br /&gt;</w:t>
        <w:br/>
        <w:t>"Ще націлуються, абим не послухали&lt;br /&gt;</w:t>
        <w:br/>
        <w:t>Рожеві губи...</w:t>
      </w:r>
    </w:p>
    <w:p>
      <w:r>
        <w:br/>
        <w:t>Ну, пішли помалу".&lt;br /&gt;</w:t>
        <w:br/>
        <w:t>...Прийшли дружки й бояри у село.&lt;br /&gt;</w:t>
        <w:br/>
        <w:t>Прийшли здоровити здалеку хуторяни...&lt;br /&gt;</w:t>
        <w:br/>
        <w:t>Та не прийшли зовсім Данило і Мар'яна,—&lt;br /&gt;</w:t>
        <w:br/>
        <w:t>Так, наче десь дороги розвело.</w:t>
      </w:r>
    </w:p>
    <w:p>
      <w:r>
        <w:br/>
        <w:t>XI</w:t>
      </w:r>
    </w:p>
    <w:p>
      <w:r>
        <w:br/>
        <w:t>Як в воду канули. Десь щезли, і нема.&lt;br /&gt;</w:t>
        <w:br/>
        <w:t>Сюди, туди — ні слуху, ані духу:&lt;br /&gt;</w:t>
        <w:br/>
        <w:t>Запорошила темінь, як зима,&lt;br /&gt;</w:t>
        <w:br/>
        <w:t>Стежки й дороги, тільки муть сама.&lt;br /&gt;</w:t>
        <w:br/>
        <w:t>Тривога... Розпач... Вигадок туман&lt;br /&gt;</w:t>
        <w:br/>
        <w:t>Та підозріння роз'їдають вуха.</w:t>
      </w:r>
    </w:p>
    <w:p>
      <w:r>
        <w:br/>
        <w:t>А хтось шептав... І раптом:&lt;br /&gt;</w:t>
        <w:br/>
        <w:t>"Утекли!!!"&lt;br /&gt;</w:t>
        <w:br/>
        <w:t>Шалена чутка, мов конем, у всі кінці майнула:&lt;br /&gt;</w:t>
        <w:br/>
        <w:t>"На чужину втекли! На чужину втекли!" —&lt;br /&gt;</w:t>
        <w:br/>
        <w:t>Тіпнулися серця і стріхи загули,—&lt;br /&gt;</w:t>
        <w:br/>
        <w:t>Образились — отак їх провели!&lt;br /&gt;</w:t>
        <w:br/>
        <w:t>Отак віддячили, отак же їх узули!..&lt;br /&gt;</w:t>
        <w:br/>
        <w:t>Це вдруге він. Облесливий шахрай!&lt;br /&gt;</w:t>
        <w:br/>
        <w:t>А ми... А ми, як Бога, виглядали,—&lt;br /&gt;</w:t>
        <w:br/>
        <w:t>З весілля тішились: по шелягу з двора&lt;br /&gt;</w:t>
        <w:br/>
        <w:t>Рядили... злазились...&lt;br /&gt;</w:t>
        <w:br/>
        <w:t>За це ж він нас украй...&lt;br /&gt;</w:t>
        <w:br/>
        <w:t>А-еххх!..—&lt;br /&gt;</w:t>
        <w:br/>
        <w:t>Ой, не дружки ділили коровай,—&lt;br /&gt;</w:t>
        <w:br/>
        <w:t>Пили горілку та й не дожидали.&lt;br /&gt;</w:t>
        <w:br/>
        <w:t>Не так, як думалось,&lt;br /&gt;</w:t>
        <w:br/>
        <w:t>Не так, як малось їм.&lt;br /&gt;</w:t>
        <w:br/>
        <w:t>Пішло весілля та й дощенту плавом.&lt;br /&gt;</w:t>
        <w:br/>
        <w:t>Не так заводили, співали не тії...&lt;br /&gt;</w:t>
        <w:br/>
        <w:t>Скрадало сонце промені свої,—&lt;br /&gt;</w:t>
        <w:br/>
        <w:t>Там шум невиразний в околиці стоїть:&lt;br /&gt;</w:t>
        <w:br/>
        <w:t>По молодятах крик — не молодятам слава.</w:t>
      </w:r>
    </w:p>
    <w:p>
      <w:r>
        <w:br/>
        <w:t>XII</w:t>
      </w:r>
    </w:p>
    <w:p>
      <w:r>
        <w:br/>
        <w:t>Зривали квіти, кидали у пил,&lt;br /&gt;</w:t>
        <w:br/>
        <w:t>Хустки подерли — дружки і бояри;&lt;br /&gt;</w:t>
        <w:br/>
        <w:t>Названий батько плакав і кипів;&lt;br /&gt;</w:t>
        <w:br/>
        <w:t>Повісили постіль, як прапор, на стовпі —&lt;br /&gt;</w:t>
        <w:br/>
        <w:t>За те, що в дурнях всі,&lt;br /&gt;</w:t>
        <w:br/>
        <w:t>Що гості, як татари!</w:t>
      </w:r>
    </w:p>
    <w:p>
      <w:r>
        <w:br/>
        <w:t>А хтось шептав... й котилася луна,&lt;br /&gt;</w:t>
        <w:br/>
        <w:t>І пряла злість над селами прядиво;&lt;br /&gt;</w:t>
        <w:br/>
        <w:t>Котились відголоски на ланах,&lt;br /&gt;</w:t>
        <w:br/>
        <w:t>А з кряжу на село дивилася сосна:&lt;br /&gt;</w:t>
        <w:br/>
        <w:t>"Чого так корчиться? Чого шумить?&lt;br /&gt;</w:t>
        <w:br/>
        <w:t>Регоче чи кона?&lt;br /&gt;</w:t>
        <w:br/>
        <w:t>Ага, так-так: — весілля,&lt;br /&gt;</w:t>
        <w:br/>
        <w:t>Над усі!&lt;br /&gt;</w:t>
        <w:br/>
        <w:t>На диво".</w:t>
      </w:r>
    </w:p>
    <w:p>
      <w:r>
        <w:br/>
        <w:t>XIII</w:t>
      </w:r>
    </w:p>
    <w:p>
      <w:r>
        <w:br/>
        <w:t>"На чужину втекли!!!"&lt;br /&gt;</w:t>
        <w:br/>
        <w:t>"Данило зрадив!.. Гей!!!"&lt;br /&gt;</w:t>
        <w:br/>
        <w:t>Як бомба, впала чутка та й у табір.&lt;br /&gt;</w:t>
        <w:br/>
        <w:t>Заметушивсь мурашник:&lt;br /&gt;</w:t>
        <w:br/>
        <w:t>"Отаман утік !.."&lt;br /&gt;</w:t>
        <w:br/>
        <w:t>"Рятуйте шкуру!.. По таляри золоті&lt;br /&gt;</w:t>
        <w:br/>
        <w:t>Подавсь!.. Усіх — на розкоші, на бабу,&lt;br /&gt;</w:t>
        <w:br/>
        <w:t>Як циган, прохаляндрив, проміняв!.."&lt;br /&gt;</w:t>
        <w:br/>
        <w:t>"Утік!.."&lt;br /&gt;</w:t>
        <w:br/>
        <w:t>"Ганьба!.."&lt;br /&gt;</w:t>
        <w:br/>
        <w:t>"Брехня!.."&lt;br /&gt;</w:t>
        <w:br/>
        <w:t>"Позорище!!!"&lt;br /&gt;</w:t>
        <w:br/>
        <w:t>"Що ж діять?&lt;br /&gt;</w:t>
        <w:br/>
        <w:t>Що діяти, братове?! Що прийнять?.." —&lt;br /&gt;</w:t>
        <w:br/>
        <w:t>Забився чорний розпач на вогнях,&lt;br /&gt;</w:t>
        <w:br/>
        <w:t>Заборсалась у хащах і втекла надія,&lt;br /&gt;</w:t>
        <w:br/>
        <w:t>У темінь канула...&lt;br /&gt;</w:t>
        <w:br/>
        <w:t>На стан, як ворон сів,—&lt;br /&gt;</w:t>
        <w:br/>
        <w:t>Упав розлад гнітючий і жахливий.&lt;br /&gt;</w:t>
        <w:br/>
        <w:t>Ніхто не вірив більше в смілі голоси;&lt;br /&gt;</w:t>
        <w:br/>
        <w:t>Втекла відвага з Гонтівських лісів&lt;br /&gt;</w:t>
        <w:br/>
        <w:t>І залила ніч вогнища, як моторошна злива.</w:t>
      </w:r>
    </w:p>
    <w:p>
      <w:r>
        <w:br/>
        <w:t>Даремно бадьоривсь старий Гармаш,&lt;br /&gt;</w:t>
        <w:br/>
        <w:t>Хотів не вірити, збивав на лад громаду,&lt;br /&gt;</w:t>
        <w:br/>
        <w:t>Але й в самого — ані слів, ні віри в них нема.&lt;br /&gt;</w:t>
        <w:br/>
        <w:t>Погас вогонь — зосталась біль сама...&lt;br /&gt;</w:t>
        <w:br/>
        <w:t>Позбулись ватажка — позбулась справа ладу.</w:t>
      </w:r>
    </w:p>
    <w:p>
      <w:r>
        <w:br/>
        <w:t>XIV</w:t>
      </w:r>
    </w:p>
    <w:p>
      <w:r>
        <w:br/>
        <w:t>Один по одному тікали хто куди.&lt;br /&gt;</w:t>
        <w:br/>
        <w:t>Вчорашній стан — немов вода розмила.&lt;br /&gt;</w:t>
        <w:br/>
        <w:t>І тільки дід похнюплений сидів,&lt;br /&gt;</w:t>
        <w:br/>
        <w:t>Розбитий горем: "О, прийди, прийди!&lt;br /&gt;</w:t>
        <w:br/>
        <w:t>Не пізно ще,&lt;br /&gt;</w:t>
        <w:br/>
        <w:t>Куди ж ти втік, Даниле?.." —&lt;br /&gt;</w:t>
        <w:br/>
        <w:t>В печері порожньо... Не так багато днів —</w:t>
      </w:r>
    </w:p>
    <w:p>
      <w:r>
        <w:br/>
        <w:t>Отут удвох, огнем ущерть налиті,&lt;br /&gt;</w:t>
        <w:br/>
        <w:t>Вони сиділи. Він, як трут, горів&lt;br /&gt;</w:t>
        <w:br/>
        <w:t>І його підбурював. Таж як він говорив!..&lt;br /&gt;</w:t>
        <w:br/>
        <w:t>Надворі чичмаря — надворі біль старий,&lt;br /&gt;</w:t>
        <w:br/>
        <w:t>Розсипалось дощем бездонне сито.</w:t>
      </w:r>
    </w:p>
    <w:p>
      <w:r>
        <w:br/>
        <w:t>Мовчали хащі.&lt;br /&gt;</w:t>
        <w:br/>
        <w:t>Десь орел тікав —</w:t>
      </w:r>
    </w:p>
    <w:p>
      <w:r>
        <w:br/>
        <w:t>Обмоклі крила розкидав, як ноги...&lt;br /&gt;</w:t>
        <w:br/>
        <w:t>На таборищі попіл чорним став;&lt;br /&gt;</w:t>
        <w:br/>
        <w:t>Блукав дідусь — головешки перевертав&lt;br /&gt;</w:t>
        <w:br/>
        <w:t>Ногою і ніяк&lt;br /&gt;</w:t>
        <w:br/>
        <w:t>Не міг збагнути цього всього.</w:t>
      </w:r>
    </w:p>
    <w:p>
      <w:r>
        <w:br/>
        <w:t>РОЗДІЛ ШОСТИЙ</w:t>
      </w:r>
    </w:p>
    <w:p>
      <w:r>
        <w:br/>
        <w:t>І</w:t>
      </w:r>
    </w:p>
    <w:p>
      <w:r>
        <w:br/>
        <w:t>У кел'ї сутінки, у кел'ї тишина:&lt;br /&gt;</w:t>
        <w:br/>
        <w:t>Заповнили її розп'яття і лампадка...&lt;br /&gt;</w:t>
        <w:br/>
        <w:t>Мар'яна змучена... зачинена... одна..&lt;br /&gt;</w:t>
        <w:br/>
        <w:t>На лицях бліки — лиця, як стіна —&lt;br /&gt;</w:t>
        <w:br/>
        <w:t>По бліках сльози. А повіки, у припадку&lt;br /&gt;</w:t>
        <w:br/>
        <w:t>Відчаю тихого, опали, неживі.&lt;br /&gt;</w:t>
        <w:br/>
        <w:t>Стрільчасті вії злиплися, здригають&lt;br /&gt;</w:t>
        <w:br/>
        <w:t>На кожен шелест. Профіль на стіні&lt;br /&gt;</w:t>
        <w:br/>
        <w:t>Не рушиться. Стомився. Вже й не корчиться в огні&lt;br /&gt;</w:t>
        <w:br/>
        <w:t>Страшної муки...&lt;br /&gt;</w:t>
        <w:br/>
        <w:t>Тишина...&lt;br /&gt;</w:t>
        <w:br/>
        <w:t>І тільки пацюки одні&lt;br /&gt;</w:t>
        <w:br/>
        <w:t>Шкребуться десь — останній нерв перегризають.</w:t>
      </w:r>
    </w:p>
    <w:p>
      <w:r>
        <w:br/>
        <w:t>Стоїть навколюшки — руками до Христа;&lt;br /&gt;</w:t>
        <w:br/>
        <w:t>Лампадка безнадійно язиком колише;&lt;br /&gt;</w:t>
        <w:br/>
        <w:t>Упала важко хвилями коса&lt;br /&gt;</w:t>
        <w:br/>
        <w:t>На ніжні перса.&lt;br /&gt;</w:t>
        <w:br/>
        <w:t>О краса! Катована і мучена,&lt;br /&gt;</w:t>
        <w:br/>
        <w:t>І ще могутніша від того, ще сильніша.&lt;br /&gt;</w:t>
        <w:br/>
        <w:t>В огні очищена і вимита, як цвіт,&lt;br /&gt;</w:t>
        <w:br/>
        <w:t>В потоках сліз, незламна, непокірна:&lt;br /&gt;</w:t>
        <w:br/>
        <w:t>"Доки ще б'ється дух, доки ще в очах світ —&lt;br /&gt;</w:t>
        <w:br/>
        <w:t>Не візьмуть ані мертві, ні живі,&lt;br /&gt;</w:t>
        <w:br/>
        <w:t>Не обплюють любов безмірну!"&lt;br /&gt;</w:t>
        <w:br/>
        <w:t>Молилась...&lt;br /&gt;</w:t>
        <w:br/>
        <w:t>А Христос — завішений — мовчить.&lt;br /&gt;</w:t>
        <w:br/>
        <w:t>Лампадка безнадійно язиком колише,&lt;br /&gt;</w:t>
        <w:br/>
        <w:t>Просила порятунку — "Він" мовчить,&lt;br /&gt;</w:t>
        <w:br/>
        <w:t>Просила смерти — теж мовчить,&lt;br /&gt;</w:t>
        <w:br/>
        <w:t>Поник чолом, не дивиться, не дише.&lt;br /&gt;</w:t>
        <w:br/>
        <w:t>А келих муки невблаганно жде:&lt;br /&gt;</w:t>
        <w:br/>
        <w:t>"Допий до дна! Допий-допий, рабине!.."&lt;br /&gt;</w:t>
        <w:br/>
        <w:t>Вже видно край... Й не дінешся ніде.&lt;br /&gt;</w:t>
        <w:br/>
        <w:t>І все-таки — не гасне іскра десь,&lt;br /&gt;</w:t>
        <w:br/>
        <w:t>І все-таки&lt;br /&gt;</w:t>
        <w:br/>
        <w:t>Хотілось вірити у зустріч, у спасіння...</w:t>
      </w:r>
    </w:p>
    <w:p>
      <w:r>
        <w:br/>
        <w:t>II</w:t>
      </w:r>
    </w:p>
    <w:p>
      <w:r>
        <w:br/>
        <w:t>Гикнув замок. По дверях зашкреблось...&lt;br /&gt;</w:t>
        <w:br/>
        <w:t>Здригнулась,— у десятий раз ввійшов, як тінь, владика,&lt;br /&gt;</w:t>
        <w:br/>
        <w:t>І у десятий раз схопилась жертва знов,&lt;br /&gt;</w:t>
        <w:br/>
        <w:t>Немов гадюкою ужалена в чоло,&lt;br /&gt;</w:t>
        <w:br/>
        <w:t>Забилася в куток без слова і без крику;&lt;br /&gt;</w:t>
        <w:br/>
        <w:t>І тільки очі — дикі і страшні —&lt;br /&gt;</w:t>
        <w:br/>
        <w:t>Горять так моторошно, дивно променіють,&lt;br /&gt;</w:t>
        <w:br/>
        <w:t>Кричать нелюдським криком в тишині.&lt;br /&gt;</w:t>
        <w:br/>
        <w:t>І галасує тиша:&lt;br /&gt;</w:t>
        <w:br/>
        <w:t>"Ні!.."&lt;br /&gt;</w:t>
        <w:br/>
        <w:t>Магічне "ні!.."&lt;br /&gt;</w:t>
        <w:br/>
        <w:t>І б'ється серце в нього, аж рука і терпне, і німієч&lt;br /&gt;</w:t>
        <w:br/>
        <w:t>І рве єдваб, і жмакає поділ&lt;br /&gt;</w:t>
        <w:br/>
        <w:t>В коштовній рясі — корчиться і мліє&lt;br /&gt;</w:t>
        <w:br/>
        <w:t>У спазмах дикої любовної жаги.&lt;br /&gt;</w:t>
        <w:br/>
        <w:t>А в неї коси впали до ноги,&lt;br /&gt;</w:t>
        <w:br/>
        <w:t>А в неї груди випнулись і млосно рожевіють,&lt;br /&gt;</w:t>
        <w:br/>
        <w:t>Виглядують з подертого вбрання...&lt;br /&gt;</w:t>
        <w:br/>
        <w:t>Лежить фата. Не "ним" — не нареченим —&lt;br /&gt;</w:t>
        <w:br/>
        <w:t>Здійнята з неї вона.&lt;br /&gt;</w:t>
        <w:br/>
        <w:t>Як змовник, сутінки на вухо жебонять:&lt;br /&gt;</w:t>
        <w:br/>
        <w:t>"Одна... Вона ніким незнана ще... Вона — одна...&lt;br /&gt;</w:t>
        <w:br/>
        <w:t>І ти — один, спіши..." —&lt;br /&gt;</w:t>
        <w:br/>
        <w:t>І стукотить скажено&lt;br /&gt;</w:t>
        <w:br/>
        <w:t>По ребрах серце, і рокоче кров,&lt;br /&gt;</w:t>
        <w:br/>
        <w:t>І лускають в напруженні всі жили і сустави.&lt;br /&gt;</w:t>
        <w:br/>
        <w:t>Підморгує лампадка, аж святий покров&lt;br /&gt;</w:t>
        <w:br/>
        <w:t>Лукаво жмуриться: на ньому перша кров,—&lt;br /&gt;</w:t>
        <w:br/>
        <w:t>Оголює він тіло соромливо і лукаво...</w:t>
      </w:r>
    </w:p>
    <w:p>
      <w:r>
        <w:br/>
        <w:t>Ступнув —&lt;br /&gt;</w:t>
        <w:br/>
        <w:t>І скрикнула, у душу зір вп'яла,&lt;br /&gt;</w:t>
        <w:br/>
        <w:t>Прилипла голими грудима до ікони...&lt;br /&gt;</w:t>
        <w:br/>
        <w:t>Ступнув —&lt;br /&gt;</w:t>
        <w:br/>
        <w:t>І галас тишина зняла:&lt;br /&gt;</w:t>
        <w:br/>
        <w:t>"Не руш! Не руш! — То смерть твоя прийшла.&lt;br /&gt;</w:t>
        <w:br/>
        <w:t>Не руш! Не смій!.."&lt;br /&gt;</w:t>
        <w:br/>
        <w:t>А в неї зір, як лезо кинджала,&lt;br /&gt;</w:t>
        <w:br/>
        <w:t>І надулись з рішучости гульки на скронях.</w:t>
      </w:r>
    </w:p>
    <w:p>
      <w:r>
        <w:br/>
        <w:t>Відсахнувсь, відштовхнутий вогнем,&lt;br /&gt;</w:t>
        <w:br/>
        <w:t>Відштовхнутий бездонними очима.&lt;br /&gt;</w:t>
        <w:br/>
        <w:t>"...Чого?., чого цураєшся мене,&lt;br /&gt;</w:t>
        <w:br/>
        <w:t>Хіба прийшов з бажаннями лихими?&lt;br /&gt;</w:t>
        <w:br/>
        <w:t>До ніг твоїх усе я покладу:&lt;br /&gt;</w:t>
        <w:br/>
        <w:t>Що хочеш, витворю, що скажеш, те і буде,—&lt;br /&gt;</w:t>
        <w:br/>
        <w:t>Усе-усе... за хвилю, за одну.&lt;br /&gt;</w:t>
        <w:br/>
        <w:t>А ні — покаєшся, бо я... таке утну!&lt;br /&gt;</w:t>
        <w:br/>
        <w:t>Послухай ліпше, будь покірна... це ж нетрудно.—&lt;br /&gt;</w:t>
        <w:br/>
        <w:t>Анітелень,— і чуть, як тишина&lt;br /&gt;</w:t>
        <w:br/>
        <w:t>Секунди лічить — складує хвилини...&lt;br /&gt;</w:t>
        <w:br/>
        <w:t>— Кого чекаєш ти?&lt;br /&gt;</w:t>
        <w:br/>
        <w:t>Ага, коханого! Нема, нема,—&lt;br /&gt;</w:t>
        <w:br/>
        <w:t>Він зріксь тебе, одбіг, немов Петро од Бога,&lt;br /&gt;</w:t>
        <w:br/>
        <w:t>Ха-ха! І я пустив його. Подумай же сама,&lt;br /&gt;</w:t>
        <w:br/>
        <w:t>Кого любила ти, хто звів тебе з ума,—&lt;br /&gt;</w:t>
        <w:br/>
        <w:t>Паскудний хлоп!&lt;br /&gt;</w:t>
        <w:br/>
        <w:t>Та ще й поклявсь не бачити й порога&lt;br /&gt;</w:t>
        <w:br/>
        <w:t>Од брами нашої — подався звідси геть,—&lt;br /&gt;</w:t>
        <w:br/>
        <w:t>(Мізерна твар) — подався на чужину&lt;br /&gt;</w:t>
        <w:br/>
        <w:t>Шукати другу. Він там заживе...&lt;br /&gt;</w:t>
        <w:br/>
        <w:t>Не жди — не жди, ти викинь цю тварину&lt;br /&gt;</w:t>
        <w:br/>
        <w:t>Із свого серця. Ну ж, розумна будь..." —&lt;br /&gt;</w:t>
        <w:br/>
        <w:t>Так твердо сказано, але не йняла віри:&lt;br /&gt;</w:t>
        <w:br/>
        <w:t>Пустив? Пустив? Данилечку, прибудь! —&lt;br /&gt;</w:t>
        <w:br/>
        <w:t>І закусила з радості губу,—</w:t>
      </w:r>
    </w:p>
    <w:p>
      <w:r>
        <w:br/>
        <w:t>Тепера він прийде. О, він тепера вирве!..&lt;br /&gt;</w:t>
        <w:br/>
        <w:t>Помітив радість кат і враз зареготав:&lt;br /&gt;</w:t>
        <w:br/>
        <w:t>"Ха-ха!..&lt;br /&gt;</w:t>
        <w:br/>
        <w:t>Так знай же ти всю правду в цюю ж мить —&lt;br /&gt;</w:t>
        <w:br/>
        <w:t>Не дасть збрехати ось ікона ця святая:&lt;br /&gt;</w:t>
        <w:br/>
        <w:t>Твого коханого — злочинця, "негодяя" —&lt;br /&gt;</w:t>
        <w:br/>
        <w:t>Я наказав ще вчора...&lt;br /&gt;</w:t>
        <w:br/>
        <w:t>Задушить!"&lt;br /&gt;</w:t>
        <w:br/>
        <w:t>Поблідла. Кров одлинула з лиця.&lt;br /&gt;</w:t>
        <w:br/>
        <w:t>Схопилася за серце. Підточились ноги.&lt;br /&gt;</w:t>
        <w:br/>
        <w:t>Заплуталась душа на манівцях...&lt;br /&gt;</w:t>
        <w:br/>
        <w:t>І враз зі стогоном упала на підлогу.&lt;br /&gt;</w:t>
        <w:br/>
        <w:t>Ридала. Билася об плити голова...&lt;br /&gt;</w:t>
        <w:br/>
        <w:t>А він стояв, дивився, хмурив чоло&lt;br /&gt;</w:t>
        <w:br/>
        <w:t>І тішився:&lt;br /&gt;</w:t>
        <w:br/>
        <w:t>"А-як, яка жива,&lt;br /&gt;</w:t>
        <w:br/>
        <w:t>Яка в'юнка, гнучка красуня! Чорта з два&lt;br /&gt;</w:t>
        <w:br/>
        <w:t>Другу знайдеш..." —&lt;br /&gt;</w:t>
        <w:br/>
        <w:t>І знов страшна жадоба налива&lt;br /&gt;</w:t>
        <w:br/>
        <w:t>Його істоту&lt;br /&gt;</w:t>
        <w:br/>
        <w:t>Враз — на ноги голі&lt;br /&gt;</w:t>
        <w:br/>
        <w:t>Упав, припав устами...&lt;br /&gt;</w:t>
        <w:br/>
        <w:t>Як обшпарена вогнем&lt;br /&gt;</w:t>
        <w:br/>
        <w:t>Схопилась дівчина. Рвонулась до ікони:&lt;br /&gt;</w:t>
        <w:br/>
        <w:t>"Не руш!!! Не руш!.." (то очі, як ножі)&lt;br /&gt;</w:t>
        <w:br/>
        <w:t>Шарпнулись руки, так немов чужі,&lt;br /&gt;</w:t>
        <w:br/>
        <w:t>Ікону здерли&lt;br /&gt;</w:t>
        <w:br/>
        <w:t>І вшкварили з розгону...</w:t>
      </w:r>
    </w:p>
    <w:p>
      <w:r>
        <w:br/>
        <w:t>Відскочив звір. Владика скам'янів,&lt;br /&gt;</w:t>
        <w:br/>
        <w:t>А дівчина, мов мертва, поточилась&lt;br /&gt;</w:t>
        <w:br/>
        <w:t>І заридала — ой, який же гріх на ній! —&lt;br /&gt;</w:t>
        <w:br/>
        <w:t>І розіп'яли серце на стіні&lt;br /&gt;</w:t>
        <w:br/>
        <w:t>Останні сльози і остання сила...&lt;br /&gt;</w:t>
        <w:br/>
        <w:t>"Умгу... Отак?.. Так ти ще й он яка!..&lt;br /&gt;</w:t>
        <w:br/>
        <w:t>Так знай же — я приборкаю та вже ж і загнуздаю!&lt;br /&gt;</w:t>
        <w:br/>
        <w:t>Подумай ще, я буду ще чекать —&lt;br /&gt;</w:t>
        <w:br/>
        <w:t>Останній день... А будеш знов брикать —&lt;br /&gt;</w:t>
        <w:br/>
        <w:t>Тоді уже не вмолиш, не вблагаєш.&lt;br /&gt;</w:t>
        <w:br/>
        <w:t>Не схочеш волею, так силою візьму,—&lt;br /&gt;</w:t>
        <w:br/>
        <w:t>Моєю будеш. Так тобі і на віку судилось.&lt;br /&gt;</w:t>
        <w:br/>
        <w:t>Подумай...</w:t>
      </w:r>
    </w:p>
    <w:p>
      <w:r>
        <w:br/>
        <w:t>За покору я тебе візьму&lt;br /&gt;</w:t>
        <w:br/>
        <w:t>Й озолочу, як королеву, з бруду підійму.&lt;br /&gt;</w:t>
        <w:br/>
        <w:t>Подумай ти. Тебе, тебе саму&lt;br /&gt;</w:t>
        <w:br/>
        <w:t>На увесь світ люблю. Якби ти полюбила&lt;br /&gt;</w:t>
        <w:br/>
        <w:t>Мене хоч краплю, в щасті б вік жила,&lt;br /&gt;</w:t>
        <w:br/>
        <w:t>Не каялась би, бидлом не була б...&lt;br /&gt;</w:t>
        <w:br/>
        <w:t>Подумай!" —&lt;br /&gt;</w:t>
        <w:br/>
        <w:t>І пішов&lt;br /&gt;</w:t>
        <w:br/>
        <w:t>Замкнув...&lt;br /&gt;</w:t>
        <w:br/>
        <w:t>Пішов...&lt;br /&gt;</w:t>
        <w:br/>
        <w:t>Кімната, як могила.</w:t>
      </w:r>
    </w:p>
    <w:p>
      <w:r>
        <w:br/>
        <w:t>III</w:t>
      </w:r>
    </w:p>
    <w:p>
      <w:r>
        <w:br/>
        <w:t>З сльозами образ тихо підняла,&lt;br /&gt;</w:t>
        <w:br/>
        <w:t>Повісила і впала на коліна:&lt;br /&gt;</w:t>
        <w:br/>
        <w:t>Пошарпана молилась і кляла,&lt;br /&gt;</w:t>
        <w:br/>
        <w:t>Кляла й молилась (вік пережила)...</w:t>
      </w:r>
    </w:p>
    <w:p>
      <w:r>
        <w:br/>
        <w:t>Аж поки й втома очі не склепила.&lt;br /&gt;</w:t>
        <w:br/>
        <w:t>І снилось їй, що музика гуде,—&lt;br /&gt;</w:t>
        <w:br/>
        <w:t>Весілля клекотить та й над усеньким краєм...&lt;br /&gt;</w:t>
        <w:br/>
        <w:t>І снилось їй, що милий десь іде —&lt;br /&gt;</w:t>
        <w:br/>
        <w:t>Козацьке військо таж сюди веде.&lt;br /&gt;</w:t>
        <w:br/>
        <w:t>Побились дзвони —&lt;br /&gt;</w:t>
        <w:br/>
        <w:t>Там корогви мають...&lt;br /&gt;</w:t>
        <w:br/>
        <w:t>І прокидалася. І вірила у сон:&lt;br /&gt;</w:t>
        <w:br/>
        <w:t>У темну ніч з надією дивилась:&lt;br /&gt;</w:t>
        <w:br/>
        <w:t>"Він прийде, прийде, таж і не один!" —&lt;br /&gt;</w:t>
        <w:br/>
        <w:t>І бачила — під ним басує кінь...&lt;br /&gt;</w:t>
        <w:br/>
        <w:t>І чуло серце — поспішає він...&lt;br /&gt;</w:t>
        <w:br/>
        <w:t>"Прийди, прийди,&lt;br /&gt;</w:t>
        <w:br/>
        <w:t>Хороший... милий..."</w:t>
      </w:r>
    </w:p>
    <w:p>
      <w:r>
        <w:br/>
        <w:t>IV</w:t>
      </w:r>
    </w:p>
    <w:p>
      <w:r>
        <w:br/>
        <w:t>Рука в кулак затиснута, німа,&lt;br /&gt;</w:t>
        <w:br/>
        <w:t>Зімкнулись щелепи і подубіли ноги.&lt;br /&gt;</w:t>
        <w:br/>
        <w:t>В льоху зима,&lt;br /&gt;</w:t>
        <w:br/>
        <w:t>В льоху страшна зима...&lt;br /&gt;</w:t>
        <w:br/>
        <w:t>Сидить Данило — і надій нема,&lt;br /&gt;</w:t>
        <w:br/>
        <w:t>І смерть не йде, і порятунку ніякого.</w:t>
      </w:r>
    </w:p>
    <w:p>
      <w:r>
        <w:br/>
        <w:t>В льоху зима і темінь, як в раю.&lt;br /&gt;</w:t>
        <w:br/>
        <w:t>Десь дні ідуть, зміняють ранки ночі,&lt;br /&gt;</w:t>
        <w:br/>
        <w:t>А тут не то що доленьку свою,&lt;br /&gt;</w:t>
        <w:br/>
        <w:t>А й пальця не розгледиш. Ящірки снують&lt;br /&gt;</w:t>
        <w:br/>
        <w:t>І, тьмою видавлені, заростають очі...&lt;br /&gt;</w:t>
        <w:br/>
        <w:t>Згубилась міра обсягу й часу,&lt;br /&gt;</w:t>
        <w:br/>
        <w:t>Зітерлась грань між снами і сидінням,—&lt;br /&gt;</w:t>
        <w:br/>
        <w:t>Не знав, яку яка зміняє мить,&lt;br /&gt;</w:t>
        <w:br/>
        <w:t>Не знав — годину, день, чи цілий вік сидить,&lt;br /&gt;</w:t>
        <w:br/>
        <w:t>Чи вік, добу, а чи одну годину.&lt;br /&gt;</w:t>
        <w:br/>
        <w:t>Безмежний час! Такий, як чорнота,&lt;br /&gt;</w:t>
        <w:br/>
        <w:t>Як біль в кістках і як жало в серці;&lt;br /&gt;</w:t>
        <w:br/>
        <w:t>Короткий час — як куца темнота,&lt;br /&gt;</w:t>
        <w:br/>
        <w:t>Як втома ця байдужа і проста,&lt;br /&gt;</w:t>
        <w:br/>
        <w:t>Як літ думок у безнадійнім герці...&lt;br /&gt;</w:t>
        <w:br/>
        <w:t>Як сталось це? Не зна і досі він.&lt;br /&gt;</w:t>
        <w:br/>
        <w:t>Схопили, вдарили... І канув у безодню.&lt;br /&gt;</w:t>
        <w:br/>
        <w:t>Відтоді лазить він у темряві німій,&lt;br /&gt;</w:t>
        <w:br/>
        <w:t>Відтоді хаос, шум у голові.&lt;br /&gt;</w:t>
        <w:br/>
        <w:t>Залізна міць розтанула, як віск,&lt;br /&gt;</w:t>
        <w:br/>
        <w:t>І розгубив — де "завтра", де "сьогодні".</w:t>
      </w:r>
    </w:p>
    <w:p>
      <w:r>
        <w:br/>
        <w:t>І знов пішов,&lt;br /&gt;</w:t>
        <w:br/>
        <w:t>Але спіткнувсь і впав;&lt;br /&gt;</w:t>
        <w:br/>
        <w:t>Помацав, поторкав... і радість забуяла:&lt;br /&gt;</w:t>
        <w:br/>
        <w:t>"Знайшов!" —&lt;br /&gt;</w:t>
        <w:br/>
        <w:t>Жупан! Його жупан...&lt;br /&gt;</w:t>
        <w:br/>
        <w:t>І так зрадів — хоч на хвилину пан:&lt;br /&gt;</w:t>
        <w:br/>
        <w:t>У жупані і люлька, і кресало.</w:t>
      </w:r>
    </w:p>
    <w:p>
      <w:r>
        <w:br/>
        <w:t>За мурами змінився день на ніч —&lt;br /&gt;</w:t>
        <w:br/>
        <w:t>А тут ця ніч безмежна і єдина.&lt;br /&gt;</w:t>
        <w:br/>
        <w:t>Ні звуку тут — а там заплакав сич,&lt;br /&gt;</w:t>
        <w:br/>
        <w:t>Він тут один — а там усі-усі,&lt;br /&gt;</w:t>
        <w:br/>
        <w:t>Хвилини це — а там вони години...&lt;br /&gt;</w:t>
        <w:br/>
        <w:t>.................................&lt;br /&gt;</w:t>
        <w:br/>
        <w:t>А як затих від диму в шлунку крик,&lt;br /&gt;</w:t>
        <w:br/>
        <w:t>Він знову викресав, роздмухав трут щосили, —&lt;br /&gt;</w:t>
        <w:br/>
        <w:t>Пішов. Оглядував. Ось диби...&lt;br /&gt;</w:t>
        <w:br/>
        <w:t>Ось кістяк старий...&lt;br /&gt;</w:t>
        <w:br/>
        <w:t>Стіна, стіна... А ось... То східці догори!&lt;br /&gt;</w:t>
        <w:br/>
        <w:t>Подерсь по них. Скорій, скорій!&lt;br /&gt;</w:t>
        <w:br/>
        <w:t>Кістки тріщали, аж в очах мутилось&lt;br /&gt;</w:t>
        <w:br/>
        <w:t>Й огненні кола плавали...&lt;br /&gt;</w:t>
        <w:br/>
        <w:t>Добравсь!&lt;br /&gt;</w:t>
        <w:br/>
        <w:t>Обмацав — двері, мертві, нерухомі,—&lt;br /&gt;</w:t>
        <w:br/>
        <w:t>То непробійні двері, як гора.&lt;br /&gt;</w:t>
        <w:br/>
        <w:t>Штовхав.&lt;br /&gt;</w:t>
        <w:br/>
        <w:t>А далі ввесь припав, дослухувавсь.&lt;br /&gt;</w:t>
        <w:br/>
        <w:t>І враз...&lt;br /&gt;</w:t>
        <w:br/>
        <w:t>Десь ледве чутно пролунали дзвони.&lt;br /&gt;</w:t>
        <w:br/>
        <w:t>Десь за могилою. І наче хто ножем&lt;br /&gt;</w:t>
        <w:br/>
        <w:t>Пірнув у серце: як зловісно дзвонять!&lt;br /&gt;</w:t>
        <w:br/>
        <w:t>І показавсь той дзвін лихим-лихим,&lt;br /&gt;</w:t>
        <w:br/>
        <w:t>Погребний дзвін. Над ким то він, над ким?!&lt;br /&gt;</w:t>
        <w:br/>
        <w:t>Над ним то дзвін, страшний і похоронний...</w:t>
      </w:r>
    </w:p>
    <w:p>
      <w:r>
        <w:br/>
        <w:t>VI</w:t>
      </w:r>
    </w:p>
    <w:p>
      <w:r>
        <w:br/>
        <w:t>Надворі темінь. Темінь, як стіна,&lt;br /&gt;</w:t>
        <w:br/>
        <w:t>І дзвін невидний ніч у саме серце&lt;br /&gt;</w:t>
        <w:br/>
        <w:t>І навіть не розходиться луна...&lt;br /&gt;</w:t>
        <w:br/>
        <w:t>Хоч би ж хто знав,&lt;br /&gt;</w:t>
        <w:br/>
        <w:t>Хоч би ж хто-небудь знав,&lt;br /&gt;</w:t>
        <w:br/>
        <w:t>Що то ігумен&lt;br /&gt;</w:t>
        <w:br/>
        <w:t>Задушив Мар'яну!..</w:t>
      </w:r>
    </w:p>
    <w:p>
      <w:r>
        <w:br/>
        <w:t>Гикнув замок (пройшла уже доба),&lt;br /&gt;</w:t>
        <w:br/>
        <w:t>І зник владика у низеньких дверях.&lt;br /&gt;</w:t>
        <w:br/>
        <w:t>І раптом крик нелюдський розірвав.&lt;br /&gt;</w:t>
        <w:br/>
        <w:t>Пожмакав тишину, немов шматок паперу.&lt;br /&gt;</w:t>
        <w:br/>
        <w:t>Напав у ліжку. Вмить роздер вбрання.&lt;br /&gt;</w:t>
        <w:br/>
        <w:t>(Мар'яна вдягнена лежала мертвосонна;&lt;br /&gt;</w:t>
        <w:br/>
        <w:t>Лампадки світ її охороняв —&lt;br /&gt;</w:t>
        <w:br/>
        <w:t>Мигав самотній язичок огня&lt;br /&gt;</w:t>
        <w:br/>
        <w:t>І ворожив над фольгою ікони.&lt;br /&gt;</w:t>
        <w:br/>
        <w:t>І раптом ґвалт). Накинувсь, розіп'яв.&lt;br /&gt;</w:t>
        <w:br/>
        <w:t>Рвонулася, пручалася, як риба,&lt;br /&gt;</w:t>
        <w:br/>
        <w:t>В лабетах стиснута (неначе п'явка, вп'явсь).&lt;br /&gt;</w:t>
        <w:br/>
        <w:t>"Рятуйте! Матінко! О матінко моя!&lt;br /&gt;</w:t>
        <w:br/>
        <w:t>Ряту-у-уйте!.. Пробі!!!"&lt;br /&gt;</w:t>
        <w:br/>
        <w:t>Аж дзвеніли шиби.&lt;br /&gt;</w:t>
        <w:br/>
        <w:t>І вирвалась. Обірвана ущент —&lt;br /&gt;</w:t>
        <w:br/>
        <w:t>Тікать.&lt;br /&gt;</w:t>
        <w:br/>
        <w:t>Піймав і об підлогу вдарив,&lt;br /&gt;</w:t>
        <w:br/>
        <w:t>І знов розп'яв,—&lt;br /&gt;</w:t>
        <w:br/>
        <w:t>Аж зойкнув біль поламаних рамен...&lt;br /&gt;</w:t>
        <w:br/>
        <w:t>Подолана, безсила, у останній мент,—&lt;br /&gt;</w:t>
        <w:br/>
        <w:t>Щосили&lt;br /&gt;</w:t>
        <w:br/>
        <w:t>Плюнула в мерзотну харю...&lt;br /&gt;</w:t>
        <w:br/>
        <w:t>Оскаженів.&lt;br /&gt;</w:t>
        <w:br/>
        <w:t>Потьмарилось в запльованих очах.&lt;br /&gt;</w:t>
        <w:br/>
        <w:t>Рвонув І горло надавив коліном...&lt;br /&gt;</w:t>
        <w:br/>
        <w:t>………………………………………..</w:t>
      </w:r>
    </w:p>
    <w:p>
      <w:r>
        <w:br/>
        <w:t>Забився в вікна крильми чорний птах...&lt;br /&gt;</w:t>
        <w:br/>
        <w:t>Заплуталась коса в руках...&lt;br /&gt;</w:t>
        <w:br/>
        <w:t>І випростався вогник у лампаді клином.</w:t>
      </w:r>
    </w:p>
    <w:p>
      <w:r>
        <w:br/>
        <w:t>VII</w:t>
      </w:r>
    </w:p>
    <w:p>
      <w:r>
        <w:br/>
        <w:t>Затихли кроки в пащі катакомб,&lt;br /&gt;</w:t>
        <w:br/>
        <w:t>Прошелестіли луни потойбічним криком.&lt;br /&gt;</w:t>
        <w:br/>
        <w:t>І залишився коридор, немов порожній гроб,—&lt;br /&gt;</w:t>
        <w:br/>
        <w:t>Там береже Христос німий замкнутий ромб...&lt;br /&gt;</w:t>
        <w:br/>
        <w:t>Служить заутреню пішов страшний владика.</w:t>
      </w:r>
    </w:p>
    <w:p>
      <w:r>
        <w:br/>
        <w:t>У чорну темінь — темінь, як стіна —&lt;br /&gt;</w:t>
        <w:br/>
        <w:t>Ударив дзвін невидимий — у серце ніч поранив.&lt;br /&gt;</w:t>
        <w:br/>
        <w:t>Дрижить і не розходиться луна...</w:t>
      </w:r>
    </w:p>
    <w:p>
      <w:r>
        <w:br/>
        <w:t>Хоч би хто знав!&lt;br /&gt;</w:t>
        <w:br/>
        <w:t>Хоч би хто-небудь знав,&lt;br /&gt;</w:t>
        <w:br/>
        <w:t>Що то ігумен задушив Мар'яну!..</w:t>
      </w:r>
    </w:p>
    <w:p>
      <w:r>
        <w:br/>
        <w:t>VIII</w:t>
      </w:r>
    </w:p>
    <w:p>
      <w:r>
        <w:br/>
        <w:t>Клобук спада до пояса хвостом.&lt;br /&gt;</w:t>
        <w:br/>
        <w:t>Ігумен сам у вівтарі — на місці горнім;&lt;br /&gt;</w:t>
        <w:br/>
        <w:t>Орлець поклав під ноги, підоперсь жезлом.&lt;br /&gt;</w:t>
        <w:br/>
        <w:t>І жебонить напам'ять часослов&lt;br /&gt;</w:t>
        <w:br/>
        <w:t>Послушник сонний...&lt;br /&gt;</w:t>
        <w:br/>
        <w:t>І капа голос без життя, без слов,</w:t>
      </w:r>
    </w:p>
    <w:p>
      <w:r>
        <w:br/>
        <w:t>Як краплі олива, убійчо, монотонно...&lt;br /&gt;</w:t>
        <w:br/>
        <w:t>І диха морок на іконостас,&lt;br /&gt;</w:t>
        <w:br/>
        <w:t>Боїться чорною рухнути бородою.&lt;br /&gt;</w:t>
        <w:br/>
        <w:t>З ікони в храм&lt;br /&gt;</w:t>
        <w:br/>
        <w:t>зійшло мале дівча,&lt;br /&gt;</w:t>
        <w:br/>
        <w:t>Малими кроками пішло... пішло стрічать&lt;br /&gt;</w:t>
        <w:br/>
        <w:t>Її.&lt;br /&gt;</w:t>
        <w:br/>
        <w:t>Через врата на прощу час&lt;br /&gt;</w:t>
        <w:br/>
        <w:t>Так безконечно шелестить нечутною ходою.&lt;br /&gt;</w:t>
        <w:br/>
        <w:t>І луска жезл під тягарем тупим,&lt;br /&gt;</w:t>
        <w:br/>
        <w:t>Застигли важко очі на малім дівчаті,&lt;br /&gt;</w:t>
        <w:br/>
        <w:t>І тріпотить брова...</w:t>
      </w:r>
    </w:p>
    <w:p>
      <w:r>
        <w:br/>
        <w:t>IX</w:t>
      </w:r>
    </w:p>
    <w:p>
      <w:r>
        <w:br/>
        <w:t>...Данило відступив,&lt;br /&gt;</w:t>
        <w:br/>
        <w:t>Гойднув всім тілом, руки розчепив&lt;br /&gt;</w:t>
        <w:br/>
        <w:t>І вдаривсь в двері!&lt;br /&gt;</w:t>
        <w:br/>
        <w:t>Та стоять на чаті,&lt;br /&gt;</w:t>
        <w:br/>
        <w:t>Не рушаться вони, кремезні і товсті.&lt;br /&gt;</w:t>
        <w:br/>
        <w:t>І знову бивсь щосили. Та ніде ні звуку.&lt;br /&gt;</w:t>
        <w:br/>
        <w:t>І тільки десь — погребний дзвін гуде,&lt;br /&gt;</w:t>
        <w:br/>
        <w:t>По нім той дзвін! Нікого аніде,&lt;br /&gt;</w:t>
        <w:br/>
        <w:t>Лиш темрява слизька до болю тисне руки.&lt;br /&gt;</w:t>
        <w:br/>
        <w:t>Упав, знесилений. Умерла назавжди&lt;br /&gt;</w:t>
        <w:br/>
        <w:t>Остання віра в будь-яке спасіння.</w:t>
      </w:r>
    </w:p>
    <w:p>
      <w:r>
        <w:br/>
        <w:t>Погас вогонь...&lt;br /&gt;</w:t>
        <w:br/>
        <w:t>Юнак сидить&lt;br /&gt;</w:t>
        <w:br/>
        <w:t>І слуха темний, як біжать кудись —&lt;br /&gt;</w:t>
        <w:br/>
        <w:t>У вічність капають години і хвилини.</w:t>
      </w:r>
    </w:p>
    <w:p>
      <w:r>
        <w:br/>
        <w:t>РОЗДІЛ СЬОМИЙ</w:t>
      </w:r>
    </w:p>
    <w:p>
      <w:r>
        <w:br/>
        <w:t>І</w:t>
      </w:r>
    </w:p>
    <w:p>
      <w:r>
        <w:br/>
        <w:t>Опівдні над селом ударив грім:&lt;br /&gt;</w:t>
        <w:br/>
        <w:t>"Знайшли Мар'яну!!!"&lt;br /&gt;</w:t>
        <w:br/>
        <w:t>Втоплену... опухлу...&lt;br /&gt;</w:t>
        <w:br/>
        <w:t>Покусану...&lt;br /&gt;</w:t>
        <w:br/>
        <w:t>Під замчищем старим&lt;br /&gt;</w:t>
        <w:br/>
        <w:t>Вода принесла й поклала при горі&lt;br /&gt;</w:t>
        <w:br/>
        <w:t>На постіль — на лепіх потрухлий.&lt;br /&gt;</w:t>
        <w:br/>
        <w:t>Голісінька. У шрамах і синцях.&lt;br /&gt;</w:t>
        <w:br/>
        <w:t>Коса під серцем, ніби гадина зелена.&lt;br /&gt;</w:t>
        <w:br/>
        <w:t>П'явки клубком вмостилися в очах,&lt;br /&gt;</w:t>
        <w:br/>
        <w:t>Пук баговиння та й замість вінця...&lt;br /&gt;</w:t>
        <w:br/>
        <w:t>"Вона, вона!&lt;br /&gt;</w:t>
        <w:br/>
        <w:t>Прекрасна наречена..."</w:t>
      </w:r>
    </w:p>
    <w:p>
      <w:r>
        <w:br/>
        <w:t>Набігли люди з лугу і села...&lt;br /&gt;</w:t>
        <w:br/>
        <w:t>На шиї мотузок, на мотузку каміння,—&lt;br /&gt;</w:t>
        <w:br/>
        <w:t>Звідкіль вона? З яких країн пливла?..&lt;br /&gt;</w:t>
        <w:br/>
        <w:t>"О матінко, Мар'яночка прийшла!&lt;br /&gt;</w:t>
        <w:br/>
        <w:t>Вернулася — кінчать весілля..."&lt;br /&gt;</w:t>
        <w:br/>
        <w:t>Ударились подруженьки старі.&lt;br /&gt;</w:t>
        <w:br/>
        <w:t>Заплакали, побігли луни яром.&lt;br /&gt;</w:t>
        <w:br/>
        <w:t>Розгублені (багато їх стоїть)&lt;br /&gt;</w:t>
        <w:br/>
        <w:t>Усі-усі, хто проклинав її —&lt;br /&gt;</w:t>
        <w:br/>
        <w:t>Мар'янчині "батьки", і свашки, і бояри.&lt;br /&gt;</w:t>
        <w:br/>
        <w:t>Закутали. В Слобідку привезли.&lt;br /&gt;</w:t>
        <w:br/>
        <w:t>І так, неначе сурма прогриміла —&lt;br /&gt;</w:t>
        <w:br/>
        <w:t>Розбіглась звістка по смутній землі,&lt;br /&gt;</w:t>
        <w:br/>
        <w:t>І бігли люди,— кидали волів,&lt;br /&gt;</w:t>
        <w:br/>
        <w:t>Худобу, стріхи, спочивок і діло,—&lt;br /&gt;</w:t>
        <w:br/>
        <w:t>Збігалися...&lt;br /&gt;</w:t>
        <w:br/>
        <w:t>Набились на майдан&lt;br /&gt;</w:t>
        <w:br/>
        <w:t>І товпились. Дивились і кричали.&lt;br /&gt;</w:t>
        <w:br/>
        <w:t>Прокльони сипались. Кому? Самі вони&lt;br /&gt;</w:t>
        <w:br/>
        <w:t>Не знали, хто зробив такий страшний,&lt;br /&gt;</w:t>
        <w:br/>
        <w:t>Ганебний вчинок. Бились зарічани&lt;br /&gt;</w:t>
        <w:br/>
        <w:t>Руками в поли: "Покарать!.."&lt;br /&gt;</w:t>
        <w:br/>
        <w:t>"Кого?"&lt;br /&gt;</w:t>
        <w:br/>
        <w:t>"Його!" — все змовкло. Раптом розітнулось:&lt;br /&gt;</w:t>
        <w:br/>
        <w:t>"Данила! Це його, його&lt;br /&gt;</w:t>
        <w:br/>
        <w:t>Паскудне діло. Більш ніхто цього&lt;br /&gt;</w:t>
        <w:br/>
        <w:t>Не зміг би..."&lt;br /&gt;</w:t>
        <w:br/>
        <w:t>"Що?! Брехня! Ви чули?!&lt;br /&gt;</w:t>
        <w:br/>
        <w:t>Гей, хто сказав? Візьми своє назад!&lt;br /&gt;</w:t>
        <w:br/>
        <w:t>А хто побожиться, що сам він та не там же,&lt;br /&gt;</w:t>
        <w:br/>
        <w:t>Де і оця нещасна? Підождім, і час покаже,&lt;br /&gt;</w:t>
        <w:br/>
        <w:t>Побійся Бога, хто це там сказав?!"&lt;br /&gt;</w:t>
        <w:br/>
        <w:t>Загомоніли: "Вірно... як... Авжеж, мовчи,&lt;br /&gt;</w:t>
        <w:br/>
        <w:t>Не каламуть душі. Хто винен, розбере урядник".&lt;br /&gt;</w:t>
        <w:br/>
        <w:t>"Який урядник? Геть під три чорти!&lt;br /&gt;</w:t>
        <w:br/>
        <w:t>Ми мусим, мусим злодія знайти&lt;br /&gt;</w:t>
        <w:br/>
        <w:t>І розторощити! Розчавити!"&lt;br /&gt;</w:t>
        <w:br/>
        <w:t>Збурилася громада:&lt;br /&gt;</w:t>
        <w:br/>
        <w:t>"Так-так... Розчавити! Суд буде тільки наш".&lt;br /&gt;</w:t>
        <w:br/>
        <w:t>"Хто б він не був, хоч хай він пристав буде..." —&lt;br /&gt;</w:t>
        <w:br/>
        <w:t>А в серце дряпається розпач, як чума,&lt;br /&gt;</w:t>
        <w:br/>
        <w:t>А шиї крутяться і гнуться від ярма...</w:t>
      </w:r>
    </w:p>
    <w:p>
      <w:r>
        <w:br/>
        <w:t>"Пустіть, пустіть!.. Гармаш... Гармаш..." —&lt;br /&gt;</w:t>
        <w:br/>
        <w:t>Зашепотіли враз, здригнули й розступились мовчки люди.&lt;br /&gt;</w:t>
        <w:br/>
        <w:t>Прийшов Гармаш,&lt;br /&gt;</w:t>
        <w:br/>
        <w:t>Захеканий, блідий,&lt;br /&gt;</w:t>
        <w:br/>
        <w:t>Простяг свою кремезну постать, ніби п'яний.&lt;br /&gt;</w:t>
        <w:br/>
        <w:t>Як з неба впав — бігом прибіг сюди.&lt;br /&gt;</w:t>
        <w:br/>
        <w:t>Спинивсь... Закам'янів...&lt;br /&gt;</w:t>
        <w:br/>
        <w:t>Дивився довго-довго на Мар'яну&lt;br /&gt;</w:t>
        <w:br/>
        <w:t>І похиливсь. Скотилася сльоза;&lt;br /&gt;</w:t>
        <w:br/>
        <w:t>Чоло старече зморшки враз обсіли...&lt;br /&gt;</w:t>
        <w:br/>
        <w:t>Упала шапка — він її не взяв,&lt;br /&gt;</w:t>
        <w:br/>
        <w:t>Поволі повернувсь,&lt;br /&gt;</w:t>
        <w:br/>
        <w:t>Нічого не сказав&lt;br /&gt;</w:t>
        <w:br/>
        <w:t>І почвалав із натовпу задуманий, похилий.&lt;br /&gt;</w:t>
        <w:br/>
        <w:t>А слідом шепотіли:&lt;br /&gt;</w:t>
        <w:br/>
        <w:t>"Ой, яка ж важка сльоза&lt;br /&gt;</w:t>
        <w:br/>
        <w:t>У Гармаша&lt;br /&gt;</w:t>
        <w:br/>
        <w:t>По бороді скотилась".</w:t>
      </w:r>
    </w:p>
    <w:p>
      <w:r>
        <w:br/>
        <w:t>II</w:t>
      </w:r>
    </w:p>
    <w:p>
      <w:r>
        <w:br/>
        <w:t>А манастир одразу посмирнів,—&lt;br /&gt;</w:t>
        <w:br/>
        <w:t>Дививсь униз і дослухався пильно:&lt;br /&gt;</w:t>
        <w:br/>
        <w:t>"Чого, чого зібрались там вони?!"</w:t>
      </w:r>
    </w:p>
    <w:p>
      <w:r>
        <w:br/>
        <w:t>В понурій келії горять вогні,&lt;br /&gt;</w:t>
        <w:br/>
        <w:t>Скрипить перо в крові чорнильній:&lt;br /&gt;</w:t>
        <w:br/>
        <w:t>— Пиши: "Прибудьте, пане, уночі!&lt;br /&gt;</w:t>
        <w:br/>
        <w:t>Негайно, чуєте? Злочинець єсть страшенний,&lt;br /&gt;</w:t>
        <w:br/>
        <w:t>Що по-звірячому... Зажди, не так пиши:&lt;br /&gt;</w:t>
        <w:br/>
        <w:t>Він утопив, зарізав, задушив,&lt;br /&gt;</w:t>
        <w:br/>
        <w:t>Закатував, замучив наречену!&lt;br /&gt;</w:t>
        <w:br/>
        <w:t>Та поспішайте, пане становий!&lt;br /&gt;</w:t>
        <w:br/>
        <w:t>Він над усе ще і бунтар великий.&lt;br /&gt;</w:t>
        <w:br/>
        <w:t>На нього вся околиця шумить —&lt;br /&gt;</w:t>
        <w:br/>
        <w:t>Сидить в льоху...&lt;br /&gt;</w:t>
        <w:br/>
        <w:t>Чекаємо... Приїдьте ви..."</w:t>
      </w:r>
    </w:p>
    <w:p>
      <w:r>
        <w:br/>
        <w:t>Отак писав пан ризничий кривий,&lt;br /&gt;</w:t>
        <w:br/>
        <w:t>А диктував (всміхаючись) владика:&lt;br /&gt;</w:t>
        <w:br/>
        <w:t>— Ще допиши: "Сьогодні ж заберіть!&lt;br /&gt;</w:t>
        <w:br/>
        <w:t>Спішіть! Цього не слід проґавить..." —&lt;br /&gt;</w:t>
        <w:br/>
        <w:t>І жмурився, приємно ніс чесав. Ризничий дописав,&lt;br /&gt;</w:t>
        <w:br/>
        <w:t>Владика підписавсь&lt;br /&gt;</w:t>
        <w:br/>
        <w:t>І сургучем тавро поставив:&lt;br /&gt;</w:t>
        <w:br/>
        <w:t>"Гінця! Негайно!.." — Ризничий подавсь.&lt;br /&gt;</w:t>
        <w:br/>
        <w:t>А сам в вікно дививсь, як ген в селі&lt;br /&gt;</w:t>
        <w:br/>
        <w:t>Мотались люди, сновигали під дворами —&lt;br /&gt;</w:t>
        <w:br/>
        <w:t>Кудись збирались і когось несли.&lt;br /&gt;</w:t>
        <w:br/>
        <w:t>Зійшлися зморшки в нього на чолі,&lt;br /&gt;</w:t>
        <w:br/>
        <w:t>Та миттю й розлетілись, розпливлись:&lt;br /&gt;</w:t>
        <w:br/>
        <w:t>Внизу —&lt;br /&gt;</w:t>
        <w:br/>
        <w:t>Як вітер, вискочив гінець із брами&lt;br /&gt;</w:t>
        <w:br/>
        <w:t>І браво поскакав...</w:t>
      </w:r>
    </w:p>
    <w:p>
      <w:r>
        <w:br/>
        <w:t>III</w:t>
      </w:r>
    </w:p>
    <w:p>
      <w:r>
        <w:br/>
        <w:t>...Спустилась ніч. Тривожна тишина...&lt;br /&gt;</w:t>
        <w:br/>
        <w:t>Чекання&lt;br /&gt;</w:t>
        <w:br/>
        <w:t>І тягучий морок...</w:t>
      </w:r>
    </w:p>
    <w:p>
      <w:r>
        <w:br/>
        <w:t>IV&lt;br /&gt;</w:t>
        <w:br/>
        <w:t>І клацнуло...&lt;br /&gt;</w:t>
        <w:br/>
        <w:t>Данило задрижав,—&lt;br /&gt;</w:t>
        <w:br/>
        <w:t>Ось смерть прийшла! Завили тихо шпуги:&lt;br /&gt;</w:t>
        <w:br/>
        <w:t>Відкрились двері... Знов закрились...&lt;br /&gt;</w:t>
        <w:br/>
        <w:t>Жах...&lt;br /&gt;</w:t>
        <w:br/>
        <w:t>Блиснув вогонь та и полиском ножа&lt;br /&gt;</w:t>
        <w:br/>
        <w:t>Стоять ченці, як два страшних ожуги ,&lt;br /&gt;</w:t>
        <w:br/>
        <w:t>З рушницями. А чорні клобуки,&lt;br /&gt;</w:t>
        <w:br/>
        <w:t>Надіті наперед — на лиця пеленою,&lt;br /&gt;</w:t>
        <w:br/>
        <w:t>І скиряться між розпірками язики з зубів...&lt;br /&gt;</w:t>
        <w:br/>
        <w:t>А ззаду нього руки простягли диби&lt;br /&gt;</w:t>
        <w:br/>
        <w:t>І череп вищірився пащею гнилою.&lt;br /&gt;</w:t>
        <w:br/>
        <w:t>Тікать... тікать...&lt;br /&gt;</w:t>
        <w:br/>
        <w:t>А ноги ж, як чужі.&lt;br /&gt;</w:t>
        <w:br/>
        <w:t>"Вставай!!!&lt;br /&gt;</w:t>
        <w:br/>
        <w:t>Ей, ти! — Схопили. — Йди за нами!..—&lt;br /&gt;</w:t>
        <w:br/>
        <w:t>І потягли.— Чого, як пень, лежиш?&lt;br /&gt;</w:t>
        <w:br/>
        <w:t>Ну ж рухайся! Та швидше!.. Час біжить...&lt;br /&gt;</w:t>
        <w:br/>
        <w:t>Ходім!.." —&lt;br /&gt;</w:t>
        <w:br/>
        <w:t>І вивели, забрязкали замками.</w:t>
      </w:r>
    </w:p>
    <w:p>
      <w:r>
        <w:br/>
        <w:t>...........................................................</w:t>
      </w:r>
    </w:p>
    <w:p>
      <w:r>
        <w:br/>
        <w:t>"Даниле, швидше!"&lt;br /&gt;</w:t>
        <w:br/>
        <w:t>"Хто?! Це ти?.. Остап!.."&lt;br /&gt;</w:t>
        <w:br/>
        <w:t>"Цссс, чорт! Біжім... мовчи та поспішай щосили..."&lt;br /&gt;</w:t>
        <w:br/>
        <w:t>Забилось в грудях серце, ніби птах:&lt;br /&gt;</w:t>
        <w:br/>
        <w:t>"Воскрес!?! Брати мої..."&lt;br /&gt;</w:t>
        <w:br/>
        <w:t>"Біжім, чого ж ти став,&lt;br /&gt;</w:t>
        <w:br/>
        <w:t>Біжім..." —&lt;br /&gt;</w:t>
        <w:br/>
        <w:t>І подались у темряву, в будівлях загубились.&lt;br /&gt;</w:t>
        <w:br/>
        <w:t>Спирало груди. Дерлись через мур.&lt;br /&gt;</w:t>
        <w:br/>
        <w:t>А далі кинулись на чорний двір чернечий.&lt;br /&gt;</w:t>
        <w:br/>
        <w:t>Убили конюха. Трьох коней зайняли.&lt;br /&gt;</w:t>
        <w:br/>
        <w:t>Враз окульбачили і вихорем пішли,—&lt;br /&gt;</w:t>
        <w:br/>
        <w:t>Чкурнули в ніч. Тепер їм не перечить!&lt;br /&gt;</w:t>
        <w:br/>
        <w:t>Тепер на волі.&lt;br /&gt;</w:t>
        <w:br/>
        <w:t>До коня припав,&lt;br /&gt;</w:t>
        <w:br/>
        <w:t>Приріс...&lt;br /&gt;</w:t>
        <w:br/>
        <w:t>То смерть десь пронеслася мимо.&lt;br /&gt;</w:t>
        <w:br/>
        <w:t>Черкали віти... Стишивсь тупіт ніг:&lt;br /&gt;</w:t>
        <w:br/>
        <w:t>"Дідусю, батьку мій! І ти, Остапе... Любі!&lt;br /&gt;</w:t>
        <w:br/>
        <w:t>Та як же це?! Я ж вмер!"&lt;br /&gt;</w:t>
        <w:br/>
        <w:t>"Еге ж, виходить, ні.&lt;br /&gt;</w:t>
        <w:br/>
        <w:t>Виходить, що прийдеться ще мені&lt;br /&gt;</w:t>
        <w:br/>
        <w:t>Ударити на збір. Чи так кажу? Ану ж бо,&lt;br /&gt;</w:t>
        <w:br/>
        <w:t>Як воно й справдяться-таки твої слова.&lt;br /&gt;</w:t>
        <w:br/>
        <w:t>Ми ще живі, живі! Мій сину,— отамане!"&lt;br /&gt;</w:t>
        <w:br/>
        <w:t>"Як сталось це?!"&lt;br /&gt;</w:t>
        <w:br/>
        <w:t>"Гінця я перейняв,&lt;br /&gt;</w:t>
        <w:br/>
        <w:t>Аж під Лутищами догнав — спинив коня&lt;br /&gt;</w:t>
        <w:br/>
        <w:t>І прочитать пакет примусив ятаганом.&lt;br /&gt;</w:t>
        <w:br/>
        <w:t>Він розказав усе — і що, і де...&lt;br /&gt;</w:t>
        <w:br/>
        <w:t>В пакеті їхала твоя душа до станового.&lt;br /&gt;</w:t>
        <w:br/>
        <w:t>Він досі десь з салдатами іде —&lt;br /&gt;</w:t>
        <w:br/>
        <w:t>Той чорт московськмий,— бо ж сьогодні вдень.&lt;br /&gt;</w:t>
        <w:br/>
        <w:t>Іще..." —&lt;br /&gt;</w:t>
        <w:br/>
        <w:t>Та й прикусив, і не сказав нічого.&lt;br /&gt;</w:t>
        <w:br/>
        <w:t>Погнав коня. Данило спохвативсь,&lt;br /&gt;</w:t>
        <w:br/>
        <w:t>Аж скрикнув: "Діду! Де вона?!&lt;br /&gt;</w:t>
        <w:br/>
        <w:t>А де Мар'яна? Скажи!.."&lt;br /&gt;</w:t>
        <w:br/>
        <w:t>"Спішім".&lt;br /&gt;</w:t>
        <w:br/>
        <w:t>"Вона жива?"&lt;br /&gt;</w:t>
        <w:br/>
        <w:t>"Не гаймось!&lt;br /&gt;</w:t>
        <w:br/>
        <w:t>Побачишся... А Господи, прости,&lt;br /&gt;</w:t>
        <w:br/>
        <w:t>Мій чорт спіткається, здохлятина.&lt;br /&gt;</w:t>
        <w:br/>
        <w:t>Гляди: Звертає з півночі,— спішім, бо буде клопіт.&lt;br /&gt;</w:t>
        <w:br/>
        <w:t>Проґавимо й не вискочим з біди.&lt;br /&gt;</w:t>
        <w:br/>
        <w:t>Не відставай, за мною! Гей, мерщій сюди,&lt;br /&gt;</w:t>
        <w:br/>
        <w:t>Гайда!" —&lt;br /&gt;</w:t>
        <w:br/>
        <w:t>І в темряві завмер шалений тупіт...</w:t>
      </w:r>
    </w:p>
    <w:p>
      <w:r>
        <w:br/>
        <w:t>Село проскочили. Спинився дід:&lt;br /&gt;</w:t>
        <w:br/>
        <w:t>"Ось тут. Вона чекає...&lt;br /&gt;</w:t>
        <w:br/>
        <w:t>Поспішай, поки не зовсім пізно,&lt;br /&gt;</w:t>
        <w:br/>
        <w:t>Бо не втечем..."&lt;br /&gt;</w:t>
        <w:br/>
        <w:t>Когось у хатці ждуть —&lt;br /&gt;</w:t>
        <w:br/>
        <w:t>Мигає вогник і квітки цвітуть...&lt;br /&gt;</w:t>
        <w:br/>
        <w:t>"Ех, сила ти моя і міць залізна!" —&lt;br /&gt;</w:t>
        <w:br/>
        <w:t>Сплигнув Данило, за поріг влетів...&lt;br /&gt;</w:t>
        <w:br/>
        <w:t>Та й зупинився:&lt;br /&gt;</w:t>
        <w:br/>
        <w:t>...Під іконою ще й у кутку свяченім,&lt;br /&gt;</w:t>
        <w:br/>
        <w:t>В намітці білій, в персні золотім,&lt;br /&gt;</w:t>
        <w:br/>
        <w:t>З свічею у руках — так ніби на хресті —&lt;br /&gt;</w:t>
        <w:br/>
        <w:t>Лежить розіп'ята на квітах наречена...&lt;br /&gt;</w:t>
        <w:br/>
        <w:t>І поточився, тяжко застогнав.&lt;br /&gt;</w:t>
        <w:br/>
        <w:t>Сидять дружки, як привиди, навколо,&lt;br /&gt;</w:t>
        <w:br/>
        <w:t>Мигає свічка — і ворушиться "вона".&lt;br /&gt;</w:t>
        <w:br/>
        <w:t>Побачила... шепоче... кличе... а смутна-смутна.&lt;br /&gt;</w:t>
        <w:br/>
        <w:t>Десь віддало у мізку гострим болем,&lt;br /&gt;</w:t>
        <w:br/>
        <w:t>І сам, як привид, руки простягнув,&lt;br /&gt;</w:t>
        <w:br/>
        <w:t>Ступив до неї й чуб піднявся дуба:&lt;br /&gt;</w:t>
        <w:br/>
        <w:t>Така покусана, опухла, чорна, у синцях,&lt;br /&gt;</w:t>
        <w:br/>
        <w:t>А очі незакриті дивляться з лиця&lt;br /&gt;</w:t>
        <w:br/>
        <w:t>У саму душу і... шепочуть губи.&lt;br /&gt;</w:t>
        <w:br/>
        <w:t>Уп'явсь очима. До грудей припав...&lt;br /&gt;</w:t>
        <w:br/>
        <w:t>І відсахнувся:&lt;br /&gt;</w:t>
        <w:br/>
        <w:t>Труп зідхнув глибоко,&lt;br /&gt;</w:t>
        <w:br/>
        <w:t>Пробурмотів... Він щось сказав...&lt;br /&gt;</w:t>
        <w:br/>
        <w:t>А по щоці скотилася сльоза&lt;br /&gt;</w:t>
        <w:br/>
        <w:t>З куточка вій — із неживого ока,&lt;br /&gt;</w:t>
        <w:br/>
        <w:t>Блиснула променем і капнула униз,—&lt;br /&gt;</w:t>
        <w:br/>
        <w:t>На руку впала... Й скрикнув так шалено!&lt;br /&gt;</w:t>
        <w:br/>
        <w:t>І вилетів, і скочив на коня,—&lt;br /&gt;</w:t>
        <w:br/>
        <w:t>Погнав у ніч...&lt;br /&gt;</w:t>
        <w:br/>
        <w:t>За ним Остап Лазня,&lt;br /&gt;</w:t>
        <w:br/>
        <w:t>А слідом дід — припав на коні креном.&lt;br /&gt;</w:t>
        <w:br/>
        <w:t>І тільки свист, і тільки храп коня&lt;br /&gt;</w:t>
        <w:br/>
        <w:t>Та лячно копита дзвенять.&lt;br /&gt;</w:t>
        <w:br/>
        <w:t>Десь розбігаються — дають дорогу клени...</w:t>
      </w:r>
    </w:p>
    <w:p>
      <w:r>
        <w:br/>
        <w:t>V</w:t>
      </w:r>
    </w:p>
    <w:p>
      <w:r>
        <w:br/>
        <w:t>І подались вони в старий порожній стан,&lt;br /&gt;</w:t>
        <w:br/>
        <w:t>До Гонтівських лісів крізь хащі, крізь туман.&lt;br /&gt;</w:t>
        <w:br/>
        <w:t>Стогнав юнак і гнав коня свого,&lt;br /&gt;</w:t>
        <w:br/>
        <w:t>Він душу десь та й проміняв другому...&lt;br /&gt;</w:t>
        <w:br/>
        <w:t>Де було серце — там нема його,&lt;br /&gt;</w:t>
        <w:br/>
        <w:t>Один вогонь, такий страшний вогонь,&lt;br /&gt;</w:t>
        <w:br/>
        <w:t>Аж серце&lt;br /&gt;</w:t>
        <w:br/>
        <w:t>Спопеліло в ньому.</w:t>
      </w:r>
    </w:p>
    <w:p>
      <w:r>
        <w:br/>
        <w:t>РОЗДІЛ ВОСЬМИЙ</w:t>
      </w:r>
    </w:p>
    <w:p>
      <w:r>
        <w:br/>
        <w:t>І</w:t>
      </w:r>
    </w:p>
    <w:p>
      <w:r>
        <w:br/>
        <w:t>Та, гей, і вдарились вельможні в переляк&lt;br /&gt;</w:t>
        <w:br/>
        <w:t>І захрестилися ще й обома руками:&lt;br /&gt;</w:t>
        <w:br/>
        <w:t>Проти усіх — проти панів, проти царя&lt;br /&gt;</w:t>
        <w:br/>
        <w:t>Піднявся з свистом келеп бунтаря...&lt;br /&gt;</w:t>
        <w:br/>
        <w:t>В околиці маєтки скрізь горять —&lt;br /&gt;</w:t>
        <w:br/>
        <w:t>Чинить розправу Чорний з козаками.&lt;br /&gt;</w:t>
        <w:br/>
        <w:t>Навколо ні проїхать, ні пройти.&lt;br /&gt;</w:t>
        <w:br/>
        <w:t>Зреклись раби свого старого ладу.&lt;br /&gt;</w:t>
        <w:br/>
        <w:t>Не те, не те, що тут було колись,—&lt;br /&gt;</w:t>
        <w:br/>
        <w:t>Ані хрестись,&lt;br /&gt;</w:t>
        <w:br/>
        <w:t>Ані молись,—&lt;br /&gt;</w:t>
        <w:br/>
        <w:t>Нікому ні прощення, ні пощади...</w:t>
      </w:r>
    </w:p>
    <w:p>
      <w:r>
        <w:br/>
        <w:t>II</w:t>
      </w:r>
    </w:p>
    <w:p>
      <w:r>
        <w:br/>
        <w:t>Зреклись податків. Панщину й "оброк"&lt;br /&gt;</w:t>
        <w:br/>
        <w:t>І послух кинули, занози повиймали&lt;br /&gt;</w:t>
        <w:br/>
        <w:t>Та й повернули ті занози на добро:&lt;br /&gt;</w:t>
        <w:br/>
        <w:t>(Не віщував цього ані один "пророк")&lt;br /&gt;</w:t>
        <w:br/>
        <w:t>Занози ті — ножами стали...</w:t>
      </w:r>
    </w:p>
    <w:p>
      <w:r>
        <w:br/>
        <w:t>III</w:t>
      </w:r>
    </w:p>
    <w:p>
      <w:r>
        <w:br/>
        <w:t>Під стягом чорним котиться луна...&lt;br /&gt;</w:t>
        <w:br/>
        <w:t>Біжать, злітаються Залізнякові діти —&lt;br /&gt;</w:t>
        <w:br/>
        <w:t>Старі й малі, неначе сарана,&lt;br /&gt;</w:t>
        <w:br/>
        <w:t>І сунуть хмарою по висохлих ланах&lt;br /&gt;</w:t>
        <w:br/>
        <w:t>Обскубані, голодні і роздіті...&lt;br /&gt;</w:t>
        <w:br/>
        <w:t>Єдиний програм в сірих цих рабів:&lt;br /&gt;</w:t>
        <w:br/>
        <w:t>За біль, за злидні та й за сірі хати —&lt;br /&gt;</w:t>
        <w:br/>
        <w:t>Паскудній долі черепа розбить,&lt;br /&gt;</w:t>
        <w:br/>
        <w:t>В калюжах крови ворога втопить&lt;br /&gt;</w:t>
        <w:br/>
        <w:t>І проклятий вертеп дощенту зруйнувати!&lt;br /&gt;</w:t>
        <w:br/>
        <w:t>І час настав...</w:t>
      </w:r>
    </w:p>
    <w:p>
      <w:r>
        <w:br/>
        <w:t>IV</w:t>
      </w:r>
    </w:p>
    <w:p>
      <w:r>
        <w:br/>
        <w:t>...Ще зранку тишина&lt;br /&gt;</w:t>
        <w:br/>
        <w:t>Над банями нависла, як погроза,&lt;br /&gt;</w:t>
        <w:br/>
        <w:t>А в південь завагітніла вона&lt;br /&gt;</w:t>
        <w:br/>
        <w:t>І пролетіла чайка, як дурна,&lt;br /&gt;</w:t>
        <w:br/>
        <w:t>По морю мертвого, тупого передгроззя.&lt;br /&gt;</w:t>
        <w:br/>
        <w:t>Мовчали дзвони... Там орел кружляв,&lt;br /&gt;</w:t>
        <w:br/>
        <w:t>І оглядав кубло понуре бистрим оком,&lt;br /&gt;</w:t>
        <w:br/>
        <w:t>І клекотав...&lt;br /&gt;</w:t>
        <w:br/>
        <w:t>Зривалися (і рідні, і чужі),&lt;br /&gt;</w:t>
        <w:br/>
        <w:t>Зчинили ґвалт під хмарами стрижі,</w:t>
      </w:r>
    </w:p>
    <w:p>
      <w:r>
        <w:br/>
        <w:t>Металися до замчища в піски глибокі.&lt;br /&gt;</w:t>
        <w:br/>
        <w:t>Мовчав сіон. Ні звідти, ні туди&lt;br /&gt;</w:t>
        <w:br/>
        <w:t>Ніхто не йшов. Замкнулася твердиня,&lt;br /&gt;</w:t>
        <w:br/>
        <w:t>І хтось шептавсь, і хтось у ній ходив:&lt;br /&gt;</w:t>
        <w:br/>
        <w:t>Давав накази тихо Никодим...&lt;br /&gt;</w:t>
        <w:br/>
        <w:t>Котився тупіт в животі в святині...</w:t>
      </w:r>
    </w:p>
    <w:p>
      <w:r>
        <w:br/>
        <w:t>Надвечір обрії хтось міцно розпалив:&lt;br /&gt;</w:t>
        <w:br/>
        <w:t>Червоним полум'ям насупились на грози.&lt;br /&gt;</w:t>
        <w:br/>
        <w:t>Ані шелесне лист,&lt;br /&gt;</w:t>
        <w:br/>
        <w:t>Ані промчить сайгак —&lt;br /&gt;</w:t>
        <w:br/>
        <w:t>Зловісна тиша, ніби мертвий рак,&lt;br /&gt;</w:t>
        <w:br/>
        <w:t>Зажеврілась. Казкова там яга&lt;br /&gt;</w:t>
        <w:br/>
        <w:t>Дихнула з півночі на крики та й на сльози...</w:t>
      </w:r>
    </w:p>
    <w:p>
      <w:r>
        <w:br/>
        <w:t>Хрестатий, темний на червонім тлі&lt;br /&gt;</w:t>
        <w:br/>
        <w:t>Васал не витримав наснаги:&lt;br /&gt;</w:t>
        <w:br/>
        <w:t>Ураз притих,&lt;br /&gt;</w:t>
        <w:br/>
        <w:t>Пустив гінця. Як вітер полетів...&lt;br /&gt;</w:t>
        <w:br/>
        <w:t>За ним другий... і ще один... По вимерлій путі&lt;br /&gt;</w:t>
        <w:br/>
        <w:t>Погнали коні&lt;br /&gt;</w:t>
        <w:br/>
        <w:t>У багряну далечінь без жалю...</w:t>
      </w:r>
    </w:p>
    <w:p>
      <w:r>
        <w:br/>
        <w:t>V</w:t>
      </w:r>
    </w:p>
    <w:p>
      <w:r>
        <w:br/>
        <w:t>Настала ніч безмежна і глуха —&lt;br /&gt;</w:t>
        <w:br/>
        <w:t>Таке посняділе , безгучне, мертве море.&lt;br /&gt;</w:t>
        <w:br/>
        <w:t>Ніхто б не вчув, хоч би і дослухав,&lt;br /&gt;</w:t>
        <w:br/>
        <w:t>Ні півня, ані поклику. Як у полі кожуха,&lt;br /&gt;</w:t>
        <w:br/>
        <w:t>Задхнулось все живе, і причаїлись гори.&lt;br /&gt;</w:t>
        <w:br/>
        <w:t>Осліп сіон... І варта ні гу-гу...</w:t>
      </w:r>
    </w:p>
    <w:p>
      <w:r>
        <w:br/>
        <w:t>Мовчить дзвонар — кує вухналі зубом...&lt;br /&gt;</w:t>
        <w:br/>
        <w:t>Дріма васал...</w:t>
      </w:r>
    </w:p>
    <w:p>
      <w:r>
        <w:br/>
        <w:t>Як раптом — ніч тугу&lt;br /&gt;</w:t>
        <w:br/>
        <w:t>Розтяв вогонь, розшматував!&lt;br /&gt;</w:t>
        <w:br/>
        <w:t>В дугу&lt;br /&gt;</w:t>
        <w:br/>
        <w:t>Зігнулась тиша, лопнула і стала темінь руба.&lt;br /&gt;</w:t>
        <w:br/>
        <w:t>Заголосило:</w:t>
      </w:r>
    </w:p>
    <w:p>
      <w:r>
        <w:br/>
        <w:t>"Чорний двір горить!!!"&lt;br /&gt;</w:t>
        <w:br/>
        <w:t>Ревнули дзвони. Вдарили у груди.&lt;br /&gt;</w:t>
        <w:br/>
        <w:t>"Го-орить!.. На мур! Біжіть!" —&lt;br /&gt;</w:t>
        <w:br/>
        <w:t>Ригнуло капище, і вмить&lt;br /&gt;</w:t>
        <w:br/>
        <w:t>Завила ніч — заметушились люди...&lt;br /&gt;</w:t>
        <w:br/>
        <w:t>А дзвін реве. Ворушаться бори.&lt;br /&gt;</w:t>
        <w:br/>
        <w:t>В німих пісках у одсвіті пожежі&lt;br /&gt;</w:t>
        <w:br/>
        <w:t>Згрудились хати — стежать, як в огні,&lt;br /&gt;</w:t>
        <w:br/>
        <w:t>У хаосі, під танок дзвонарів&lt;br /&gt;</w:t>
        <w:br/>
        <w:t>Танцюють вихилясом вежі.</w:t>
      </w:r>
    </w:p>
    <w:p>
      <w:r>
        <w:br/>
        <w:t>Мов яничари, вкрили мур ченці.&lt;br /&gt;</w:t>
        <w:br/>
        <w:t>Гей, не татари гору обступили —&lt;br /&gt;</w:t>
        <w:br/>
        <w:t>Орлята Чорного — повстанці-молодці...&lt;br /&gt;</w:t>
        <w:br/>
        <w:t>Забилась братія, як ґави у сільці,—&lt;br /&gt;</w:t>
        <w:br/>
        <w:t>В ігумена та вже й не жезл в руці,&lt;br /&gt;</w:t>
        <w:br/>
        <w:t>В Ієремії таж і не кадило:&lt;br /&gt;</w:t>
        <w:br/>
        <w:t>Пістоль турецький, срібне руків'я .&lt;br /&gt;</w:t>
        <w:br/>
        <w:t>Та не схилилося до нього бидло чорне —&lt;br /&gt;</w:t>
        <w:br/>
        <w:t>Ударили, аж гук пішов в гаях.&lt;br /&gt;</w:t>
        <w:br/>
        <w:t>"Ой матінко, ти матінко моя!.." —&lt;br /&gt;</w:t>
        <w:br/>
        <w:t>То не молитва — дикий рев буя,&lt;br /&gt;</w:t>
        <w:br/>
        <w:t>А на коні, як чорт, літає Чорний:</w:t>
      </w:r>
    </w:p>
    <w:p>
      <w:r>
        <w:br/>
        <w:t>"Гей, злидні, разом! Трясця їм в живіт!..&lt;br /&gt;</w:t>
        <w:br/>
        <w:t>Помолимось!!! Рушай, рушай на браму!..&lt;br /&gt;</w:t>
        <w:br/>
        <w:t>Ну, разом!!!&lt;br /&gt;</w:t>
        <w:br/>
        <w:t>Кайтеся. Покайтеся живі,&lt;br /&gt;</w:t>
        <w:br/>
        <w:t>А хто помер, глядіть не оживіть,—&lt;br /&gt;</w:t>
        <w:br/>
        <w:t>Не порятуєтесь ні в темряві, ні в храмі".&lt;br /&gt;</w:t>
        <w:br/>
        <w:t>Ударили,&lt;br /&gt;</w:t>
        <w:br/>
        <w:t>І затріщав вертеп.&lt;br /&gt;</w:t>
        <w:br/>
        <w:t>Ножі, рушниці, довбні й ятаг'ани&lt;br /&gt;</w:t>
        <w:br/>
        <w:t>Пішли до приступу...&lt;br /&gt;</w:t>
        <w:br/>
        <w:t>Та не письмо Святе&lt;br /&gt;</w:t>
        <w:br/>
        <w:t>Читає й братія — звивається, росте&lt;br /&gt;</w:t>
        <w:br/>
        <w:t>І відбивається руками і ногами,&lt;br /&gt;</w:t>
        <w:br/>
        <w:t>Всю віру положивши на кастет.</w:t>
      </w:r>
    </w:p>
    <w:p>
      <w:r>
        <w:br/>
        <w:t>"Арря!.. Гей хлопці, тут їм всім лабець!"&lt;br /&gt;</w:t>
        <w:br/>
        <w:t>"Розбить, розбить..."&lt;br /&gt;</w:t>
        <w:br/>
        <w:t>"І каменя на камені не лишить!.."&lt;br /&gt;</w:t>
        <w:br/>
        <w:t>"Зітерти в пил, на попіл, нанівець!.."&lt;br /&gt;</w:t>
        <w:br/>
        <w:t>"Нехай не вирине, нехай не оживе..."&lt;br /&gt;</w:t>
        <w:br/>
        <w:t>"Лабець!.. Нехай собі запишуть&lt;br /&gt;</w:t>
        <w:br/>
        <w:t>І їхні правнуки в науку цей кінець..." —&lt;br /&gt;</w:t>
        <w:br/>
        <w:t>І Чорний програм свій&lt;br /&gt;</w:t>
        <w:br/>
        <w:t>Мечем без промахів&lt;br /&gt;</w:t>
        <w:br/>
        <w:t>По в'язах пише.</w:t>
      </w:r>
    </w:p>
    <w:p>
      <w:r>
        <w:br/>
        <w:t>Та гей, недаром жнивували кріпаки:&lt;br /&gt;</w:t>
        <w:br/>
        <w:t>Здалися на свічки стіжки заради свята;&lt;br /&gt;</w:t>
        <w:br/>
        <w:t>Та скільки ж їх і є! Ці огненні стовпи&lt;br /&gt;</w:t>
        <w:br/>
        <w:t>Сягнули маяком в безмежжя, у степи,&lt;br /&gt;</w:t>
        <w:br/>
        <w:t>І зупинялись проїжджани&lt;br /&gt;</w:t>
        <w:br/>
        <w:t>Аж на двадцять п'ятій...</w:t>
      </w:r>
    </w:p>
    <w:p>
      <w:r>
        <w:br/>
        <w:t>Там з міста вилетів драгунський ескадрон&lt;br /&gt;</w:t>
        <w:br/>
        <w:t>І покурив...&lt;br /&gt;</w:t>
        <w:br/>
        <w:t>Десь рятувати ніч розп'яту.</w:t>
      </w:r>
    </w:p>
    <w:p>
      <w:r>
        <w:br/>
        <w:t>VI</w:t>
      </w:r>
    </w:p>
    <w:p>
      <w:r>
        <w:br/>
        <w:t>Уперто і одчаяно боролись патлачі,&lt;br /&gt;</w:t>
        <w:br/>
        <w:t>Роздрочені, мов шершні у гнізді, повитім димом,—&lt;br /&gt;</w:t>
        <w:br/>
        <w:t>У одсвіті пожежі, в брязкоті мечів&lt;br /&gt;</w:t>
        <w:br/>
        <w:t>Трималися годовані до півночі&lt;br /&gt;</w:t>
        <w:br/>
        <w:t>З скаженим на чолі — з крилатим "нелюдимом".&lt;br /&gt;</w:t>
        <w:br/>
        <w:t>І билися уже не за життя,&lt;br /&gt;</w:t>
        <w:br/>
        <w:t>За смерть на мурах всуміш з козаками,&lt;br /&gt;</w:t>
        <w:br/>
        <w:t>А ще трималися... Аж ось людське виття&lt;br /&gt;</w:t>
        <w:br/>
        <w:t>Умить нелюдський дужий гук розтяв —&lt;br /&gt;</w:t>
        <w:br/>
        <w:t>То впала брама!..</w:t>
      </w:r>
    </w:p>
    <w:p>
      <w:r>
        <w:br/>
        <w:t>Наллялось жахом капище ущерть,&lt;br /&gt;</w:t>
        <w:br/>
        <w:t>Затіпалось в агонії од краю і до краю,—&lt;br /&gt;</w:t>
        <w:br/>
        <w:t>Нависли: крах... руїна... смерть...&lt;br /&gt;</w:t>
        <w:br/>
        <w:t>Аж раптом — в браму, так неначе смерч,&lt;br /&gt;</w:t>
        <w:br/>
        <w:t>Драгуни царськії — муштровані льокаї!</w:t>
      </w:r>
    </w:p>
    <w:p>
      <w:r>
        <w:br/>
        <w:t>У вовчій ямі стиснули хлопів,&lt;br /&gt;</w:t>
        <w:br/>
        <w:t>Здушили нагло, несподівано, неждано,&lt;br /&gt;</w:t>
        <w:br/>
        <w:t>Ще й оточили мур. Наставили стрільців...&lt;br /&gt;</w:t>
        <w:br/>
        <w:t>Гей, не втекти і жодному звідціль&lt;br /&gt;</w:t>
        <w:br/>
        <w:t>Ні на Гонтівщину, ані до шляху Ромодану.</w:t>
      </w:r>
    </w:p>
    <w:p>
      <w:r>
        <w:br/>
        <w:t>І билися...&lt;br /&gt;</w:t>
        <w:br/>
        <w:t>Хто зможе розказать&lt;br /&gt;</w:t>
        <w:br/>
        <w:t>Про цю криваву ніч, про мужність і відвагу!?&lt;br /&gt;</w:t>
        <w:br/>
        <w:t>Гей, напоїли кров'ю спрагу&lt;br /&gt;</w:t>
        <w:br/>
        <w:t>Землі роздертої, немов дощем гроза,&lt;br /&gt;</w:t>
        <w:br/>
        <w:t>І потопили в криках і сльозах.</w:t>
      </w:r>
    </w:p>
    <w:p>
      <w:r>
        <w:br/>
        <w:t>VII</w:t>
      </w:r>
    </w:p>
    <w:p>
      <w:r>
        <w:br/>
        <w:t>Зломили міць. Роздерли вільний стяг.&lt;br /&gt;</w:t>
        <w:br/>
        <w:t>І розтоптали буйне серце коні.&lt;br /&gt;</w:t>
        <w:br/>
        <w:t>Укрились трупом скелі, мури і плаци...&lt;br /&gt;</w:t>
        <w:br/>
        <w:t>Поліг Гармаш, поліг Остап, а з ними всі...&lt;br /&gt;</w:t>
        <w:br/>
        <w:t>І тільки горстка у полоні — решта молодців&lt;br /&gt;</w:t>
        <w:br/>
        <w:t>І сам отаман Чорний у полоні.&lt;br /&gt;</w:t>
        <w:br/>
        <w:t>Юнак Данило — славний отаман —&lt;br /&gt;</w:t>
        <w:br/>
        <w:t>Поник, розчавлений. Ой, не вдалися гулі!&lt;br /&gt;</w:t>
        <w:br/>
        <w:t>Пропало все і всі, не збудить і таган...&lt;br /&gt;</w:t>
        <w:br/>
        <w:t>О, чом же і його не здолав ятаган,&lt;br /&gt;</w:t>
        <w:br/>
        <w:t>Чом не взяла ворожа куля?!</w:t>
      </w:r>
    </w:p>
    <w:p>
      <w:r>
        <w:br/>
        <w:t>VIII</w:t>
      </w:r>
    </w:p>
    <w:p>
      <w:r>
        <w:br/>
        <w:t>Кували в ланцюги і кидали у льох.&lt;br /&gt;</w:t>
        <w:br/>
        <w:t>Та не зігнула шию вража сила:&lt;br /&gt;</w:t>
        <w:br/>
        <w:t>"Ага, це він живий!., і деспот не подох".&lt;br /&gt;</w:t>
        <w:br/>
        <w:t>"Ага, так значить їм зійтися знову вдвох&lt;br /&gt;</w:t>
        <w:br/>
        <w:t>Судилося. І доконать-таки, покласти у могилу&lt;br /&gt;</w:t>
        <w:br/>
        <w:t>Його! Ага!.." —&lt;br /&gt;</w:t>
        <w:br/>
        <w:t>І вірив, що судилось.&lt;br /&gt;</w:t>
        <w:br/>
        <w:t>Не чулось ні докорів, ні ганьби,&lt;br /&gt;</w:t>
        <w:br/>
        <w:t>Ні скарг на нього. Хто вцілів — мовчали&lt;br /&gt;</w:t>
        <w:br/>
        <w:t>І тільки моторошним скреготом зубів&lt;br /&gt;</w:t>
        <w:br/>
        <w:t>Вони драгунів — царських гайдуків —&lt;br /&gt;</w:t>
        <w:br/>
        <w:t>Окровлені&lt;br /&gt;</w:t>
        <w:br/>
        <w:t>В печалі проважали...</w:t>
      </w:r>
    </w:p>
    <w:p>
      <w:r>
        <w:br/>
        <w:t>IX</w:t>
      </w:r>
    </w:p>
    <w:p>
      <w:r>
        <w:br/>
        <w:t>У храмі одгриміло "С намі Бог",&lt;br /&gt;</w:t>
        <w:br/>
        <w:t>Одтанцювали дзвони танок порятунку&lt;br /&gt;</w:t>
        <w:br/>
        <w:t>І увірвалися... Огонь погас давно...&lt;br /&gt;</w:t>
        <w:br/>
        <w:t>Драгуни упились вином...</w:t>
      </w:r>
    </w:p>
    <w:p>
      <w:r>
        <w:br/>
        <w:t>Поснула братія, залита дивним трунком:&lt;br /&gt;</w:t>
        <w:br/>
        <w:t>Змішались там —&lt;br /&gt;</w:t>
        <w:br/>
        <w:t>Молитва, радість і горілка заодно.&lt;br /&gt;</w:t>
        <w:br/>
        <w:t>Зосталась ніч з мерцями в самоті.&lt;br /&gt;</w:t>
        <w:br/>
        <w:t>Зійшов червоний місяць ген над пужарями ,&lt;br /&gt;</w:t>
        <w:br/>
        <w:t>Навдибки став&lt;br /&gt;</w:t>
        <w:br/>
        <w:t>І глянув нишком на хрести,&lt;br /&gt;</w:t>
        <w:br/>
        <w:t>На бані, на ліси, на замчища круті&lt;br /&gt;</w:t>
        <w:br/>
        <w:t>І освітив жахливу панораму:&lt;br /&gt;</w:t>
        <w:br/>
        <w:t>Мерці... мерці... Кривава тишина...</w:t>
      </w:r>
    </w:p>
    <w:p>
      <w:r>
        <w:br/>
        <w:t>Ані шелесне ліс (дуби чатують пильно) —&lt;br /&gt;</w:t>
        <w:br/>
        <w:t>І тільки хтось намітку розіпнув,&lt;br /&gt;</w:t>
        <w:br/>
        <w:t>Та протягнули нитку в тишину&lt;br /&gt;</w:t>
        <w:br/>
        <w:t>Вовки виттям далеким, божевільним,—&lt;br /&gt;</w:t>
        <w:br/>
        <w:t>Спішать на тризну хащами лісів...&lt;br /&gt;</w:t>
        <w:br/>
        <w:t>На місце бою десь вилазять тихо тіні:&lt;br /&gt;</w:t>
        <w:br/>
        <w:t>Одна... і дві... їх безліч там...&lt;br /&gt;</w:t>
        <w:br/>
        <w:t>Нечутні голоси&lt;br /&gt;</w:t>
        <w:br/>
        <w:t>Роняють, зігнуті, на хаос — на мерців,—&lt;br /&gt;</w:t>
        <w:br/>
        <w:t>Шукають брата,&lt;br /&gt;</w:t>
        <w:br/>
        <w:t>батька,&lt;br /&gt;</w:t>
        <w:br/>
        <w:t>чоловіка,&lt;br /&gt;</w:t>
        <w:br/>
        <w:t>сина.&lt;br /&gt;</w:t>
        <w:br/>
        <w:t>Знаходять. Не по лицях — по руці...&lt;br /&gt;</w:t>
        <w:br/>
        <w:t>Ідуть нові з далеких манівців&lt;br /&gt;</w:t>
        <w:br/>
        <w:t>І шепотять прокльон святині.</w:t>
      </w:r>
    </w:p>
    <w:p>
      <w:r>
        <w:br/>
        <w:t>Х</w:t>
      </w:r>
    </w:p>
    <w:p>
      <w:r>
        <w:br/>
        <w:t>Другого дня, як сонце припекло,&lt;br /&gt;</w:t>
        <w:br/>
        <w:t>Як сльози скапали додолу з віт зелених,—&lt;br /&gt;</w:t>
        <w:br/>
        <w:t>Забрязкало...&lt;br /&gt;</w:t>
        <w:br/>
        <w:t>Заіржало...&lt;br /&gt;</w:t>
        <w:br/>
        <w:t>Загуло...&lt;br /&gt;</w:t>
        <w:br/>
        <w:t>Драгуни рушили з шаблями наголо&lt;br /&gt;</w:t>
        <w:br/>
        <w:t>І повели закутих полонених.</w:t>
      </w:r>
    </w:p>
    <w:p>
      <w:r>
        <w:br/>
        <w:t>Регоче дзвін: Дивись, мовляв, дивись!&lt;br /&gt;</w:t>
        <w:br/>
        <w:t>Дивилися і билися руками;&lt;br /&gt;</w:t>
        <w:br/>
        <w:t>Дивилися з сльозами і мале, й старе,&lt;br /&gt;</w:t>
        <w:br/>
        <w:t>Як ген пішов далеко пужарем —&lt;br /&gt;</w:t>
        <w:br/>
        <w:t>Пішов на каторгу Данило з козаками...&lt;br /&gt;</w:t>
        <w:br/>
        <w:t>Він на крутій дорозі обернувсь:&lt;br /&gt;</w:t>
        <w:br/>
        <w:t>"Простіть... Прощайте...&lt;br /&gt;</w:t>
        <w:br/>
        <w:t>Хотів би я (вернусь чи не вернусь)&lt;br /&gt;</w:t>
        <w:br/>
        <w:t>Хоч з домовини вглядіти..." —&lt;br /&gt;</w:t>
        <w:br/>
        <w:t>І тільки так кивнув,&lt;br /&gt;</w:t>
        <w:br/>
        <w:t>Та враз нагай по лицях навернув:&lt;br /&gt;</w:t>
        <w:br/>
        <w:t>"Ей, сволоч! Хлоп! Рушай там!"&lt;br /&gt;</w:t>
        <w:br/>
        <w:t>Пішли і зникли...</w:t>
      </w:r>
    </w:p>
    <w:p>
      <w:r>
        <w:br/>
        <w:t>XI</w:t>
      </w:r>
    </w:p>
    <w:p>
      <w:r>
        <w:br/>
        <w:t>Надійшли часи&lt;br /&gt;</w:t>
        <w:br/>
        <w:t>Тяжкі невимовно. Приборкали, скрутили&lt;br /&gt;</w:t>
        <w:br/>
        <w:t>Хлопів чернечих. Геть і не проси,—&lt;br /&gt;</w:t>
        <w:br/>
        <w:t>Терпи й не рипайся... Терпіли і несли&lt;br /&gt;</w:t>
        <w:br/>
        <w:t>Розбиті, приголомшені й безсилі.&lt;br /&gt;</w:t>
        <w:br/>
        <w:t>І тільки десь плекали в тишині&lt;br /&gt;</w:t>
        <w:br/>
        <w:t>Велику віру в золотавий ранок.&lt;br /&gt;</w:t>
        <w:br/>
        <w:t>З них не один наспівував пісні&lt;br /&gt;</w:t>
        <w:br/>
        <w:t>Онукам про минулі дні —&lt;br /&gt;</w:t>
        <w:br/>
        <w:t>Про смілого звитяжця-отамана.</w:t>
      </w:r>
    </w:p>
    <w:p>
      <w:r>
        <w:br/>
        <w:t>Ішли літа —&lt;br /&gt;</w:t>
        <w:br/>
        <w:t>Плодилися раби.&lt;br /&gt;</w:t>
        <w:br/>
        <w:t>Хрестила їх святиня на покору,&lt;br /&gt;</w:t>
        <w:br/>
        <w:t>Але вони росли самі собі:&lt;br /&gt;</w:t>
        <w:br/>
        <w:t>Любили сонце і простори голубі&lt;br /&gt;</w:t>
        <w:br/>
        <w:t>І набиралися людського поговору:&lt;br /&gt;</w:t>
        <w:br/>
        <w:t>"Гей, був колись&lt;br /&gt;</w:t>
        <w:br/>
        <w:t>Та й був колись юнак!&lt;br /&gt;</w:t>
        <w:br/>
        <w:t>Та й чуть було зоря не зазоріла!.."&lt;br /&gt;</w:t>
        <w:br/>
        <w:t>З минулих днів котилася луна,&lt;br /&gt;</w:t>
        <w:br/>
        <w:t>Врізалася легенда не одна&lt;br /&gt;</w:t>
        <w:br/>
        <w:t>Про Чорного — про юнака Данила.</w:t>
      </w:r>
    </w:p>
    <w:p>
      <w:r>
        <w:br/>
        <w:t>XII</w:t>
      </w:r>
    </w:p>
    <w:p>
      <w:r>
        <w:br/>
        <w:t>Мар'янчину могилу кожен рік&lt;br /&gt;</w:t>
        <w:br/>
        <w:t>З любов'ю квіти прибирали в шати,&lt;br /&gt;</w:t>
        <w:br/>
        <w:t>Щоби цвіла... І мак вогнем зорів,&lt;br /&gt;</w:t>
        <w:br/>
        <w:t>Щоб не один згадав, коли уздрів,&lt;br /&gt;</w:t>
        <w:br/>
        <w:t>Як вміли люди жити і вмирати.</w:t>
      </w:r>
    </w:p>
    <w:p>
      <w:r>
        <w:br/>
        <w:t>ЧАСТИНА ДРУГА</w:t>
      </w:r>
    </w:p>
    <w:p>
      <w:r>
        <w:br/>
        <w:t>Як не набрид тобі, читачу мій,&lt;br /&gt;</w:t>
        <w:br/>
        <w:t>Як почуваєш, що немарно час загаяв,&lt;br /&gt;</w:t>
        <w:br/>
        <w:t>Дослухай же ти повість цю і осудить зумій,—&lt;br /&gt;</w:t>
        <w:br/>
        <w:t>Тільки не лай зарані автора — будь мудрим, яко змій&lt;br /&gt;</w:t>
        <w:br/>
        <w:t>І вже, як тут терпів,&lt;br /&gt;</w:t>
        <w:br/>
        <w:t>То витерпи й докраю.&lt;br /&gt;</w:t>
        <w:br/>
        <w:t>Нетяжко вилаять, ще легше осудить,&lt;br /&gt;</w:t>
        <w:br/>
        <w:t>А надто тим, хто кволий і безсилий,—&lt;br /&gt;</w:t>
        <w:br/>
        <w:t>Далеко тяжче віру не згубить&lt;br /&gt;</w:t>
        <w:br/>
        <w:t>В свої слова&lt;br /&gt;</w:t>
        <w:br/>
        <w:t>І розібратися як слід бодай в собі...&lt;br /&gt;</w:t>
        <w:br/>
        <w:t>Ще ж тяжче видерти із каторги Данила.</w:t>
      </w:r>
    </w:p>
    <w:p>
      <w:r>
        <w:br/>
        <w:t>Я знаю — не один з нудьги кривляє рот&lt;br /&gt;</w:t>
        <w:br/>
        <w:t>На ці слова...&lt;br /&gt;</w:t>
        <w:br/>
        <w:t>Ну, що ж, щасти йому вовіки,—&lt;br /&gt;</w:t>
        <w:br/>
        <w:t>Не жаль і не шкода цього каліки,—&lt;br /&gt;</w:t>
        <w:br/>
        <w:t>А автор сподівається на скорий поворот&lt;br /&gt;</w:t>
        <w:br/>
        <w:t>І вірить,&lt;br /&gt;</w:t>
        <w:br/>
        <w:t>І надіється васала побороть —&lt;br /&gt;</w:t>
        <w:br/>
        <w:t>Разом з героєм десь плекає гнів великий.</w:t>
      </w:r>
    </w:p>
    <w:p>
      <w:r>
        <w:br/>
        <w:t>РОЗДІЛ ДЕВ'ЯТИЙ</w:t>
      </w:r>
    </w:p>
    <w:p>
      <w:r>
        <w:br/>
        <w:t>І</w:t>
      </w:r>
    </w:p>
    <w:p>
      <w:r>
        <w:br/>
        <w:t>Не четверть віку —&lt;br /&gt;</w:t>
        <w:br/>
        <w:t>тридцять літ пройшло&lt;br /&gt;</w:t>
        <w:br/>
        <w:t>І тридцять зим умерло&lt;br /&gt;</w:t>
        <w:br/>
        <w:t>за горами...&lt;br /&gt;</w:t>
        <w:br/>
        <w:t>У юних — старість&lt;br /&gt;</w:t>
        <w:br/>
        <w:t>зморщила чоло,&lt;br /&gt;</w:t>
        <w:br/>
        <w:t>А у старих — й могили занесло,&lt;br /&gt;</w:t>
        <w:br/>
        <w:t>Родилися нові — народжені рабами...</w:t>
      </w:r>
    </w:p>
    <w:p>
      <w:r>
        <w:br/>
        <w:t>Зарічна й Скелька —&lt;br /&gt;</w:t>
        <w:br/>
        <w:t>трудно розділить,—&lt;br /&gt;</w:t>
        <w:br/>
        <w:t>Для них лише була б свята земелька&lt;br /&gt;</w:t>
        <w:br/>
        <w:t>Та хрест дубовий,&lt;br /&gt;</w:t>
        <w:br/>
        <w:t>І здавалося: нехай пече й щемить,—&lt;br /&gt;</w:t>
        <w:br/>
        <w:t>Отак довіку будуть плакатись і жить,&lt;br /&gt;</w:t>
        <w:br/>
        <w:t>І од Зарічної не піде далі Скелька.&lt;br /&gt;</w:t>
        <w:br/>
        <w:t>Здавалося...</w:t>
      </w:r>
    </w:p>
    <w:p>
      <w:r>
        <w:br/>
        <w:t>Тридцятий рік вмирав,&lt;br /&gt;</w:t>
        <w:br/>
        <w:t>І тридцять перший зазирав в могилу,&lt;br /&gt;</w:t>
        <w:br/>
        <w:t>Як раптом — десь у ріг&lt;br /&gt;</w:t>
        <w:br/>
        <w:t>сильніш сурмач заграв&lt;br /&gt;</w:t>
        <w:br/>
        <w:t>І покотились шелести,&lt;br /&gt;</w:t>
        <w:br/>
        <w:t>всміхнулася гора...—&lt;br /&gt;</w:t>
        <w:br/>
        <w:t>Із каторги вернувсь&lt;br /&gt;</w:t>
        <w:br/>
        <w:t>"Юнак"&lt;br /&gt;</w:t>
        <w:br/>
        <w:t>Данило!..</w:t>
      </w:r>
    </w:p>
    <w:p>
      <w:r>
        <w:br/>
        <w:t>II</w:t>
      </w:r>
    </w:p>
    <w:p>
      <w:r>
        <w:br/>
        <w:t>Багато вимерло однолітків його,&lt;br /&gt;</w:t>
        <w:br/>
        <w:t>Багато ще й залишилось, і вийшли зустрічати.&lt;br /&gt;</w:t>
        <w:br/>
        <w:t>Та вже не ті і зустрічали не того...&lt;br /&gt;</w:t>
        <w:br/>
        <w:t>І тільки в оці в нього, як колись, вогонь,&lt;br /&gt;</w:t>
        <w:br/>
        <w:t>Хоч сам постарівся без міри передчасно.&lt;br /&gt;</w:t>
        <w:br/>
        <w:t>Гей, то не дзвін меча І не літаври слави!..&lt;br /&gt;</w:t>
        <w:br/>
        <w:t>В сльозах товариші погорблені, сухі,—&lt;br /&gt;</w:t>
        <w:br/>
        <w:t>На лицях чорних борознами зморшки ранні...&lt;br /&gt;</w:t>
        <w:br/>
        <w:t>І сурмить за горою день в убранні&lt;br /&gt;</w:t>
        <w:br/>
        <w:t>Печальних пастухів...</w:t>
      </w:r>
    </w:p>
    <w:p>
      <w:r>
        <w:br/>
        <w:t>III</w:t>
      </w:r>
    </w:p>
    <w:p>
      <w:r>
        <w:br/>
        <w:t>І оселивсь Данило&lt;br /&gt;</w:t>
        <w:br/>
        <w:t>Змучений, старий...&lt;br /&gt;</w:t>
        <w:br/>
        <w:t>Ігумен теж постарівся за тридцять довгих років,&lt;br /&gt;</w:t>
        <w:br/>
        <w:t>Але, гай-гай. Орлом дививсь униз згори;&lt;br /&gt;</w:t>
        <w:br/>
        <w:t>Він був міцний, кремезний, силою горів:&lt;br /&gt;</w:t>
        <w:br/>
        <w:t>Ходив збентежений в покоях по горі,&lt;br /&gt;</w:t>
        <w:br/>
        <w:t>А на околицю на всю лунали кроки.&lt;br /&gt;</w:t>
        <w:br/>
        <w:t>Червоний та ополистий (пішли літа в живіт),&lt;br /&gt;</w:t>
        <w:br/>
        <w:t>І ще ж він думав, сподівався зжерти&lt;br /&gt;</w:t>
        <w:br/>
        <w:t>Давно жадані землі. Хитро справу вів:&lt;br /&gt;</w:t>
        <w:br/>
        <w:t>По всій околиці та й корчились живі,&lt;br /&gt;</w:t>
        <w:br/>
        <w:t>І чули стогін їхній мертві.</w:t>
      </w:r>
    </w:p>
    <w:p>
      <w:r>
        <w:br/>
        <w:t>Пухка рука — несхибна і міцна;&lt;br /&gt;</w:t>
        <w:br/>
        <w:t>Стискав він нею все міцніш околицю за горло,&lt;br /&gt;</w:t>
        <w:br/>
        <w:t>Тоді, як друга — тиха і свята —&lt;br /&gt;</w:t>
        <w:br/>
        <w:t>Хрестила паству іменем Христа,&lt;br /&gt;</w:t>
        <w:br/>
        <w:t>І цілувало їх обидві братство духоборне:&lt;br /&gt;</w:t>
        <w:br/>
        <w:t>Старалися...</w:t>
      </w:r>
    </w:p>
    <w:p>
      <w:r>
        <w:br/>
        <w:t>IV</w:t>
      </w:r>
    </w:p>
    <w:p>
      <w:r>
        <w:br/>
        <w:t>Котилася лиха&lt;br /&gt;</w:t>
        <w:br/>
        <w:t>Про цю обитель слава по окрузі.&lt;br /&gt;</w:t>
        <w:br/>
        <w:t>Творились темні там, нечувані діла.</w:t>
      </w:r>
    </w:p>
    <w:p>
      <w:r>
        <w:br/>
        <w:t>Та про одно і приказка у звичай увійшла:&lt;br /&gt;</w:t>
        <w:br/>
        <w:t>"Не кидай, кажуть, коней в лузі..."&lt;br /&gt;</w:t>
        <w:br/>
        <w:t>Хоч луг чернечий (їхні ж і вони),&lt;br /&gt;</w:t>
        <w:br/>
        <w:t>Але раніш то не було такого:&lt;br /&gt;</w:t>
        <w:br/>
        <w:t>Пустив шкапину... Ну, то й пом'яни.&lt;br /&gt;</w:t>
        <w:br/>
        <w:t>І знають люди — бачили, куди і хто гонив:&lt;br /&gt;</w:t>
        <w:br/>
        <w:t>"Забрали знову, сукини сини!"&lt;br /&gt;</w:t>
        <w:br/>
        <w:t>Та не моли, і не проси, і не питай ні в кого.&lt;br /&gt;</w:t>
        <w:br/>
        <w:t>До всього ще й мовчи. Бо й віри не поймуть,&lt;br /&gt;</w:t>
        <w:br/>
        <w:t>Й полічать ребра на додачу канчуками.&lt;br /&gt;</w:t>
        <w:br/>
        <w:t>Хочь сядь та плач. До скарг озвався б камінь,&lt;br /&gt;</w:t>
        <w:br/>
        <w:t>Але... Куди піти? Ще жалітись кому?&lt;br /&gt;</w:t>
        <w:br/>
        <w:t>І до цариці скаржились. А як одбили ребра одному,-&lt;br /&gt;</w:t>
        <w:br/>
        <w:t>Мовчали безпорадно та розводили руками...</w:t>
      </w:r>
    </w:p>
    <w:p>
      <w:r>
        <w:br/>
        <w:t>Отак до зол усіх та ще прилипло зло,&lt;br /&gt;</w:t>
        <w:br/>
        <w:t>До гурту, кажуть,— хай везе ледачий&lt;br /&gt;</w:t>
        <w:br/>
        <w:t>Сіряк мізерний. Вивезе хамло,&lt;br /&gt;</w:t>
        <w:br/>
        <w:t>Адже возив, ще й не таке було...&lt;br /&gt;</w:t>
        <w:br/>
        <w:t>І хто б узявся тут? Хто б розв'язав задачу?!&lt;br /&gt;</w:t>
        <w:br/>
        <w:t>Сказав Данило: "Ой, не кінчиться добром —&lt;br /&gt;</w:t>
        <w:br/>
        <w:t>У ребра вилізуть разом з усим ці коні!..&lt;br /&gt;</w:t>
        <w:br/>
        <w:t>Ще, може, й не по нас той замах тупором,&lt;br /&gt;</w:t>
        <w:br/>
        <w:t>Ще, може, й не по нас ті дзвони похоронні..."</w:t>
      </w:r>
    </w:p>
    <w:p>
      <w:r>
        <w:br/>
        <w:t>Сказав це він тоді, як знов пропав табун,&lt;br /&gt;</w:t>
        <w:br/>
        <w:t>Як вивели, до всього, ще й у дядька з клуні;&lt;br /&gt;</w:t>
        <w:br/>
        <w:t>Сказав спокійно, тихо, тільки брови зсунув,&lt;br /&gt;</w:t>
        <w:br/>
        <w:t>Але — цих слів простих&lt;br /&gt;</w:t>
        <w:br/>
        <w:t>Ніхто й довіку не забув.</w:t>
      </w:r>
    </w:p>
    <w:p>
      <w:r>
        <w:br/>
        <w:t>А у ченців (мовчіть, святі, мовчіть!)&lt;br /&gt;</w:t>
        <w:br/>
        <w:t>Нових "союзників" щодня приймає брама:&lt;br /&gt;</w:t>
        <w:br/>
        <w:t>Цигани то,&lt;br /&gt;</w:t>
        <w:br/>
        <w:t>Цигани стали любими гостями...&lt;br /&gt;</w:t>
        <w:br/>
        <w:t>Дзвеніли бубни, серги й дукачі:&lt;br /&gt;</w:t>
        <w:br/>
        <w:t>Вихлялися циганочки до півночі&lt;br /&gt;</w:t>
        <w:br/>
        <w:t>В жагучім танку; обдаровані перснями,&lt;br /&gt;</w:t>
        <w:br/>
        <w:t>Владику тішили по одній і по три...&lt;br /&gt;</w:t>
        <w:br/>
        <w:t>Лилось вино і блиск циганок гожих&lt;br /&gt;</w:t>
        <w:br/>
        <w:t>У танку дикому... То кралі таборів,&lt;br /&gt;</w:t>
        <w:br/>
        <w:t>Оголені, з зорі і до зорі,&lt;br /&gt;</w:t>
        <w:br/>
        <w:t>Немов гетери в римського вельможі,&lt;br /&gt;</w:t>
        <w:br/>
        <w:t>Чинили оргії.</w:t>
      </w:r>
    </w:p>
    <w:p>
      <w:r>
        <w:br/>
        <w:t>Шалів розпутний "князь",&lt;br /&gt;</w:t>
        <w:br/>
        <w:t>Немов султан турецький на килимах.&lt;br /&gt;</w:t>
        <w:br/>
        <w:t>Старий, броватий циган залітав щодня...&lt;br /&gt;</w:t>
        <w:br/>
        <w:t>Ой, недаремно талери дзвенять&lt;br /&gt;</w:t>
        <w:br/>
        <w:t>І в'ється п'явкою дочка його Касіма!&lt;br /&gt;</w:t>
        <w:br/>
        <w:t>Тож та красуня, як татарський кінь,&lt;br /&gt;</w:t>
        <w:br/>
        <w:t>В'юнка й шалена, дика і жагуча,&lt;br /&gt;</w:t>
        <w:br/>
        <w:t>Що не один заплаче, не один&lt;br /&gt;</w:t>
        <w:br/>
        <w:t>Після у неї куплених годин,&lt;br /&gt;</w:t>
        <w:br/>
        <w:t>Після ночей таких — Після такої бучі...</w:t>
      </w:r>
    </w:p>
    <w:p>
      <w:r>
        <w:br/>
        <w:t>VI</w:t>
      </w:r>
    </w:p>
    <w:p>
      <w:r>
        <w:br/>
        <w:t>Отак з циганами владика пас "овець".&lt;br /&gt;</w:t>
        <w:br/>
        <w:t>І непогано в них виходило — такі діла роздули!&lt;br /&gt;</w:t>
        <w:br/>
        <w:t>Ой, хіба ж так усі циганську ласку чули&lt;br /&gt;</w:t>
        <w:br/>
        <w:t>Обскубані й обстрижені вкінець...&lt;br /&gt;</w:t>
        <w:br/>
        <w:t>А у ногах Касіми слухав панотець,&lt;br /&gt;</w:t>
        <w:br/>
        <w:t>Як в лоскоті й вогні&lt;br /&gt;</w:t>
        <w:br/>
        <w:t>Циганські бубни гули.</w:t>
      </w:r>
    </w:p>
    <w:p>
      <w:r>
        <w:br/>
        <w:t>І сторожила ніч його гарем,&lt;br /&gt;</w:t>
        <w:br/>
        <w:t>Налитий дзвоном, танками і похіттю старого,&lt;br /&gt;</w:t>
        <w:br/>
        <w:t>Захований від всіх і від самого Бога&lt;br /&gt;</w:t>
        <w:br/>
        <w:t>За мури, замкнуті ретельним ключарем.&lt;br /&gt;</w:t>
        <w:br/>
        <w:t>І тільки інколи скликав своїх "тузів",&lt;br /&gt;</w:t>
        <w:br/>
        <w:t>Питав, чи скоро здійсняться його хижацькі плани —&lt;br /&gt;</w:t>
        <w:br/>
        <w:t>Чи скоро землі, люди і ліси чужі&lt;br /&gt;</w:t>
        <w:br/>
        <w:t>Та стануть їхніми?&lt;br /&gt;</w:t>
        <w:br/>
        <w:t>Скажіть, мовляв, скажіть!&lt;br /&gt;</w:t>
        <w:br/>
        <w:t>Та скорше жміть, бо буде нам погано...</w:t>
      </w:r>
    </w:p>
    <w:p>
      <w:r>
        <w:br/>
        <w:t>...Десь "стадо" чухалось обскубане вкінець,&lt;br /&gt;</w:t>
        <w:br/>
        <w:t>Бо дуже добре всі циганську ласку чули,&lt;br /&gt;</w:t>
        <w:br/>
        <w:t>А у ногах Касіми слухав панотець,&lt;br /&gt;</w:t>
        <w:br/>
        <w:t>Як в лоскоті й вогні Циганські бубни гули...</w:t>
      </w:r>
    </w:p>
    <w:p>
      <w:r>
        <w:br/>
        <w:t>VII</w:t>
      </w:r>
    </w:p>
    <w:p>
      <w:r>
        <w:br/>
        <w:t>Обитель виросла удвоє за цей час,&lt;br /&gt;</w:t>
        <w:br/>
        <w:t>Та спокою не мав по оргіях владика;&lt;br /&gt;</w:t>
        <w:br/>
        <w:t>Мов чорний крук, він хмуривсь кожен раз:&lt;br /&gt;</w:t>
        <w:br/>
        <w:t>"Чому не йде знаменна та пора?!"&lt;br /&gt;</w:t>
        <w:br/>
        <w:t>"Коли ж він зробиться могутнім і великим?!"&lt;br /&gt;</w:t>
        <w:br/>
        <w:t>їм обіцяли дати луки і лани,&lt;br /&gt;</w:t>
        <w:br/>
        <w:t>їм обіцяли хутори, діброви і долини...&lt;br /&gt;</w:t>
        <w:br/>
        <w:t>"О, буде час — і виросте святиня!&lt;br /&gt;</w:t>
        <w:br/>
        <w:t>І на ввесь світ засяють їх вогні!.." —&lt;br /&gt;</w:t>
        <w:br/>
        <w:t>Так мріяв він, так думали "вони" —&lt;br /&gt;</w:t>
        <w:br/>
        <w:t>Його поплічники, його "штабна старшина" —&lt;br /&gt;</w:t>
        <w:br/>
        <w:t>Ці "ад’ютанти" в чорних клобуках:&lt;br /&gt;</w:t>
        <w:br/>
        <w:t>"Вже близько час... Але вже, як посієм,&lt;br /&gt;</w:t>
        <w:br/>
        <w:t>То вже й пожнем. Таж і пожнемо ми!&lt;br /&gt;</w:t>
        <w:br/>
        <w:t>І у віках на всесвіт прогримить,&lt;br /&gt;</w:t>
        <w:br/>
        <w:t>Сподоблене Христу, ім'я ІЄРЕМІЇ...&lt;br /&gt;</w:t>
        <w:br/>
        <w:t>Це буде всім святим святиням храм!.." —&lt;br /&gt;</w:t>
        <w:br/>
        <w:t>І усміхавсь владика в брови волохаті,&lt;br /&gt;</w:t>
        <w:br/>
        <w:t>Розкинувшись у кріслі (Так! Пора!),&lt;br /&gt;</w:t>
        <w:br/>
        <w:t>Й кошлатив бороду. Сподоблений царям,&lt;br /&gt;</w:t>
        <w:br/>
        <w:t>Він вже на всесвіт думкою&lt;br /&gt;</w:t>
        <w:br/>
        <w:t>Розкинув поли мантій.</w:t>
      </w:r>
    </w:p>
    <w:p>
      <w:r>
        <w:br/>
        <w:t>VIII</w:t>
      </w:r>
    </w:p>
    <w:p>
      <w:r>
        <w:br/>
        <w:t>Данило думу думає свою...&lt;br /&gt;</w:t>
        <w:br/>
        <w:t>І в нього борода під масть Ієремії,&lt;br /&gt;</w:t>
        <w:br/>
        <w:t>І він так само брови заломив,&lt;br /&gt;</w:t>
        <w:br/>
        <w:t>Так само таємничо на умі&lt;br /&gt;</w:t>
        <w:br/>
        <w:t>Великі плани креслить та хмарніє.</w:t>
      </w:r>
    </w:p>
    <w:p>
      <w:r>
        <w:br/>
        <w:t>Десь оселивсь під лісом, як чернець;&lt;br /&gt;</w:t>
        <w:br/>
        <w:t>З дверей, мов на долоні, видно вежі й мури,&lt;br /&gt;</w:t>
        <w:br/>
        <w:t>У вікна світло соняшне ясне,&lt;br /&gt;</w:t>
        <w:br/>
        <w:t>А ген — наскільки поглядом сягнеш:&lt;br /&gt;</w:t>
        <w:br/>
        <w:t>Млини, і Ворскла, і хатки в зажурі —&lt;br /&gt;</w:t>
        <w:br/>
        <w:t>Послалися під ноги дзвонарям...</w:t>
      </w:r>
    </w:p>
    <w:p>
      <w:r>
        <w:br/>
        <w:t>О, скільки, скільки днів печуть ці думи мізок!&lt;br /&gt;</w:t>
        <w:br/>
        <w:t>І кожен з днів цих черво догоряв&lt;br /&gt;</w:t>
        <w:br/>
        <w:t>Та й гас навік-віків,&lt;br /&gt;</w:t>
        <w:br/>
        <w:t>А тінь манастиря&lt;br /&gt;</w:t>
        <w:br/>
        <w:t>Затисла серце в брамі, в кованій залізом...&lt;br /&gt;</w:t>
        <w:br/>
        <w:t>Рибалив... Полював... І жив отак один,&lt;br /&gt;</w:t>
        <w:br/>
        <w:t>Але у серці приховав в людей глибоку віру.&lt;br /&gt;</w:t>
        <w:br/>
        <w:t>Хоч гострий біль з'їдав вряди-годи,—</w:t>
      </w:r>
    </w:p>
    <w:p>
      <w:r>
        <w:br/>
        <w:t>Та недаремно, ні, пригнав його сюди&lt;br /&gt;</w:t>
        <w:br/>
        <w:t>Цей біль&lt;br /&gt;</w:t>
        <w:br/>
        <w:t>З далекого Сибіру.&lt;br /&gt;</w:t>
        <w:br/>
        <w:t>І навчений тепер за все життя своє,&lt;br /&gt;</w:t>
        <w:br/>
        <w:t>(Бо недарма зарані скроні посивіли),&lt;br /&gt;</w:t>
        <w:br/>
        <w:t>Він знав, що лобом муру не проб'єш,&lt;br /&gt;</w:t>
        <w:br/>
        <w:t>Що тільки розум панцир проклює&lt;br /&gt;</w:t>
        <w:br/>
        <w:t>І тільки мудрість неосильне пересилить.&lt;br /&gt;</w:t>
        <w:br/>
        <w:t>І думав він. І ждав...</w:t>
      </w:r>
    </w:p>
    <w:p>
      <w:r>
        <w:br/>
        <w:t>IX</w:t>
      </w:r>
    </w:p>
    <w:p>
      <w:r>
        <w:br/>
        <w:t>...А як ударить дзвін&lt;br /&gt;</w:t>
        <w:br/>
        <w:t>І підуть клобуки на раду з паном Богом,—&lt;br /&gt;</w:t>
        <w:br/>
        <w:t>Приймав гостей тоді у себе він:&lt;br /&gt;</w:t>
        <w:br/>
        <w:t>Зіходилися люди не нові —&lt;br /&gt;</w:t>
        <w:br/>
        <w:t>Зіходилось&lt;br /&gt;</w:t>
        <w:br/>
        <w:t>Старе товариство до нього,&lt;br /&gt;</w:t>
        <w:br/>
        <w:t>Старі звитяжці; то не бидло — козаки.&lt;br /&gt;</w:t>
        <w:br/>
        <w:t>Сідали на порозі; за старим звичаєм,&lt;br /&gt;</w:t>
        <w:br/>
        <w:t>Запалювали дідівські люльки&lt;br /&gt;</w:t>
        <w:br/>
        <w:t>І радились, плели свої думки&lt;br /&gt;</w:t>
        <w:br/>
        <w:t>Без галасу, без сліз і без одчаю...&lt;br /&gt;</w:t>
        <w:br/>
        <w:t>В вечірній тиші капали слова:&lt;br /&gt;</w:t>
        <w:br/>
        <w:t>Розмова тиха пройнята спокоєм.&lt;br /&gt;</w:t>
        <w:br/>
        <w:t>Думки гартовані у давнішнім вогні,&lt;br /&gt;</w:t>
        <w:br/>
        <w:t>А тактика засвоєна з них кожним на спині,&lt;br /&gt;</w:t>
        <w:br/>
        <w:t>Як добрий досвід виучки тяжкої.</w:t>
      </w:r>
    </w:p>
    <w:p>
      <w:r>
        <w:br/>
        <w:t>Зломивши голову, боролися колись,&lt;br /&gt;</w:t>
        <w:br/>
        <w:t>Та мало їх вціліло після тої бурі...&lt;br /&gt;</w:t>
        <w:br/>
        <w:t>Але і знов злетілися, і знов вони зійшлись,&lt;br /&gt;</w:t>
        <w:br/>
        <w:t>Та вже на старості до розуму взялись&lt;br /&gt;</w:t>
        <w:br/>
        <w:t>І так повільно радились, похмурі.&lt;br /&gt;</w:t>
        <w:br/>
        <w:t>Дивились з усміхом, як на рожевім тлі&lt;br /&gt;</w:t>
        <w:br/>
        <w:t>За вежами готичними співають і кадилять,&lt;br /&gt;</w:t>
        <w:br/>
        <w:t>Як котиться печаль по змученій землі,&lt;br /&gt;</w:t>
        <w:br/>
        <w:t>І раду радили... І знову, як колись,&lt;br /&gt;</w:t>
        <w:br/>
        <w:t>За отамана, за застрільника — Данило.</w:t>
      </w:r>
    </w:p>
    <w:p>
      <w:r>
        <w:br/>
        <w:t>Прочув хтось з них,&lt;br /&gt;</w:t>
        <w:br/>
        <w:t>Що влітку генерал&lt;br /&gt;</w:t>
        <w:br/>
        <w:t>Та буде об'їздить "Малорасєйські" землі,&lt;br /&gt;</w:t>
        <w:br/>
        <w:t>З самого Пітера. І буцімто капрал&lt;br /&gt;</w:t>
        <w:br/>
        <w:t>Великий дуже... Так отож, пора!&lt;br /&gt;</w:t>
        <w:br/>
        <w:t>І так спокійно в тихих вечорах&lt;br /&gt;</w:t>
        <w:br/>
        <w:t>Складали змову дивну і таємну...</w:t>
      </w:r>
    </w:p>
    <w:p>
      <w:r>
        <w:br/>
        <w:t>Це так над урвищем,&lt;br /&gt;</w:t>
        <w:br/>
        <w:t>Як посмутніє синь,&lt;br /&gt;</w:t>
        <w:br/>
        <w:t>Попихкують люльки роєм біля порога.&lt;br /&gt;</w:t>
        <w:br/>
        <w:t>Це так подолані колись — похмурі, як один,&lt;br /&gt;</w:t>
        <w:br/>
        <w:t>Це так увечорі, коли ударить дзвін,&lt;br /&gt;</w:t>
        <w:br/>
        <w:t>І підуть клобуки на раду з паном Богом.</w:t>
      </w:r>
    </w:p>
    <w:p>
      <w:r>
        <w:br/>
        <w:t>X</w:t>
      </w:r>
    </w:p>
    <w:p>
      <w:r>
        <w:br/>
        <w:t>Ночами ж чорними на вежі в вишині&lt;br /&gt;</w:t>
        <w:br/>
        <w:t>Горіли вогники — то гасло коноводам&lt;br /&gt;</w:t>
        <w:br/>
        <w:t>(Казали так) — ще й на чотири сторони.&lt;br /&gt;</w:t>
        <w:br/>
        <w:t>У темінь мовчазну маячили вогні</w:t>
      </w:r>
    </w:p>
    <w:p>
      <w:r>
        <w:br/>
        <w:t>Да-алеко — до Зінькова... До Куземинського броду.</w:t>
      </w:r>
    </w:p>
    <w:p>
      <w:r>
        <w:br/>
        <w:t>На всі чотири вартував чернець —&lt;br /&gt;</w:t>
        <w:br/>
        <w:t>Просвічував тяжкі, глухі циганські ночі&lt;br /&gt;</w:t>
        <w:br/>
        <w:t>Розбійним оком. Так, мов журавлів&lt;br /&gt;</w:t>
        <w:br/>
        <w:t>Вислухував на приспаній землі...&lt;br /&gt;</w:t>
        <w:br/>
        <w:t>Ніхто не знав, кого шукали тії очі.&lt;br /&gt;</w:t>
        <w:br/>
        <w:t>Не про пожежу, ні, поставлено його;&lt;br /&gt;</w:t>
        <w:br/>
        <w:t>Мабуть, не здуру говорили люди,&lt;br /&gt;</w:t>
        <w:br/>
        <w:t>Що всякий мусить там відшукувать свого</w:t>
      </w:r>
    </w:p>
    <w:p>
      <w:r>
        <w:br/>
        <w:t>Коня украденого... Тільки й усього.&lt;br /&gt;</w:t>
        <w:br/>
        <w:t>Ішли вони, мовляв, туди зусюди:&lt;br /&gt;</w:t>
        <w:br/>
        <w:t>На луках зайняті і просто в повітках,&lt;br /&gt;</w:t>
        <w:br/>
        <w:t>Адже цигани недарма гостюють у святині.&lt;br /&gt;</w:t>
        <w:br/>
        <w:t>А хто ж ще зна про те: коли по ярмарках&lt;br /&gt;</w:t>
        <w:br/>
        <w:t>Баришники в червоних "кушаках"&lt;br /&gt;</w:t>
        <w:br/>
        <w:t>Летять ночами на цей світ гостинний?..</w:t>
      </w:r>
    </w:p>
    <w:p>
      <w:r>
        <w:br/>
        <w:t>Як темна ніч, такі й оці діла,&lt;br /&gt;</w:t>
        <w:br/>
        <w:t>Але недурно ходять поговори,—&lt;br /&gt;</w:t>
        <w:br/>
        <w:t>Адже і панщина на коні перейшла:&lt;br /&gt;</w:t>
        <w:br/>
        <w:t>Беруть коня за чинш, беруть за всі побори.</w:t>
      </w:r>
    </w:p>
    <w:p>
      <w:r>
        <w:br/>
        <w:t>XI</w:t>
      </w:r>
    </w:p>
    <w:p>
      <w:r>
        <w:br/>
        <w:t>Взялися люди написати знов&lt;br /&gt;</w:t>
        <w:br/>
        <w:t>І переслати скаргу просто до цариці.&lt;br /&gt;</w:t>
        <w:br/>
        <w:t>Взялися. Написали... Не жаліли слов,&lt;br /&gt;</w:t>
        <w:br/>
        <w:t>Та не жаліли і святині,&lt;br /&gt;</w:t>
        <w:br/>
        <w:t>Але про одно&lt;br /&gt;</w:t>
        <w:br/>
        <w:t>Забули всі — як били їх по пиці&lt;br /&gt;</w:t>
        <w:br/>
        <w:t>За скарги за такі, за "волю" й за "права".&lt;br /&gt;</w:t>
        <w:br/>
        <w:t>Гляди, й послали б... Та з'явивсь Данило —&lt;br /&gt;</w:t>
        <w:br/>
        <w:t>Узяв&lt;br /&gt;</w:t>
        <w:br/>
        <w:t>І скаргу ту на шмаття розірвав:&lt;br /&gt;</w:t>
        <w:br/>
        <w:t>"Куди? Кому?! А чи вас мало били?!!" —</w:t>
      </w:r>
    </w:p>
    <w:p>
      <w:r>
        <w:br/>
        <w:t>Протверезили всіх такі слова.&lt;br /&gt;</w:t>
        <w:br/>
        <w:t>Але не стало легше ані чуть,—&lt;br /&gt;</w:t>
        <w:br/>
        <w:t>Ніхто не бачив краю напасти такої.&lt;br /&gt;</w:t>
        <w:br/>
        <w:t>І тільки дехто знав,&lt;br /&gt;</w:t>
        <w:br/>
        <w:t>А, знаючи, мовчав,&lt;br /&gt;</w:t>
        <w:br/>
        <w:t>Та гнулось Ворскло полиском меча,&lt;br /&gt;</w:t>
        <w:br/>
        <w:t>Покірно кинуте під ноги хитрою рукою.</w:t>
      </w:r>
    </w:p>
    <w:p>
      <w:r>
        <w:br/>
        <w:t>XII</w:t>
      </w:r>
    </w:p>
    <w:p>
      <w:r>
        <w:br/>
        <w:t>Лежав з Охтирки шлях по нетрищах лісів —&lt;br /&gt;</w:t>
        <w:br/>
        <w:t>Такий обставлений та темний, мов печера...&lt;br /&gt;</w:t>
        <w:br/>
        <w:t>Отож і дослухались хлопці все сюди —&lt;br /&gt;</w:t>
        <w:br/>
        <w:t>З гори його ніхто не проглядав&lt;br /&gt;</w:t>
        <w:br/>
        <w:t>Ні здавна, ні тепера...&lt;br /&gt;</w:t>
        <w:br/>
        <w:t>Боялися проґавити момент.&lt;br /&gt;</w:t>
        <w:br/>
        <w:t>Але даремно турбувалися, бо міст старий марудний&lt;br /&gt;</w:t>
        <w:br/>
        <w:t>Давно зогнив, зруйнований ущент,—&lt;br /&gt;</w:t>
        <w:br/>
        <w:t>А так, як тут, з старших ніхто не їздив ще,&lt;br /&gt;</w:t>
        <w:br/>
        <w:t>То і було сполучення немудре:&lt;br /&gt;</w:t>
        <w:br/>
        <w:t>Тут з милости ігумена ходив пором.&lt;br /&gt;</w:t>
        <w:br/>
        <w:t>Нечасто його бачили під вербами рясними —&lt;br /&gt;</w:t>
        <w:br/>
        <w:t>На березі цьому, зарослому, як гай,&lt;br /&gt;</w:t>
        <w:br/>
        <w:t>Тільки тоді, коли гонив нагай&lt;br /&gt;</w:t>
        <w:br/>
        <w:t>З Слобідки хури на скельчанські ниви.&lt;br /&gt;</w:t>
        <w:br/>
        <w:t>А так, то просто плавали човном&lt;br /&gt;</w:t>
        <w:br/>
        <w:t>Та вбрід обходили повз скелі, поуз кручі.&lt;br /&gt;</w:t>
        <w:br/>
        <w:t>Отож тут не проґавиш білим днем;&lt;br /&gt;</w:t>
        <w:br/>
        <w:t>Та й не було нікого ані пішки, ні конем,&lt;br /&gt;</w:t>
        <w:br/>
        <w:t>І хлопців помаленьку сумнів мучив,&lt;br /&gt;</w:t>
        <w:br/>
        <w:t>А час минав...</w:t>
      </w:r>
    </w:p>
    <w:p>
      <w:r>
        <w:br/>
        <w:t>РОЗДІЛ ДЕСЯТИЙ</w:t>
      </w:r>
    </w:p>
    <w:p>
      <w:r>
        <w:br/>
        <w:t>І</w:t>
      </w:r>
    </w:p>
    <w:p>
      <w:r>
        <w:br/>
        <w:t>Аж ось одного дня&lt;br /&gt;</w:t>
        <w:br/>
        <w:t>Данило озирнувсь, і зір заграв огнями,&lt;br /&gt;</w:t>
        <w:br/>
        <w:t>Покинув в'язку дров, потер чоло руками:&lt;br /&gt;</w:t>
        <w:br/>
        <w:t>Ген, через ліс куріла цугом шестірня...&lt;br /&gt;</w:t>
        <w:br/>
        <w:t>Забилось серце. Миттю скочив на коня&lt;br /&gt;</w:t>
        <w:br/>
        <w:t>І поскакав в село близькими манівцями.</w:t>
      </w:r>
    </w:p>
    <w:p>
      <w:r>
        <w:br/>
        <w:t>II</w:t>
      </w:r>
    </w:p>
    <w:p>
      <w:r>
        <w:br/>
        <w:t>В кареті дивній шляхом під'їздив&lt;br /&gt;</w:t>
        <w:br/>
        <w:t>Московський генерал із козачком, з лакеєм.&lt;br /&gt;</w:t>
        <w:br/>
        <w:t>Шість коней цугом, як чорти, баскі...&lt;br /&gt;</w:t>
        <w:br/>
        <w:t>Його вельможність їдуть на Зіньків,&lt;br /&gt;</w:t>
        <w:br/>
        <w:t>З роями орденів під фалдами кереї.&lt;br /&gt;</w:t>
        <w:br/>
        <w:t>Ім'я забулося... Та й хрін його бери,&lt;br /&gt;</w:t>
        <w:br/>
        <w:t>Бо мало важить тут ім'я само собою —&lt;br /&gt;</w:t>
        <w:br/>
        <w:t>Зітерлось в пам'яті людей давно-давним,—&lt;br /&gt;</w:t>
        <w:br/>
        <w:t>Та й все одно не прислуживсь він ним,&lt;br /&gt;</w:t>
        <w:br/>
        <w:t>Як прислуживсь... своєю головою&lt;br /&gt;</w:t>
        <w:br/>
        <w:t>Вельможною!&lt;br /&gt;</w:t>
        <w:br/>
        <w:t>Так от: проїздом на Зіньків&lt;br /&gt;</w:t>
        <w:br/>
        <w:t>З Охтирки, опинився пан оцей великий&lt;br /&gt;</w:t>
        <w:br/>
        <w:t>Перед Слобідкою — в країні кріпаків.&lt;br /&gt;</w:t>
        <w:br/>
        <w:t>Мовчали дзвонарі — за хащами дубків&lt;br /&gt;</w:t>
        <w:br/>
        <w:t>Не добачали орденів, не добачали пики,&lt;br /&gt;</w:t>
        <w:br/>
        <w:t>Ані розкішної кереї, ні ліврей.&lt;br /&gt;</w:t>
        <w:br/>
        <w:t>А шлях лежав якраз через святиню,&lt;br /&gt;</w:t>
        <w:br/>
        <w:t>Бо так чи сяк, а не об'їдеш тих дверей,&lt;br /&gt;</w:t>
        <w:br/>
        <w:t>І мав наскочити на їх капрал оцей,&lt;br /&gt;</w:t>
        <w:br/>
        <w:t>Немов татарин, випробовувать гостинність.&lt;br /&gt;</w:t>
        <w:br/>
        <w:t>Як сніг на голову, непроханий летів...</w:t>
      </w:r>
    </w:p>
    <w:p>
      <w:r>
        <w:br/>
        <w:t>Уся Слобідка вийшла зустрічати...&lt;br /&gt;</w:t>
        <w:br/>
        <w:t>Несли хліб-сіль, ікони золоті —&lt;br /&gt;</w:t>
        <w:br/>
        <w:t>До ніг вельможних клали ці дари прості,&lt;br /&gt;</w:t>
        <w:br/>
        <w:t>Як шану, як любов чужим царям рукатим.</w:t>
      </w:r>
    </w:p>
    <w:p>
      <w:r>
        <w:br/>
        <w:t>III</w:t>
      </w:r>
    </w:p>
    <w:p>
      <w:r>
        <w:br/>
        <w:t>І зупинився "туз"... Найстарші підійшли...&lt;br /&gt;</w:t>
        <w:br/>
        <w:t>Та не про них його вельможний клопіт:&lt;br /&gt;</w:t>
        <w:br/>
        <w:t>Нема порома! "Ей, чи він прийде коли?!" —&lt;br /&gt;</w:t>
        <w:br/>
        <w:t>Гукнув. І так, неначе славні королі,&lt;br /&gt;</w:t>
        <w:br/>
        <w:t>Очима кинув в зборище, у натовп волоокий.&lt;br /&gt;</w:t>
        <w:br/>
        <w:t>Порома не було. Змигнулися старі:&lt;br /&gt;</w:t>
        <w:br/>
        <w:t>"...Ви нам даруйте, пане генерале,&lt;br /&gt;</w:t>
        <w:br/>
        <w:t>(Данило мовить) — він десь при горі.&lt;br /&gt;</w:t>
        <w:br/>
        <w:t>Та доки він там прийде... до тії пори...&lt;br /&gt;</w:t>
        <w:br/>
        <w:t>Ви знаєте...&lt;br /&gt;</w:t>
        <w:br/>
        <w:t>Які бо ми раді, коли б ви знали,&lt;br /&gt;</w:t>
        <w:br/>
        <w:t>Із ласки вашої... А в нас тут, гей, місця!&lt;br /&gt;</w:t>
        <w:br/>
        <w:t>Такі місця — краса одна, та й годі.</w:t>
      </w:r>
    </w:p>
    <w:p>
      <w:r>
        <w:br/>
        <w:t>А вже качок та лебедів! та й гуски, та й норця —&lt;br /&gt;</w:t>
        <w:br/>
        <w:t>То просто розкіш для стрільця!&lt;br /&gt;</w:t>
        <w:br/>
        <w:t>Та ще й нелякані ніким і по сьогодні..."&lt;br /&gt;</w:t>
        <w:br/>
        <w:t>Капрал прислухався:&lt;br /&gt;</w:t>
        <w:br/>
        <w:t>"Сказал ти, лєбєдєй?!"&lt;br /&gt;</w:t>
        <w:br/>
        <w:t>"Еге ж, еге ж",— гуде проста громада.&lt;br /&gt;</w:t>
        <w:br/>
        <w:t>"Вєдь лєбєдєй я нє відал нігдє!&lt;br /&gt;</w:t>
        <w:br/>
        <w:t>Занятно, чорт возьмі!..—&lt;br /&gt;</w:t>
        <w:br/>
        <w:t>І розпливлось лице руде: —&lt;br /&gt;</w:t>
        <w:br/>
        <w:t>Пожалуй, правду говоріш...&lt;br /&gt;</w:t>
        <w:br/>
        <w:t>Провєріть надо...&lt;br /&gt;</w:t>
        <w:br/>
        <w:t>Мітрьоша! Дай ружйо!.."</w:t>
      </w:r>
    </w:p>
    <w:p>
      <w:r>
        <w:br/>
        <w:t>Змигнулися старі:&lt;br /&gt;</w:t>
        <w:br/>
        <w:t>"Чого-чого, а лебедів в нас сила.&lt;br /&gt;</w:t>
        <w:br/>
        <w:t>Куди стремить? Себе не обженеш,&lt;br /&gt;</w:t>
        <w:br/>
        <w:t>Гай-гай, та й не обскачеш долю днем".&lt;br /&gt;</w:t>
        <w:br/>
        <w:t>Так промовляла мудрість срібно-сива.</w:t>
      </w:r>
    </w:p>
    <w:p>
      <w:r>
        <w:br/>
        <w:t>Капрал погодився:&lt;br /&gt;</w:t>
        <w:br/>
        <w:t>"Недурно, правда вєдь твоя —&lt;br /&gt;</w:t>
        <w:br/>
        <w:t>Хоч ти мужик, да то ж, відать, бивалий...&lt;br /&gt;</w:t>
        <w:br/>
        <w:t>Давай ружйо! Спєшіть вєдь толку мало.&lt;br /&gt;</w:t>
        <w:br/>
        <w:t>(Льокай подав рушницю. Срібне руків'я,&lt;br /&gt;</w:t>
        <w:br/>
        <w:t>Ще й щирим золотом в ній тиснуте ців'я).&lt;br /&gt;</w:t>
        <w:br/>
        <w:t>Вот штука! Лєбєдєй-то пострєляєм малость!"</w:t>
      </w:r>
    </w:p>
    <w:p>
      <w:r>
        <w:br/>
        <w:t>"Оце то так. А ми вам і гучків ,&lt;br /&gt;</w:t>
        <w:br/>
        <w:t>Ми й гончаками будемо, дамо і провожатих...&lt;br /&gt;</w:t>
        <w:br/>
        <w:t>Гей ти, Миколо! Грицьку! Ану, гайда, хлопчаки!" ——&lt;br /&gt;</w:t>
        <w:br/>
        <w:t>Данило ж найспритнішому звелів кивком руки:&lt;br /&gt;</w:t>
        <w:br/>
        <w:t>"Гляди ж...&lt;br /&gt;</w:t>
        <w:br/>
        <w:t>Ведіть подалі полювати...&lt;br /&gt;</w:t>
        <w:br/>
        <w:t>Авжеж краса і, матінко моя!&lt;br /&gt;</w:t>
        <w:br/>
        <w:t>А там прийде пором, тоді й рушайте з Богом".&lt;br /&gt;</w:t>
        <w:br/>
        <w:t>...Пішов капрал та ще й машталіра старого&lt;br /&gt;</w:t>
        <w:br/>
        <w:t>Потяг: "Пойдьом! Пусть коні постоят..."&lt;br /&gt;</w:t>
        <w:br/>
        <w:t>"О, не турбуйтесь, ясносте, про те —&lt;br /&gt;</w:t>
        <w:br/>
        <w:t>Полюйте на здоров'ячко, бо ми ж — та ваші слуги:&lt;br /&gt;</w:t>
        <w:br/>
        <w:t>Ми й розпряжем, ми й попасем... нащо й трава росте.&lt;br /&gt;</w:t>
        <w:br/>
        <w:t>Не саги в нас — то царство золоте.&lt;br /&gt;</w:t>
        <w:br/>
        <w:t>Втішайтеся. Чи ж доведеться вдруге..."&lt;br /&gt;</w:t>
        <w:br/>
        <w:t>Пішов...</w:t>
      </w:r>
    </w:p>
    <w:p>
      <w:r>
        <w:br/>
        <w:t>IV</w:t>
      </w:r>
    </w:p>
    <w:p>
      <w:r>
        <w:br/>
        <w:t>...А як керея зникла у кущах,—&lt;br /&gt;</w:t>
        <w:br/>
        <w:t>Шестірку миттю розпрягли моторні руки;&lt;br /&gt;</w:t>
        <w:br/>
        <w:t>Покинули карету — хай стоїть собі.—&lt;br /&gt;</w:t>
        <w:br/>
        <w:t>Покликали Мітрошу на обід. А коні...&lt;br /&gt;</w:t>
        <w:br/>
        <w:t>Вигнали на манастирські луки!</w:t>
      </w:r>
    </w:p>
    <w:p>
      <w:r>
        <w:br/>
        <w:t>V</w:t>
      </w:r>
    </w:p>
    <w:p>
      <w:r>
        <w:br/>
        <w:t>Гей, в генерала постріли меткі,&lt;br /&gt;</w:t>
        <w:br/>
        <w:t>А їх не чути тут — на луки вітер віє.&lt;br /&gt;</w:t>
        <w:br/>
        <w:t>Та гей, пішли там коники стрункі&lt;br /&gt;</w:t>
        <w:br/>
        <w:t>Тією стежкою, що так далась взнаки,&lt;br /&gt;</w:t>
        <w:br/>
        <w:t>Пішли гуляти Коні — змії!</w:t>
      </w:r>
    </w:p>
    <w:p>
      <w:r>
        <w:br/>
        <w:t>VI</w:t>
      </w:r>
    </w:p>
    <w:p>
      <w:r>
        <w:br/>
        <w:t>Десь генерал стріляє "лєбєдєй",&lt;br /&gt;</w:t>
        <w:br/>
        <w:t>А люди посміхаються, неначе діти:&lt;br /&gt;</w:t>
        <w:br/>
        <w:t>"Оце так "нумер"! Ну на цей раз угорить!&lt;br /&gt;</w:t>
        <w:br/>
        <w:t>Нехай тепер гризуться, чорт їх забери,&lt;br /&gt;</w:t>
        <w:br/>
        <w:t>А ми — дивитися&lt;br /&gt;</w:t>
        <w:br/>
        <w:t>Та руки гріти.&lt;br /&gt;</w:t>
        <w:br/>
        <w:t>Ну, і Данило — мудра голова!</w:t>
      </w:r>
    </w:p>
    <w:p>
      <w:r>
        <w:br/>
        <w:t>Та вже ж і хитрий, і кмітливий з чорта,&lt;br /&gt;</w:t>
        <w:br/>
        <w:t>Обтяпав справу, наче наплював,&lt;br /&gt;</w:t>
        <w:br/>
        <w:t>Тоді на шмаття грамоту порвав,&lt;br /&gt;</w:t>
        <w:br/>
        <w:t>Тепер встругнув: Спустив на Чорта Чорта!.."</w:t>
      </w:r>
    </w:p>
    <w:p>
      <w:r>
        <w:br/>
        <w:t>VII</w:t>
      </w:r>
    </w:p>
    <w:p>
      <w:r>
        <w:br/>
        <w:t>Приціл був вірний, розрахунок теж:&lt;br /&gt;</w:t>
        <w:br/>
        <w:t>Набій улучив просто в саму точку.&lt;br /&gt;</w:t>
        <w:br/>
        <w:t>взагалі серед строкатих меж,&lt;br /&gt;</w:t>
        <w:br/>
        <w:t>Не зрадила себе рука готичних веж,&lt;br /&gt;</w:t>
        <w:br/>
        <w:t>Незадарма ж любили там циганську дочку —&lt;br /&gt;</w:t>
        <w:br/>
        <w:t>В'юнку Касіму...</w:t>
      </w:r>
    </w:p>
    <w:p>
      <w:r>
        <w:br/>
        <w:t>Після трьох годин&lt;br /&gt;</w:t>
        <w:br/>
        <w:t>Прибіг машталір: "Будем запрягати.&lt;br /&gt;</w:t>
        <w:br/>
        <w:t>Агов, Мітроша!..&lt;br /&gt;</w:t>
        <w:br/>
        <w:t>Еее... Зажди... зажди...&lt;br /&gt;</w:t>
        <w:br/>
        <w:t>Немає коней!..&lt;br /&gt;</w:t>
        <w:br/>
        <w:t>Ааа... (Пречиста мати)!!!" —&lt;br /&gt;</w:t>
        <w:br/>
        <w:t>Міцні слова — та діла з них чортма:&lt;br /&gt;</w:t>
        <w:br/>
        <w:t>Не відгукнулися на свист, ані на добру лайку.&lt;br /&gt;</w:t>
        <w:br/>
        <w:t>Стоїть карета-писанка сама...&lt;br /&gt;</w:t>
        <w:br/>
        <w:t>Машталір галас нелюдський здійма,—&lt;br /&gt;</w:t>
        <w:br/>
        <w:t>У бідолахи&lt;br /&gt;</w:t>
        <w:br/>
        <w:t>"Відкрутилась гайка".&lt;br /&gt;</w:t>
        <w:br/>
        <w:t>Ураз доклали... Генерал примчав.&lt;br /&gt;</w:t>
        <w:br/>
        <w:t>(Гей, гуси-лебеді, візьміть мене на крила!)&lt;br /&gt;</w:t>
        <w:br/>
        <w:t>Його громада стогоном стріча:&lt;br /&gt;</w:t>
        <w:br/>
        <w:t>"О Боже мій, яка печаль, яка печаль..." —&lt;br /&gt;</w:t>
        <w:br/>
        <w:t>"Хто взяв, туди його!?!&lt;br /&gt;</w:t>
        <w:br/>
        <w:t>І гріб йому, й могила!.." —&lt;br /&gt;</w:t>
        <w:br/>
        <w:t>Укрило потом кучері й чоло.&lt;br /&gt;</w:t>
        <w:br/>
        <w:t>А люди посміхаються, моргають на карету:&lt;br /&gt;</w:t>
        <w:br/>
        <w:t>Ач, як сердягу гнівом рознесло,&lt;br /&gt;</w:t>
        <w:br/>
        <w:t>А чим погані лебеді й село? —&lt;br /&gt;</w:t>
        <w:br/>
        <w:t>Стоїть карета, "а лошадок нєту"...&lt;br /&gt;</w:t>
        <w:br/>
        <w:t>І виступив Данило: "Ваша мосць!&lt;br /&gt;</w:t>
        <w:br/>
        <w:t>Життя немає, просто смерть, та й годі...&lt;br /&gt;</w:t>
        <w:br/>
        <w:t>І через їх. Й присягу ми дамо&lt;br /&gt;</w:t>
        <w:br/>
        <w:t>Всею громадою... Уже ми кленемо&lt;br /&gt;</w:t>
        <w:br/>
        <w:t>Цих злодіїв... Кажу при всім народі,&lt;br /&gt;</w:t>
        <w:br/>
        <w:t>Що там вони! Шукати йдіть туди..."&lt;br /&gt;</w:t>
        <w:br/>
        <w:t>І вся громада повернулася на вежі:&lt;br /&gt;</w:t>
        <w:br/>
        <w:t>"А так, це їхній край і їхні межі.&lt;br /&gt;</w:t>
        <w:br/>
        <w:t>Вони повернуть вам, візьміть підіть,&lt;br /&gt;</w:t>
        <w:br/>
        <w:t>То нам не повертали ще..." —&lt;br /&gt;</w:t>
        <w:br/>
        <w:t>Запінився рудий&lt;br /&gt;</w:t>
        <w:br/>
        <w:t>І загорілось в серці та не гнів — пожежа:&lt;br /&gt;</w:t>
        <w:br/>
        <w:t>"Човна сюди!.."</w:t>
      </w:r>
    </w:p>
    <w:p>
      <w:r>
        <w:br/>
        <w:t>Керею зашморгнув:&lt;br /&gt;</w:t>
        <w:br/>
        <w:t>"Чекайте тут (це слугам), я їх всіх на мотлох!"&lt;br /&gt;</w:t>
        <w:br/>
        <w:t>І, ніби під Полтавою, на манастир чкурнув —&lt;br /&gt;</w:t>
        <w:br/>
        <w:t>Як хто кавизкою у око навернув&lt;br /&gt;</w:t>
        <w:br/>
        <w:t>Або хвоста вщемив нечемно й "подло".&lt;br /&gt;</w:t>
        <w:br/>
        <w:t>Ось-ось підхопить шаблю "наголо".&lt;br /&gt;</w:t>
        <w:br/>
        <w:t>А люди, так для визіру, розводили руками.&lt;br /&gt;</w:t>
        <w:br/>
        <w:t>"Патєха буде! — Збіглись всі селом: —&lt;br /&gt;</w:t>
        <w:br/>
        <w:t>Тепер пішло... Тепер уже пішло!..&lt;br /&gt;</w:t>
        <w:br/>
        <w:t>Держись, владико! (ніби лід знесло) —&lt;br /&gt;</w:t>
        <w:br/>
        <w:t>Наскочила коса на камінь. Ну ж і Данило!&lt;br /&gt;</w:t>
        <w:br/>
        <w:t>Таж і хитрий з чорта. Таке встругнув:&lt;br /&gt;</w:t>
        <w:br/>
        <w:t>Спустив на Чорта Чорта!.."</w:t>
      </w:r>
    </w:p>
    <w:p>
      <w:r>
        <w:br/>
        <w:t>VIII</w:t>
      </w:r>
    </w:p>
    <w:p>
      <w:r>
        <w:br/>
        <w:t>Капрал оцей — коханець перемог,&lt;br /&gt;</w:t>
        <w:br/>
        <w:t>В васала доля теж над цим ввесь вік на варті.&lt;br /&gt;</w:t>
        <w:br/>
        <w:t>Один спізнав тріумф Мазепинських дорог,&lt;br /&gt;</w:t>
        <w:br/>
        <w:t>Другому землю й рай віддав у найми Бог,—&lt;br /&gt;</w:t>
        <w:br/>
        <w:t>Ще й родичі...&lt;br /&gt;</w:t>
        <w:br/>
        <w:t>Один одного варті.</w:t>
      </w:r>
    </w:p>
    <w:p>
      <w:r>
        <w:br/>
        <w:t>IX</w:t>
      </w:r>
    </w:p>
    <w:p>
      <w:r>
        <w:br/>
        <w:t>Ігумен стрів колегу звисока:&lt;br /&gt;</w:t>
        <w:br/>
        <w:t>Погордливо, бундючо та велично,&lt;br /&gt;</w:t>
        <w:br/>
        <w:t>І усмішку єхидну з вуст пускав,&lt;br /&gt;</w:t>
        <w:br/>
        <w:t>Бо ж у колеги тіпалась рука&lt;br /&gt;</w:t>
        <w:br/>
        <w:t>Та ще й губа одхнябилася, до призирства звична.&lt;br /&gt;</w:t>
        <w:br/>
        <w:t>"Що за їден? Чого він, ніби рак?&lt;br /&gt;</w:t>
        <w:br/>
        <w:t>Звідкіль він прилетів, такий товстий чудило!?"&lt;br /&gt;</w:t>
        <w:br/>
        <w:t>А гість відсапався,&lt;br /&gt;</w:t>
        <w:br/>
        <w:t>Повітря враз набрав,—&lt;br /&gt;</w:t>
        <w:br/>
        <w:t>Та як криконе, мов на муштрі: "Крра!!!&lt;br /&gt;</w:t>
        <w:br/>
        <w:t>Де коні?! Чуєш?! Черті! Де ви коні діли?!"</w:t>
      </w:r>
    </w:p>
    <w:p>
      <w:r>
        <w:br/>
        <w:t>У панотця від люті й губи&lt;br /&gt;</w:t>
        <w:br/>
        <w:t>Прикипіли.&lt;br /&gt;</w:t>
        <w:br/>
        <w:t>"Чого ти крякаєш, Раб божий?.. Хто ти? Як!?&lt;br /&gt;</w:t>
        <w:br/>
        <w:t>Та хто впустив тебе кричати в цю обитель?!"&lt;br /&gt;</w:t>
        <w:br/>
        <w:t>(їх обступили клобуки, постали тісно в ряд).&lt;br /&gt;</w:t>
        <w:br/>
        <w:t>Обидва чорні і обидва аж горять.&lt;br /&gt;</w:t>
        <w:br/>
        <w:t>"Віддайте коні! Ей святі бандити!.." —&lt;br /&gt;</w:t>
        <w:br/>
        <w:t>"Ніяких коней,&lt;br /&gt;</w:t>
        <w:br/>
        <w:t>Йди, звідкіль прийшов,&lt;br /&gt;</w:t>
        <w:br/>
        <w:t>А то... погано буде. Що, пропив? Ти й справді п'яний.&lt;br /&gt;</w:t>
        <w:br/>
        <w:t>Ступай же з Богом, ще не пізно поки що".&lt;br /&gt;</w:t>
        <w:br/>
        <w:t>"Ааа... он як? Я — п'яний?! Я — для вас ніщо?!!&lt;br /&gt;</w:t>
        <w:br/>
        <w:t>Так слухай же ти, чорте окаянний!&lt;br /&gt;</w:t>
        <w:br/>
        <w:t>Не буде коней — смерть тобі, ти чув?&lt;br /&gt;</w:t>
        <w:br/>
        <w:t>Та я кубло оце на порох розтрощу,&lt;br /&gt;</w:t>
        <w:br/>
        <w:t>Зроблю, як тік...&lt;br /&gt;</w:t>
        <w:br/>
        <w:t>На камені не уціліє камінь..."</w:t>
      </w:r>
    </w:p>
    <w:p>
      <w:r>
        <w:br/>
        <w:t>Зареготалась братія: "Патєшний чоловік!.."&lt;br /&gt;</w:t>
        <w:br/>
        <w:t>Не сподівавсь ніхто з них, що то за "машталір",&lt;br /&gt;</w:t>
        <w:br/>
        <w:t>І що слова оці — не просто крик —&lt;br /&gt;</w:t>
        <w:br/>
        <w:t>Що то він справді вирока прорік.&lt;br /&gt;</w:t>
        <w:br/>
        <w:t>Реготалися усі, ще й з писком реготали.</w:t>
      </w:r>
    </w:p>
    <w:p>
      <w:r>
        <w:br/>
        <w:t>Капрал не витримав —&lt;br /&gt;</w:t>
        <w:br/>
        <w:t>Керею розпахнув</w:t>
      </w:r>
    </w:p>
    <w:p>
      <w:r>
        <w:br/>
        <w:t>Сполотнів ігумен. Перед орденами&lt;br /&gt;</w:t>
        <w:br/>
        <w:t>Завмерла братія. Хтось ойкнув і зідхнув,&lt;br /&gt;</w:t>
        <w:br/>
        <w:t>І всі у розпачі тяжкім поникли клобуками.&lt;br /&gt;</w:t>
        <w:br/>
        <w:t>А, Боже мій! Такий великий пан!..&lt;br /&gt;</w:t>
        <w:br/>
        <w:t>З столиці генерал...&lt;br /&gt;</w:t>
        <w:br/>
        <w:t>Ой, що ж тепера, люди?!&lt;br /&gt;</w:t>
        <w:br/>
        <w:t>...І плутались думки прогірклі, як ропа:&lt;br /&gt;</w:t>
        <w:br/>
        <w:t>"І так — пропав! І он як — теж пропав...&lt;br /&gt;</w:t>
        <w:br/>
        <w:t>Не дай — то знайде,&lt;br /&gt;</w:t>
        <w:br/>
        <w:t>А віддай — ще гірше буде..."&lt;br /&gt;</w:t>
        <w:br/>
        <w:t>Владика уклонився. Бороду страшну&lt;br /&gt;</w:t>
        <w:br/>
        <w:t>Навколюшки поклав, торкнувся ніг перстами.&lt;br /&gt;</w:t>
        <w:br/>
        <w:t>В покорі спину в три погибелі зігнув.&lt;br /&gt;</w:t>
        <w:br/>
        <w:t>А нишком з-під брови&lt;br /&gt;</w:t>
        <w:br/>
        <w:t>До ключаря моргнув&lt;br /&gt;</w:t>
        <w:br/>
        <w:t>І той десь зник... (Подавсь заперти браму).&lt;br /&gt;</w:t>
        <w:br/>
        <w:t>"Простіть, величносте... Хай Бог благословить&lt;br /&gt;</w:t>
        <w:br/>
        <w:t>Особу вашу... Будьте гостем славним&lt;br /&gt;</w:t>
        <w:br/>
        <w:t>У цій обителі... Стомились нині ви.&lt;br /&gt;</w:t>
        <w:br/>
        <w:t>Зайдіть, зайдіть на спочивок..." —&lt;br /&gt;</w:t>
        <w:br/>
        <w:t>А сам усе ловив&lt;br /&gt;</w:t>
        <w:br/>
        <w:t>Очима ради у отців лукавих:&lt;br /&gt;</w:t>
        <w:br/>
        <w:t>...Убить?.. Убить?...</w:t>
      </w:r>
    </w:p>
    <w:p>
      <w:r>
        <w:br/>
        <w:t>І згодились на клич ції сови.&lt;br /&gt;</w:t>
        <w:br/>
        <w:t>Аж раптом генерал метнувсь до конюшень:&lt;br /&gt;</w:t>
        <w:br/>
        <w:t>Почув, як в стайні заіржали коні —&lt;br /&gt;</w:t>
        <w:br/>
        <w:t>Його ті коні.&lt;br /&gt;</w:t>
        <w:br/>
        <w:t>"Гей!.. А відчиняй лишень!.." —&lt;br /&gt;</w:t>
        <w:br/>
        <w:t>Метнувся яструбом до конюшень&lt;br /&gt;</w:t>
        <w:br/>
        <w:t>І за момент один...</w:t>
      </w:r>
    </w:p>
    <w:p>
      <w:r>
        <w:br/>
        <w:t>...Він сам забився на припоні.&lt;br /&gt;</w:t>
        <w:br/>
        <w:t>Аркан циганський і циганський ніж —&lt;br /&gt;</w:t>
        <w:br/>
        <w:t>І тільки й бачили вельможного капрала.&lt;br /&gt;</w:t>
        <w:br/>
        <w:t>Всього лиш на-всього: ігумен&lt;br /&gt;</w:t>
        <w:br/>
        <w:t>ніс скривив,&lt;br /&gt;</w:t>
        <w:br/>
        <w:t>Бровою волохатою повів —&lt;br /&gt;</w:t>
        <w:br/>
        <w:t>Скрутили, зборкали і без суда скарали.&lt;br /&gt;</w:t>
        <w:br/>
        <w:t>"Нехай мовчить. Хай землю їсть —&lt;br /&gt;</w:t>
        <w:br/>
        <w:t>"орел"!&lt;br /&gt;</w:t>
        <w:br/>
        <w:t>Хіба не знав, куди посунув пику?&lt;br /&gt;</w:t>
        <w:br/>
        <w:t>Прийшов непроханий — тепер&lt;br /&gt;</w:t>
        <w:br/>
        <w:t>нехай жере..."&lt;br /&gt;</w:t>
        <w:br/>
        <w:t>Насупилося замчище старе —&lt;br /&gt;</w:t>
        <w:br/>
        <w:t>Кінці сховало у камінні дикім.</w:t>
      </w:r>
    </w:p>
    <w:p>
      <w:r>
        <w:br/>
        <w:t>X</w:t>
      </w:r>
    </w:p>
    <w:p>
      <w:r>
        <w:br/>
        <w:t>Обмили руки божі дзвонарі,&lt;br /&gt;</w:t>
        <w:br/>
        <w:t>Ударили к вечірні: Ми, мов, на сторожі&lt;br /&gt;</w:t>
        <w:br/>
        <w:t>Святі та божі!&lt;br /&gt;</w:t>
        <w:br/>
        <w:t>Ладан закурів...&lt;br /&gt;</w:t>
        <w:br/>
        <w:t>А з "ад’ютантами" ігумен прів:&lt;br /&gt;</w:t>
        <w:br/>
        <w:t>"Кінчить. Замазати. Замести... Бо наложим&lt;br /&gt;</w:t>
        <w:br/>
        <w:t>Своїми головами. Взяли слуг сюди,&lt;br /&gt;</w:t>
        <w:br/>
        <w:t>Забрать карету, обдурить громаду —&lt;br /&gt;</w:t>
        <w:br/>
        <w:t>Пустити чутку: Так, мов, і туди&lt;br /&gt;</w:t>
        <w:br/>
        <w:t>Поїхав пан. Тра вилізти з біди...</w:t>
      </w:r>
    </w:p>
    <w:p>
      <w:r>
        <w:br/>
        <w:t>Мотались клобуки...&lt;br /&gt;</w:t>
        <w:br/>
        <w:t>Курився буйно ладан...</w:t>
      </w:r>
    </w:p>
    <w:p>
      <w:r>
        <w:br/>
        <w:t>XI</w:t>
      </w:r>
    </w:p>
    <w:p>
      <w:r>
        <w:br/>
        <w:t>А там — за Ворсклою — чекали на кінець:&lt;br /&gt;</w:t>
        <w:br/>
        <w:t>Стояли лавою — до синіх гір дивились.&lt;br /&gt;</w:t>
        <w:br/>
        <w:t>Уже давно лакеї потомились —&lt;br /&gt;</w:t>
        <w:br/>
        <w:t>Давно зійшло терпіння нанівець.&lt;br /&gt;</w:t>
        <w:br/>
        <w:t>Пішли шукати, бо рушать пора.&lt;br /&gt;</w:t>
        <w:br/>
        <w:t>Пішли лакеї — панські недоріки&lt;br /&gt;</w:t>
        <w:br/>
        <w:t>(Тривожно десь у ріг пастух заграв —&lt;br /&gt;</w:t>
        <w:br/>
        <w:t>Там на мечах хрестів світ сонця умирав...).&lt;br /&gt;</w:t>
        <w:br/>
        <w:t>Пішли... й не повернулися.&lt;br /&gt;</w:t>
        <w:br/>
        <w:t>Не повернулися й до віку.</w:t>
      </w:r>
    </w:p>
    <w:p>
      <w:r>
        <w:br/>
        <w:t>XII</w:t>
      </w:r>
    </w:p>
    <w:p>
      <w:r>
        <w:br/>
        <w:t>Стоїть карета — писана, з орлом...&lt;br /&gt;</w:t>
        <w:br/>
        <w:t>Дивується нарід — мовчить зловісна тиша.&lt;br /&gt;</w:t>
        <w:br/>
        <w:t>Ніде нікого. Тільки плаче ріг на "ро" —&lt;br /&gt;</w:t>
        <w:br/>
        <w:t>Там умирає сонце за манастиром&lt;br /&gt;</w:t>
        <w:br/>
        <w:t>І дзвін дурний рожеву синь колише...</w:t>
      </w:r>
    </w:p>
    <w:p>
      <w:r>
        <w:br/>
        <w:t>Аж ось надвечір — десь з туману вийшов,&lt;br /&gt;</w:t>
        <w:br/>
        <w:t>Приплів&lt;br /&gt;</w:t>
        <w:br/>
        <w:t>І до стовпа причалився пором.&lt;br /&gt;</w:t>
        <w:br/>
        <w:t>Зійшли ченці: "Пан генерал велів&lt;br /&gt;</w:t>
        <w:br/>
        <w:t>Карету взяти. їхня світлість будуть&lt;br /&gt;</w:t>
        <w:br/>
        <w:t>Гостити в нас. Та й потім, взагалі...&lt;br /&gt;</w:t>
        <w:br/>
        <w:t>(Мовляв, не ваше діло!) — І карету узяли.—&lt;br /&gt;</w:t>
        <w:br/>
        <w:t>А щоб було зручніш, нехай поставлять люди&lt;br /&gt;</w:t>
        <w:br/>
        <w:t>її на перевіз, щоб не гонить сюди&lt;br /&gt;</w:t>
        <w:br/>
        <w:t>Та знов туди даремно панські коні.&lt;br /&gt;</w:t>
        <w:br/>
        <w:t>Пан генерал в обителі сидить..."&lt;br /&gt;</w:t>
        <w:br/>
        <w:t>Забрали й попливли ченці руді,&lt;br /&gt;</w:t>
        <w:br/>
        <w:t>І реготали їм назустріч переможно дзвони.&lt;br /&gt;</w:t>
        <w:br/>
        <w:t>Ззирнулись люди: "От таке тобі!&lt;br /&gt;</w:t>
        <w:br/>
        <w:t>У Чорта Чорт гостює любо-мило..." —&lt;br /&gt;</w:t>
        <w:br/>
        <w:t>І враз&lt;br /&gt;</w:t>
        <w:br/>
        <w:t>Розчарування шепіт перебіг...&lt;br /&gt;</w:t>
        <w:br/>
        <w:t>Але хто очі мав, той хитрість цю осилив:&lt;br /&gt;</w:t>
        <w:br/>
        <w:t>Недаром осміхнувся в ус Данило,—&lt;br /&gt;</w:t>
        <w:br/>
        <w:t>Заграла радість в нього полиском зубів.</w:t>
      </w:r>
    </w:p>
    <w:p>
      <w:r>
        <w:br/>
        <w:t>РОЗДІЛ ОДИНАДЦЯТИЙ</w:t>
      </w:r>
    </w:p>
    <w:p>
      <w:r>
        <w:br/>
        <w:t>І</w:t>
      </w:r>
    </w:p>
    <w:p>
      <w:r>
        <w:br/>
        <w:t>...І вдарив грім!&lt;br /&gt;</w:t>
        <w:br/>
        <w:t>Ще й тяжко вдарив грім!&lt;br /&gt;</w:t>
        <w:br/>
        <w:t>Гей, і заплакали, і затужили дзвони...&lt;br /&gt;</w:t>
        <w:br/>
        <w:t>Переступила кара за поріг,&lt;br /&gt;</w:t>
        <w:br/>
        <w:t>Ніщо вже не врятує їх —&lt;br /&gt;</w:t>
        <w:br/>
        <w:t>Ні антимінс святий, ні жезл, ні сльози, що боронять.&lt;br /&gt;</w:t>
        <w:br/>
        <w:t>Аж ось коли. Аж ось не узяло!&lt;br /&gt;</w:t>
        <w:br/>
        <w:t>В чаду і галасі не бубни то гули:&lt;br /&gt;</w:t>
        <w:br/>
        <w:t>То дикий вепр на вепра напоровся,&lt;br /&gt;</w:t>
        <w:br/>
        <w:t>То крокодил&lt;br /&gt;</w:t>
        <w:br/>
        <w:t>Пожер акулу...</w:t>
      </w:r>
    </w:p>
    <w:p>
      <w:r>
        <w:br/>
        <w:t>II</w:t>
      </w:r>
    </w:p>
    <w:p>
      <w:r>
        <w:br/>
        <w:t>Прибули слідчі з ескортом драгун,&lt;br /&gt;</w:t>
        <w:br/>
        <w:t>Облазили шляхи — шукали генерала:&lt;br /&gt;</w:t>
        <w:br/>
        <w:t>Як в воду канув. Він десь тута був:&lt;br /&gt;</w:t>
        <w:br/>
        <w:t>З Охтирки вибув — до Зінькова не прибув,&lt;br /&gt;</w:t>
        <w:br/>
        <w:t>І ні ознак, ні сліду — й тінь пропала.</w:t>
      </w:r>
    </w:p>
    <w:p>
      <w:r>
        <w:br/>
        <w:t>Селяни справили драгун на манастир.&lt;br /&gt;</w:t>
        <w:br/>
        <w:t>Але й що з того? Жадної ознаки.&lt;br /&gt;</w:t>
        <w:br/>
        <w:t>Облазили ліси і всі місця святі:&lt;br /&gt;</w:t>
        <w:br/>
        <w:t>Печери. Схимників. І навіть в храм пустив&lt;br /&gt;</w:t>
        <w:br/>
        <w:t>Владика їх,—&lt;br /&gt;</w:t>
        <w:br/>
        <w:t>Йому-бо все однако:&lt;br /&gt;</w:t>
        <w:br/>
        <w:t>Кінці сховали — й чорт не добере...&lt;br /&gt;</w:t>
        <w:br/>
        <w:t>Та були хитрі слідчі і моторні з біса,&lt;br /&gt;</w:t>
        <w:br/>
        <w:t>Перепрощалися, не йшли до тих дверей,&lt;br /&gt;</w:t>
        <w:br/>
        <w:t>Аж поки не розрили барахло старе...&lt;br /&gt;</w:t>
        <w:br/>
        <w:t>А враз: "Знайшли!!!"&lt;br /&gt;</w:t>
        <w:br/>
        <w:t>Знайшли...&lt;br /&gt;</w:t>
        <w:br/>
        <w:t>Поржавілі ресори з віссю.&lt;br /&gt;</w:t>
        <w:br/>
        <w:t>Обсмалені.&lt;br /&gt;</w:t>
        <w:br/>
        <w:t>"Його!.. Так він помер!?!&lt;br /&gt;</w:t>
        <w:br/>
        <w:t>Щоб заховать кінці, карету запалили?!"</w:t>
      </w:r>
    </w:p>
    <w:p>
      <w:r>
        <w:br/>
        <w:t>Ой, не крутись, ігумене, тепер.&lt;br /&gt;</w:t>
        <w:br/>
        <w:t>І не хрестись, і не молись — кажи, куди запер?!&lt;br /&gt;</w:t>
        <w:br/>
        <w:t>Де їхня світлість?! Та гляди,&lt;br /&gt;</w:t>
        <w:br/>
        <w:t>Бо тут тобі й могила!..&lt;br /&gt;</w:t>
        <w:br/>
        <w:t>Кажи, кажи!!! —&lt;br /&gt;</w:t>
        <w:br/>
        <w:t>І клявся, і хрестивсь,&lt;br /&gt;</w:t>
        <w:br/>
        <w:t>І припадав навколюшки, і цілував ікони.&lt;br /&gt;</w:t>
        <w:br/>
        <w:t>А очі диким жахом запливли...&lt;br /&gt;</w:t>
        <w:br/>
        <w:t>Та гей, не ті це й не того прийшли,&lt;br /&gt;</w:t>
        <w:br/>
        <w:t>І не лякають їх ні ряси, ні амвони.</w:t>
      </w:r>
    </w:p>
    <w:p>
      <w:r>
        <w:br/>
        <w:t>III</w:t>
      </w:r>
    </w:p>
    <w:p>
      <w:r>
        <w:br/>
        <w:t>В дванадцять сталок загуляли нагаї,&lt;br /&gt;</w:t>
        <w:br/>
        <w:t>І замітав отець підлогу бородою;&lt;br /&gt;</w:t>
        <w:br/>
        <w:t>Молив, скрипів зубами, землю їв.&lt;br /&gt;</w:t>
        <w:br/>
        <w:t>Не проронив ні слова.&lt;br /&gt;</w:t>
        <w:br/>
        <w:t>"А, мовчиш?! У душу матерів твоїх!"&lt;br /&gt;</w:t>
        <w:br/>
        <w:t>"Питать! Питать єго!!!" —&lt;br /&gt;</w:t>
        <w:br/>
        <w:t>І потягли з покоїв...</w:t>
      </w:r>
    </w:p>
    <w:p>
      <w:r>
        <w:br/>
        <w:t>IV</w:t>
      </w:r>
    </w:p>
    <w:p>
      <w:r>
        <w:br/>
        <w:t>Багряний вечір черво догоряв,&lt;br /&gt;</w:t>
        <w:br/>
        <w:t>Перетягли мечі відчай старого храму.&lt;br /&gt;</w:t>
        <w:br/>
        <w:t>На тлі кривавому святого вівтаря&lt;br /&gt;</w:t>
        <w:br/>
        <w:t>На дибах корчився з Христом поряд&lt;br /&gt;</w:t>
        <w:br/>
        <w:t>Владика скручений...&lt;br /&gt;</w:t>
        <w:br/>
        <w:t>Як лантух з сухарями,&lt;br /&gt;</w:t>
        <w:br/>
        <w:t>Похрускував...&lt;br /&gt;</w:t>
        <w:br/>
        <w:t>Ой, хто почує крик?&lt;br /&gt;</w:t>
        <w:br/>
        <w:t>Драгуни жебонять: "Москва слєзам нє веріт&lt;br /&gt;</w:t>
        <w:br/>
        <w:t>Кажи!.."&lt;br /&gt;</w:t>
        <w:br/>
        <w:t>А він хоч би слівце прорік. "Кажи!.. Уб'єм!!!"&lt;br /&gt;</w:t>
        <w:br/>
        <w:t>Лиш рокіт угорі&lt;br /&gt;</w:t>
        <w:br/>
        <w:t>Та клобуки пообліпляли зовні вікна й двері.&lt;br /&gt;</w:t>
        <w:br/>
        <w:t>Турнули їх. Немов табун гієн,&lt;br /&gt;</w:t>
        <w:br/>
        <w:t>Завили оддалік. Рокочуть луни в храмі...&lt;br /&gt;</w:t>
        <w:br/>
        <w:t>Сьогодні там таж і не хор блює,&lt;br /&gt;</w:t>
        <w:br/>
        <w:t>Не ладаном кадять, і не дячок піє —&lt;br /&gt;</w:t>
        <w:br/>
        <w:t>Сам сатана там нині службу править.&lt;br /&gt;</w:t>
        <w:br/>
        <w:t>Рокочуть луни. Стогне хтось один&lt;br /&gt;</w:t>
        <w:br/>
        <w:t>І матюкаються усі... і виють... і кадилять...&lt;br /&gt;</w:t>
        <w:br/>
        <w:t>На дибах над престолом б'ється нелюдим&lt;br /&gt;</w:t>
        <w:br/>
        <w:t>І плаче, але то драгунам "дим",&lt;br /&gt;</w:t>
        <w:br/>
        <w:t>Для них ті сльози — сльози крокодила.</w:t>
      </w:r>
    </w:p>
    <w:p>
      <w:r>
        <w:br/>
        <w:t>Збігає кров з чола на антимінс&lt;br /&gt;</w:t>
        <w:br/>
        <w:t>І капає тягуча та важка, як камінь...&lt;br /&gt;</w:t>
        <w:br/>
        <w:t>Уже йому проспівано "амінь",&lt;br /&gt;</w:t>
        <w:br/>
        <w:t>Але ні слова (стогони самі) —&lt;br /&gt;</w:t>
        <w:br/>
        <w:t>Не видереш зізнань ніякими гаками.&lt;br /&gt;</w:t>
        <w:br/>
        <w:t>"От чорт! Ти глянь, як мученик святий!&lt;br /&gt;</w:t>
        <w:br/>
        <w:t>Кажи ж!.."&lt;br /&gt;</w:t>
        <w:br/>
        <w:t>Сказав:&lt;br /&gt;</w:t>
        <w:br/>
        <w:t>"Хай Бог вас покарає".&lt;br /&gt;</w:t>
        <w:br/>
        <w:t>"Та то подивимось! Ось ми тобі заграєм,&lt;br /&gt;</w:t>
        <w:br/>
        <w:t>І ти нам скажеш, скажеш зараз ти...&lt;br /&gt;</w:t>
        <w:br/>
        <w:t>Ану свічок!.."</w:t>
      </w:r>
    </w:p>
    <w:p>
      <w:r>
        <w:br/>
        <w:t>Пішли у ход свічки...&lt;br /&gt;</w:t>
        <w:br/>
        <w:t>Без них і служба — непорозуміння.&lt;br /&gt;</w:t>
        <w:br/>
        <w:t>О, ці уставлять, ці "утруть очки"!&lt;br /&gt;</w:t>
        <w:br/>
        <w:t>Гикнули шиби та й на викрики рвучкі —&lt;br /&gt;</w:t>
        <w:br/>
        <w:t>То зашкварчали п'яти;&lt;br /&gt;</w:t>
        <w:br/>
        <w:t>Загорілось тім'я...</w:t>
      </w:r>
    </w:p>
    <w:p>
      <w:r>
        <w:br/>
        <w:t>Аж отоді не витримав і дико закричав:&lt;br /&gt;</w:t>
        <w:br/>
        <w:t>"Отам! Отам!.." — повів очима до престолу.&lt;br /&gt;</w:t>
        <w:br/>
        <w:t>Рвонули. Перекинули. Задерся сторчаком&lt;br /&gt;</w:t>
        <w:br/>
        <w:t>Святий престол, і загули за ним слідком&lt;br /&gt;</w:t>
        <w:br/>
        <w:t>Євангеліє, хрест і антимінс додолу. "Копай!.."</w:t>
      </w:r>
    </w:p>
    <w:p>
      <w:r>
        <w:br/>
        <w:t>І викопали, видерли з могили —&lt;br /&gt;</w:t>
        <w:br/>
        <w:t>Аж трьох —&lt;br /&gt;</w:t>
        <w:br/>
        <w:t>Порізаних, напівзотлілих.</w:t>
      </w:r>
    </w:p>
    <w:p>
      <w:r>
        <w:br/>
        <w:t>V</w:t>
      </w:r>
    </w:p>
    <w:p>
      <w:r>
        <w:br/>
        <w:t>Ото найтовщий — то був генерал,&lt;br /&gt;</w:t>
        <w:br/>
        <w:t>А два поменше — то його лакеї...&lt;br /&gt;</w:t>
        <w:br/>
        <w:t>Од диких вигуків здригнулася гора.&lt;br /&gt;</w:t>
        <w:br/>
        <w:t>Врата зламали.&lt;br /&gt;</w:t>
        <w:br/>
        <w:t>Гримнуло "ура".&lt;br /&gt;</w:t>
        <w:br/>
        <w:t>Метнулися ченці, як ті в'юни в рукгелі.&lt;br /&gt;</w:t>
        <w:br/>
        <w:t>І розходилися драгуни...</w:t>
      </w:r>
    </w:p>
    <w:p>
      <w:r>
        <w:br/>
        <w:t>VI</w:t>
      </w:r>
    </w:p>
    <w:p>
      <w:r>
        <w:br/>
        <w:t>...Тяжко вдарив грім.&lt;br /&gt;</w:t>
        <w:br/>
        <w:t>Гей, і заплакали, і затужили дзвони,&lt;br /&gt;</w:t>
        <w:br/>
        <w:t>Переступила кара за поріг,&lt;br /&gt;</w:t>
        <w:br/>
        <w:t>І не врятує їх&lt;br /&gt;</w:t>
        <w:br/>
        <w:t>Ні антимінс святий, ні сльози не вборонять,&lt;br /&gt;</w:t>
        <w:br/>
        <w:t>Налляло галасом понурі мури вщерть.&lt;br /&gt;</w:t>
        <w:br/>
        <w:t>У катакомбах б'ють і вішають за ними.&lt;br /&gt;</w:t>
        <w:br/>
        <w:t>Суддя — чингал , Закон єдиний — смерть...&lt;br /&gt;</w:t>
        <w:br/>
        <w:t>І закрутився по святині смерч...&lt;br /&gt;</w:t>
        <w:br/>
        <w:t>Аж раптом: Хаос&lt;br /&gt;</w:t>
        <w:br/>
        <w:t>Обложило димом.</w:t>
      </w:r>
    </w:p>
    <w:p>
      <w:r>
        <w:br/>
        <w:t>VII</w:t>
      </w:r>
    </w:p>
    <w:p>
      <w:r>
        <w:br/>
        <w:t>Огонь внизу... (Данило запалив),&lt;br /&gt;</w:t>
        <w:br/>
        <w:t>Огонь вгорі... (І то його робота) —&lt;br /&gt;</w:t>
        <w:br/>
        <w:t>В диму злетілися "раби малі"&lt;br /&gt;</w:t>
        <w:br/>
        <w:t>Погріти руки. Кожен масло лив,&lt;br /&gt;</w:t>
        <w:br/>
        <w:t>Огонь розносив...&lt;br /&gt;</w:t>
        <w:br/>
        <w:t>Бив...&lt;br /&gt;</w:t>
        <w:br/>
        <w:t>Ламав...&lt;br /&gt;</w:t>
        <w:br/>
        <w:t>Аби була охота.&lt;br /&gt;</w:t>
        <w:br/>
        <w:t>Ще ніч не впала — ввесь вертеп горів,&lt;br /&gt;</w:t>
        <w:br/>
        <w:t>Та й зазирало в нім усе живе в могилу.&lt;br /&gt;</w:t>
        <w:br/>
        <w:t>Драгуни мстили за капралів, за царів,&lt;br /&gt;</w:t>
        <w:br/>
        <w:t>Аж роздирались груди в дзвонарів,&lt;br /&gt;</w:t>
        <w:br/>
        <w:t>А над усим...&lt;br /&gt;</w:t>
        <w:br/>
        <w:t>Раби свій суд чинили...</w:t>
      </w:r>
    </w:p>
    <w:p>
      <w:r>
        <w:br/>
        <w:t>VIII</w:t>
      </w:r>
    </w:p>
    <w:p>
      <w:r>
        <w:br/>
        <w:t>Огонь і дим. Не видно нічорта.&lt;br /&gt;</w:t>
        <w:br/>
        <w:t>Ченці з драгунами змішалися — зчепились&lt;br /&gt;</w:t>
        <w:br/>
        <w:t>На смерть, не на живіт,&lt;br /&gt;</w:t>
        <w:br/>
        <w:t>А їх усіх лупили...&lt;br /&gt;</w:t>
        <w:br/>
        <w:t>І падали в диму стропила,&lt;br /&gt;</w:t>
        <w:br/>
        <w:t>І танцювала дико чорнота.&lt;br /&gt;</w:t>
        <w:br/>
        <w:t>У хаосі ж, у криках — тут і там&lt;br /&gt;</w:t>
        <w:br/>
        <w:t>У одсвіті пожежі танцював Данило...</w:t>
      </w:r>
    </w:p>
    <w:p>
      <w:r>
        <w:br/>
        <w:t>IX</w:t>
      </w:r>
    </w:p>
    <w:p>
      <w:r>
        <w:br/>
        <w:t>То ніч була!.. І в пекло крик дійшов.&lt;br /&gt;</w:t>
        <w:br/>
        <w:t>Таких ночей було на світі мало.&lt;br /&gt;</w:t>
        <w:br/>
        <w:t>Недаром-бо Данило з розуму зійшов —&lt;br /&gt;</w:t>
        <w:br/>
        <w:t>Усе пощезло, втопилося в крові, в огні пропало.&lt;br /&gt;</w:t>
        <w:br/>
        <w:t>Не врятувалося ніщо&lt;br /&gt;</w:t>
        <w:br/>
        <w:t>Від помсти дикої.&lt;br /&gt;</w:t>
        <w:br/>
        <w:t>За все: за піт, за муки,&lt;br /&gt;</w:t>
        <w:br/>
        <w:t>За матерів і за зґвалтованих дівчат,&lt;br /&gt;</w:t>
        <w:br/>
        <w:t>За крик дітей,&lt;br /&gt;</w:t>
        <w:br/>
        <w:t>за глум,&lt;br /&gt;</w:t>
        <w:br/>
        <w:t>за віру,&lt;br /&gt;</w:t>
        <w:br/>
        <w:t>за розлуку&lt;br /&gt;</w:t>
        <w:br/>
        <w:t>Із реготом страшним, в диму (другим в науку)&lt;br /&gt;</w:t>
        <w:br/>
        <w:t>Пройшлись ножі козацьких онучат!&lt;br /&gt;</w:t>
        <w:br/>
        <w:t>То ніч була!..</w:t>
      </w:r>
    </w:p>
    <w:p>
      <w:r>
        <w:br/>
        <w:t>X</w:t>
      </w:r>
    </w:p>
    <w:p>
      <w:r>
        <w:br/>
        <w:t>Нагрівся не один,&lt;br /&gt;</w:t>
        <w:br/>
        <w:t>І впився не один. Та хіба ж так упився!&lt;br /&gt;</w:t>
        <w:br/>
        <w:t>За тисячі розтрачених годин,&lt;br /&gt;</w:t>
        <w:br/>
        <w:t>За море розпачів мордованих родин,&lt;br /&gt;</w:t>
        <w:br/>
        <w:t>За всіх, за всіх,&lt;br /&gt;</w:t>
        <w:br/>
        <w:t>хто жив і не нажився.&lt;br /&gt;</w:t>
        <w:br/>
        <w:t>Погріли руки і батьки, й сини,&lt;br /&gt;</w:t>
        <w:br/>
        <w:t>Аж осміхнулись лиця, вимучені й зсохлі,—&lt;br /&gt;</w:t>
        <w:br/>
        <w:t>Таж і погріли... В хаосі страшнім&lt;br /&gt;</w:t>
        <w:br/>
        <w:t>Геть-чисто все згоріло на вогні,&lt;br /&gt;</w:t>
        <w:br/>
        <w:t>Драгуни і ченці в льохах подохли.&lt;br /&gt;</w:t>
        <w:br/>
        <w:t>І тільки хтось там вирвавсь, поскакав:&lt;br /&gt;</w:t>
        <w:br/>
        <w:t>Без пам'яті подався від ножа, від гунів.&lt;br /&gt;</w:t>
        <w:br/>
        <w:t>Але і той не знав, кого чия рука&lt;br /&gt;</w:t>
        <w:br/>
        <w:t>Вдушила перша. Хто кого стискав —&lt;br /&gt;</w:t>
        <w:br/>
        <w:t>Драгуни клобуків?.. Чи клобуки драгунів?..</w:t>
      </w:r>
    </w:p>
    <w:p>
      <w:r>
        <w:br/>
        <w:t>XI</w:t>
      </w:r>
    </w:p>
    <w:p>
      <w:r>
        <w:br/>
        <w:t>Огні погасли. Тільки жар зорів...&lt;br /&gt;</w:t>
        <w:br/>
        <w:t>Від всього — одна церква уціліла&lt;br /&gt;</w:t>
        <w:br/>
        <w:t>Якимось чудом; щулилась в могилі,&lt;br /&gt;</w:t>
        <w:br/>
        <w:t>А хтось на ній усе дзвонив,&lt;br /&gt;</w:t>
        <w:br/>
        <w:t>Та все ридав, та все сурів...&lt;br /&gt;</w:t>
        <w:br/>
        <w:t>Поки навік не втратив сили —&lt;br /&gt;</w:t>
        <w:br/>
        <w:t>Поки чингалом душу не прошили&lt;br /&gt;</w:t>
        <w:br/>
        <w:t>Останньому&lt;br /&gt;</w:t>
        <w:br/>
        <w:t>З останніх дзвонарів...&lt;br /&gt;</w:t>
        <w:br/>
        <w:t>І розійшлись...</w:t>
      </w:r>
    </w:p>
    <w:p>
      <w:r>
        <w:br/>
        <w:t>XII</w:t>
      </w:r>
    </w:p>
    <w:p>
      <w:r>
        <w:br/>
        <w:t>...На скелях тишина.&lt;br /&gt;</w:t>
        <w:br/>
        <w:t>Безока церква згорбилась на кряжі&lt;br /&gt;</w:t>
        <w:br/>
        <w:t>І на пожарищі тремтить одним-одна...&lt;br /&gt;</w:t>
        <w:br/>
        <w:t>Хтось ходить по руїнах. Шелестить луна —&lt;br /&gt;</w:t>
        <w:br/>
        <w:t>Хтось ходить у крові і в сажі&lt;br /&gt;</w:t>
        <w:br/>
        <w:t>І схлипує. Сміється в сивий ус,&lt;br /&gt;</w:t>
        <w:br/>
        <w:t>У вівтарі ховається за ризи, за ікони,&lt;br /&gt;</w:t>
        <w:br/>
        <w:t>Чиєсь ім'я пригадує... Гука людей:&lt;br /&gt;</w:t>
        <w:br/>
        <w:t>"По конях!"</w:t>
      </w:r>
    </w:p>
    <w:p>
      <w:r>
        <w:br/>
        <w:t>І заридає враз, здавивши скроню,&lt;br /&gt;</w:t>
        <w:br/>
        <w:t>Мов передражнює сову...&lt;br /&gt;</w:t>
        <w:br/>
        <w:t>…………………………………..&lt;br /&gt;</w:t>
        <w:br/>
        <w:t>………………………………….</w:t>
      </w:r>
    </w:p>
    <w:p>
      <w:r>
        <w:br/>
        <w:t>Десь прокричали півні на світанок.&lt;br /&gt;</w:t>
        <w:br/>
        <w:t>Струснули клени враз печаль свою&lt;br /&gt;</w:t>
        <w:br/>
        <w:t>Півні піють!&lt;br /&gt;</w:t>
        <w:br/>
        <w:t>Далеко десь півні піють!&lt;br /&gt;</w:t>
        <w:br/>
        <w:t>І буде ранок! Золотавий ранок...</w:t>
      </w:r>
    </w:p>
    <w:p>
      <w:r>
        <w:br/>
        <w:t>А на пожарищі — чорній рані —&lt;br /&gt;</w:t>
        <w:br/>
        <w:t>Блукає тінь,&lt;br /&gt;</w:t>
        <w:br/>
        <w:t>Всміхається у сиву каламуть.</w:t>
      </w:r>
    </w:p>
    <w:p>
      <w:r>
        <w:br/>
        <w:t>ЗАКІНЧЕННЯ</w:t>
      </w:r>
    </w:p>
    <w:p>
      <w:r>
        <w:br/>
        <w:t>І</w:t>
      </w:r>
    </w:p>
    <w:p>
      <w:r>
        <w:br/>
        <w:t>Та гей прокинулися з сонцем сіряки —&lt;br /&gt;</w:t>
        <w:br/>
        <w:t>Дихнули буйно,&lt;br /&gt;</w:t>
        <w:br/>
        <w:t>повно&lt;br /&gt;</w:t>
        <w:br/>
        <w:t>і свобідно...&lt;br /&gt;</w:t>
        <w:br/>
        <w:t>Ах, як хотілося у пориві палкім&lt;br /&gt;</w:t>
        <w:br/>
        <w:t>Обняти землю помахом руки,&lt;br /&gt;</w:t>
        <w:br/>
        <w:t>Обняти б землю рідну!..&lt;br /&gt;</w:t>
        <w:br/>
        <w:t>Немає більше чорної стіни,&lt;br /&gt;</w:t>
        <w:br/>
        <w:t>Нема... немає... Ранок. Ранок квітне!&lt;br /&gt;</w:t>
        <w:br/>
        <w:t>І будуть дні — нові хороші дні,&lt;br /&gt;</w:t>
        <w:br/>
        <w:t>Такі грайливі і такі ясні,&lt;br /&gt;</w:t>
        <w:br/>
        <w:t>А обрії&lt;br /&gt;</w:t>
        <w:br/>
        <w:t>Такі блакитні...</w:t>
      </w:r>
    </w:p>
    <w:p>
      <w:r>
        <w:br/>
        <w:t>Лунає ріг — і не рида луна,&lt;br /&gt;</w:t>
        <w:br/>
        <w:t>У тихім мариві пішли до сонця гори,&lt;br /&gt;</w:t>
        <w:br/>
        <w:t>Пішли, пішли...&lt;br /&gt;</w:t>
        <w:br/>
        <w:t>Гогоче синь ясна —&lt;br /&gt;</w:t>
        <w:br/>
        <w:t>Хитається погорблена спина —&lt;br /&gt;</w:t>
        <w:br/>
        <w:t>Простягся караван&lt;br /&gt;</w:t>
        <w:br/>
        <w:t>До обріїв,&lt;br /&gt;</w:t>
        <w:br/>
        <w:t>До моря...</w:t>
      </w:r>
    </w:p>
    <w:p>
      <w:r>
        <w:br/>
        <w:t>Ах любий день! Омано золота!..&lt;br /&gt;</w:t>
        <w:br/>
        <w:t>Терпіти б вік, аби отак устати.&lt;br /&gt;</w:t>
        <w:br/>
        <w:t>Та то ж не стріхи — крила тріпотять!&lt;br /&gt;</w:t>
        <w:br/>
        <w:t>Ось-ось піднімуться,&lt;br /&gt;</w:t>
        <w:br/>
        <w:t>курликнуть,&lt;br /&gt;</w:t>
        <w:br/>
        <w:t>полетять,—&lt;br /&gt;</w:t>
        <w:br/>
        <w:t>Як журавлі, під сонце,&lt;br /&gt;</w:t>
        <w:br/>
        <w:t>у безмежжя&lt;br /&gt;</w:t>
        <w:br/>
        <w:t>сірі хати...</w:t>
      </w:r>
    </w:p>
    <w:p>
      <w:r>
        <w:br/>
        <w:t>Ах любий день,&lt;br /&gt;</w:t>
        <w:br/>
        <w:t>Омано золота!..&lt;br /&gt;</w:t>
        <w:br/>
        <w:t>Невже ж та нам усього, що омана?!&lt;br /&gt;</w:t>
        <w:br/>
        <w:t>Невже ж та нам все ярма та відчай?!&lt;br /&gt;</w:t>
        <w:br/>
        <w:t>Ти ж слухай, слухай — й комарі кричать!..&lt;br /&gt;</w:t>
        <w:br/>
        <w:t>Який хороший золотавий ранок...</w:t>
      </w:r>
    </w:p>
    <w:p>
      <w:r>
        <w:br/>
        <w:t>Прожили вік — не бачили цього,&lt;br /&gt;</w:t>
        <w:br/>
        <w:t>Промчала молодість,— не тішив сонця промінь.&lt;br /&gt;</w:t>
        <w:br/>
        <w:t>Та і невже ж не здолати нам вироку свого?&lt;br /&gt;</w:t>
        <w:br/>
        <w:t>Ти ж глянь —&lt;br /&gt;</w:t>
        <w:br/>
        <w:t>Над світом золотий вогонь!&lt;br /&gt;</w:t>
        <w:br/>
        <w:t>Ти ж глянь —&lt;br /&gt;</w:t>
        <w:br/>
        <w:t>Навколо срібний гомін...</w:t>
      </w:r>
    </w:p>
    <w:p>
      <w:r>
        <w:br/>
        <w:t>(А там, де скелі,— рівно, як долонь,—&lt;br /&gt;</w:t>
        <w:br/>
        <w:t>Там казка — мариво над торжищем ваала .&lt;br /&gt;</w:t>
        <w:br/>
        <w:t>І аж не віриться, що те колись було.&lt;br /&gt;</w:t>
        <w:br/>
        <w:t>І кров, і піт, і батоги, і зло,&lt;br /&gt;</w:t>
        <w:br/>
        <w:t>Немов корова язиком злизала).&lt;br /&gt;</w:t>
        <w:br/>
        <w:t>Тріпоче сонце огненним крилом —&lt;br /&gt;</w:t>
        <w:br/>
        <w:t>Метає стріли з золотого лука...</w:t>
      </w:r>
    </w:p>
    <w:p>
      <w:r>
        <w:br/>
        <w:t>Ех ти замурзана,&lt;br /&gt;</w:t>
        <w:br/>
        <w:t>голодна&lt;br /&gt;</w:t>
        <w:br/>
        <w:t>кагало!&lt;br /&gt;</w:t>
        <w:br/>
        <w:t>В мозолях серце тріщину дало,&lt;br /&gt;</w:t>
        <w:br/>
        <w:t>І капнула любов на спраглі руки.</w:t>
      </w:r>
    </w:p>
    <w:p>
      <w:r>
        <w:br/>
        <w:t>II</w:t>
      </w:r>
    </w:p>
    <w:p>
      <w:r>
        <w:br/>
        <w:t>Прибіг втікач в столицю: Так і так!&lt;br /&gt;</w:t>
        <w:br/>
        <w:t>Ченці драгунів вибили, святиню&lt;br /&gt;</w:t>
        <w:br/>
        <w:t>запалили,&lt;br /&gt;</w:t>
        <w:br/>
        <w:t>Порізали капрала, і лакеїв, і усіх...—&lt;br /&gt;</w:t>
        <w:br/>
        <w:t>І розповів подробиці усі&lt;br /&gt;</w:t>
        <w:br/>
        <w:t>Про цю трагедію,&lt;br /&gt;</w:t>
        <w:br/>
        <w:t>Про це дивацьке діло.</w:t>
      </w:r>
    </w:p>
    <w:p>
      <w:r>
        <w:br/>
        <w:t>III</w:t>
      </w:r>
    </w:p>
    <w:p>
      <w:r>
        <w:br/>
        <w:t>Прийшов наказ закрити манастир...&lt;br /&gt;</w:t>
        <w:br/>
        <w:t>Але спізнився він — указ той височайний, —&lt;br /&gt;</w:t>
        <w:br/>
        <w:t>Не манастир, бо то на спині синіх гір:&lt;br /&gt;</w:t>
        <w:br/>
        <w:t>Копитом б'є там вітер, як огир,&lt;br /&gt;</w:t>
        <w:br/>
        <w:t>Та дуб старий&lt;br /&gt;</w:t>
        <w:br/>
        <w:t>Зеленим чубом маше&lt;br /&gt;</w:t>
        <w:br/>
        <w:t>І усміхається: "Гай-гай, без вас зробили кашу.</w:t>
      </w:r>
    </w:p>
    <w:p>
      <w:r>
        <w:br/>
        <w:t>Гляди-бо, що й не знають — ті, другі,&lt;br /&gt;</w:t>
        <w:br/>
        <w:t>Як тут одні розгонили богів,&lt;br /&gt;</w:t>
        <w:br/>
        <w:t>І антимінс закинули,&lt;br /&gt;</w:t>
        <w:br/>
        <w:t>І розтоптали чашу..."</w:t>
      </w:r>
    </w:p>
    <w:p>
      <w:r>
        <w:br/>
        <w:t>IV</w:t>
      </w:r>
    </w:p>
    <w:p>
      <w:r>
        <w:br/>
        <w:t>Стоїть безока церква на шпилі,&lt;br /&gt;</w:t>
        <w:br/>
        <w:t>А то й дзвіниця й дзвони погоріли,&lt;br /&gt;</w:t>
        <w:br/>
        <w:t>Геть розтопилися великі і малі,&lt;br /&gt;</w:t>
        <w:br/>
        <w:t>Сльозами скапали до сірої землі...&lt;br /&gt;</w:t>
        <w:br/>
        <w:t>А церкву — Береже Данило.</w:t>
      </w:r>
    </w:p>
    <w:p>
      <w:r>
        <w:br/>
        <w:t>Навколо ходить сивий і смутний...&lt;br /&gt;</w:t>
        <w:br/>
        <w:t>"Гей, був колись та й жив отаман ЧОРНИЙ!&lt;br /&gt;</w:t>
        <w:br/>
        <w:t>Та й пролетів на огненнім коні:&lt;br /&gt;</w:t>
        <w:br/>
        <w:t>Руїни... жорства... кров... кістки одні..." —&lt;br /&gt;</w:t>
        <w:br/>
        <w:t>Зупиниться.&lt;br /&gt;</w:t>
        <w:br/>
        <w:t>Подивиться.&lt;br /&gt;</w:t>
        <w:br/>
        <w:t>Розгорне&lt;br /&gt;</w:t>
        <w:br/>
        <w:t>Ногою попіл. То мертвяк живий —&lt;br /&gt;</w:t>
        <w:br/>
        <w:t>То божевільний. Так, немов учений,&lt;br /&gt;</w:t>
        <w:br/>
        <w:t>Чого шука? Кого гукає він?</w:t>
      </w:r>
    </w:p>
    <w:p>
      <w:r>
        <w:br/>
        <w:t>Ворушить вітер думку в голові,&lt;br /&gt;</w:t>
        <w:br/>
        <w:t>А вічний біль сухі вуста скривив —&lt;br /&gt;</w:t>
        <w:br/>
        <w:t>Шука він молодість...&lt;br /&gt;</w:t>
        <w:br/>
        <w:t>Гукає наречену...</w:t>
      </w:r>
    </w:p>
    <w:p>
      <w:r>
        <w:br/>
        <w:t>Пішло усе, неначе в темінь дим,—&lt;br /&gt;</w:t>
        <w:br/>
        <w:t>Пропало все: пропала думка сиза,&lt;br /&gt;</w:t>
        <w:br/>
        <w:t>Літа і молодість, любов і міць залізна,&lt;br /&gt;</w:t>
        <w:br/>
        <w:t>Усе-усе...&lt;br /&gt;</w:t>
        <w:br/>
        <w:t>А він шляху шукає, і нема його туди.&lt;br /&gt;</w:t>
        <w:br/>
        <w:t>І цілий день, і цілу ніч, і знов:&lt;br /&gt;</w:t>
        <w:br/>
        <w:t>"Ось тут воно,&lt;br /&gt;</w:t>
        <w:br/>
        <w:t>Ось тута!.."</w:t>
      </w:r>
    </w:p>
    <w:p>
      <w:r>
        <w:br/>
        <w:t>Та гей, було колись, та гей, було давно...&lt;br /&gt;</w:t>
        <w:br/>
        <w:t>Пустило сльози соняшне вікно,&lt;br /&gt;</w:t>
        <w:br/>
        <w:t>Та то ж не сонце — птах розкутий!</w:t>
      </w:r>
    </w:p>
    <w:p>
      <w:r>
        <w:br/>
        <w:t>V</w:t>
      </w:r>
    </w:p>
    <w:p>
      <w:r>
        <w:br/>
        <w:t>Подарували церкву мужикам&lt;br /&gt;</w:t>
        <w:br/>
        <w:t>Із ласки царської — шануйте і молітесь.&lt;br /&gt;</w:t>
        <w:br/>
        <w:t>То ласка дивна — хитра і тонка,&lt;br /&gt;</w:t>
        <w:br/>
        <w:t>Та відсахнулися від неї, наче від штика,&lt;br /&gt;</w:t>
        <w:br/>
        <w:t>І сиві старці, і маленькі діти.&lt;br /&gt;</w:t>
        <w:br/>
        <w:t>Мовляв, за ласку дякуємо ми&lt;br /&gt;</w:t>
        <w:br/>
        <w:t>І навіть дуже при такій нагоді,&lt;br /&gt;</w:t>
        <w:br/>
        <w:t>Але... звільніте від ції чуми,&lt;br /&gt;</w:t>
        <w:br/>
        <w:t>Своїм богам молітеся самі,&lt;br /&gt;</w:t>
        <w:br/>
        <w:t>А з нас вже — годі...&lt;br /&gt;</w:t>
        <w:br/>
        <w:t>Ви чули, бачили?.. Візьміть же це добро,&lt;br /&gt;</w:t>
        <w:br/>
        <w:t>Візьміть і однесіть віддайте Боже — Богу.</w:t>
      </w:r>
    </w:p>
    <w:p>
      <w:r>
        <w:br/>
        <w:t>Хрестилися: "Навіки згинь, маро!.."&lt;br /&gt;</w:t>
        <w:br/>
        <w:t>Стояла церква, ніби дивний гроб,&lt;br /&gt;</w:t>
        <w:br/>
        <w:t>І, крім мерців, не бачила нікого.&lt;br /&gt;</w:t>
        <w:br/>
        <w:t>Останній мрець блукає і мовчить,&lt;br /&gt;</w:t>
        <w:br/>
        <w:t>Як тінь, іде по вівтарях свячених...&lt;br /&gt;</w:t>
        <w:br/>
        <w:t>Вітри йому кадилять і піють...&lt;br /&gt;</w:t>
        <w:br/>
        <w:t>Там поховав він молодість свою,&lt;br /&gt;</w:t>
        <w:br/>
        <w:t>Там загубив прекрасну наречену.</w:t>
      </w:r>
    </w:p>
    <w:p>
      <w:r>
        <w:br/>
        <w:t>VI</w:t>
      </w:r>
    </w:p>
    <w:p>
      <w:r>
        <w:br/>
        <w:t>Не стерпіла громада й продала&lt;br /&gt;</w:t>
        <w:br/>
        <w:t>Ту церкву десь купцям (здається, до Зінькова).&lt;br /&gt;</w:t>
        <w:br/>
        <w:t>За церквою й печаль стара пішла —&lt;br /&gt;</w:t>
        <w:br/>
        <w:t>Помандрувала тінь її з села,&lt;br /&gt;</w:t>
        <w:br/>
        <w:t>Щоб десь&lt;br /&gt;</w:t>
        <w:br/>
        <w:t>Присинебожитися знову.</w:t>
      </w:r>
    </w:p>
    <w:p>
      <w:r>
        <w:br/>
        <w:t>Пустує місце, там шарлай росте&lt;br /&gt;</w:t>
        <w:br/>
        <w:t>І роз'їдає вітер на пилини щебінь...&lt;br /&gt;</w:t>
        <w:br/>
        <w:t>Читають сови там вночі письмо Святе...&lt;br /&gt;</w:t>
        <w:br/>
        <w:t>А люд не знає — чи забуть, чи згадувать про те.</w:t>
      </w:r>
    </w:p>
    <w:p>
      <w:r>
        <w:br/>
        <w:t>Мабуть...&lt;br /&gt;</w:t>
        <w:br/>
        <w:t>Не треба.</w:t>
      </w:r>
    </w:p>
    <w:p>
      <w:r>
        <w:br/>
        <w:t>VII</w:t>
      </w:r>
    </w:p>
    <w:p>
      <w:r>
        <w:br/>
        <w:t>Данило зник — пропав, як сизий дим.&lt;br /&gt;</w:t>
        <w:br/>
        <w:t>Та не пропала слава рамаянна ,&lt;br /&gt;</w:t>
        <w:br/>
        <w:t>Хороша слава. Думи і пісні&lt;br /&gt;</w:t>
        <w:br/>
        <w:t>По велетню, по любому, по нім,&lt;br /&gt;</w:t>
        <w:br/>
        <w:t>Рокочуть струни смілого Бояна:</w:t>
      </w:r>
    </w:p>
    <w:p>
      <w:r>
        <w:br/>
        <w:t>"Гей, був юнак,&lt;br /&gt;</w:t>
        <w:br/>
        <w:t>Та й був юнак такий!&lt;br /&gt;</w:t>
        <w:br/>
        <w:t>Та й клекотав орел обпльованої черні.&lt;br /&gt;</w:t>
        <w:br/>
        <w:t>Вплітали діти пісню у вінки&lt;br /&gt;</w:t>
        <w:br/>
        <w:t>І зберігали пам'ять про діла батьків,&lt;br /&gt;</w:t>
        <w:br/>
        <w:t>Про смілого раба,&lt;br /&gt;</w:t>
        <w:br/>
        <w:t>Про славну наречену.</w:t>
      </w:r>
    </w:p>
    <w:p>
      <w:r>
        <w:br/>
        <w:t>VIII</w:t>
      </w:r>
    </w:p>
    <w:p>
      <w:r>
        <w:br/>
        <w:t>Шуміли в струнах соняшних дуби,&lt;br /&gt;</w:t>
        <w:br/>
        <w:t>Шуміли ступарі над срібною рікою:&lt;br /&gt;</w:t>
        <w:br/>
        <w:t>Перетовкли дні муки і журби.&lt;br /&gt;</w:t>
        <w:br/>
        <w:t>Перетовкли важкий хомут рабів,—&lt;br /&gt;</w:t>
        <w:br/>
        <w:t>Перетовчуть усе&lt;br /&gt;</w:t>
        <w:br/>
        <w:t>Залізною рукою...&lt;br /&gt;</w:t>
        <w:br/>
        <w:t>Затих далеко грім одних побід&lt;br /&gt;</w:t>
        <w:br/>
        <w:t>І оселилась в серці радість і надія:&lt;br /&gt;</w:t>
        <w:br/>
        <w:t>Уперше раб свої лани засіяв...</w:t>
      </w:r>
    </w:p>
    <w:p>
      <w:r>
        <w:br/>
        <w:t>Тривала радість буйна черні ції,&lt;br /&gt;</w:t>
        <w:br/>
        <w:t>Тривала...&lt;br /&gt;</w:t>
        <w:br/>
        <w:t>Аж до нових бід.</w:t>
      </w:r>
    </w:p>
    <w:p>
      <w:r>
        <w:br/>
        <w:t>IX</w:t>
      </w:r>
    </w:p>
    <w:p>
      <w:r>
        <w:br/>
        <w:t>Як довго це — ви знаєте самі,&lt;br /&gt;</w:t>
        <w:br/>
        <w:t>Бо ж для людей оцих було&lt;br /&gt;</w:t>
        <w:br/>
        <w:t>не дошукатись раю&lt;br /&gt;</w:t>
        <w:br/>
        <w:t>На цій землі. Для них, немов на сміх,&lt;br /&gt;</w:t>
        <w:br/>
        <w:t>Споконвіків, запряжена в ярмі,&lt;br /&gt;</w:t>
        <w:br/>
        <w:t>Біда біду бідою поганяє...&lt;br /&gt;</w:t>
        <w:br/>
        <w:t>І радість та — метелик двох хвилин:&lt;br /&gt;</w:t>
        <w:br/>
        <w:t>Родивсь і вмер, барвистий та несталий.&lt;br /&gt;</w:t>
        <w:br/>
        <w:t>Хоч не вмирала віра у прекрасний день —&lt;br /&gt;</w:t>
        <w:br/>
        <w:t>Росла разом із кількістю людей,&lt;br /&gt;</w:t>
        <w:br/>
        <w:t>Росла... й не раз&lt;br /&gt;</w:t>
        <w:br/>
        <w:t>У крові потопала&lt;br /&gt;</w:t>
        <w:br/>
        <w:t>Та у гірких.&lt;br /&gt;</w:t>
        <w:br/>
        <w:t>Бо ж це кумедний світ:&lt;br /&gt;</w:t>
        <w:br/>
        <w:t>Тут без закону і комар не писне,&lt;br /&gt;</w:t>
        <w:br/>
        <w:t>Не то людина. Хто схотів, той тиснув&lt;br /&gt;</w:t>
        <w:br/>
        <w:t>І мордував&lt;br /&gt;</w:t>
        <w:br/>
        <w:t>Та на смерть, не на живіт.&lt;br /&gt;</w:t>
        <w:br/>
        <w:t>Було:&lt;br /&gt;</w:t>
        <w:br/>
        <w:t>Один працює — другий ходить слідом,&lt;br /&gt;</w:t>
        <w:br/>
        <w:t>Одні біжать — а інші зверху їдуть,&lt;br /&gt;</w:t>
        <w:br/>
        <w:t>Та ще й співають: мудрі та живі...&lt;br /&gt;</w:t>
        <w:br/>
        <w:t>І не дізнатися найменшому й повік,&lt;br /&gt;</w:t>
        <w:br/>
        <w:t>Хто поцілує, а хто в око свисне.&lt;br /&gt;</w:t>
        <w:br/>
        <w:t>Ніяк не розбереш — де друзі, де чужі,—&lt;br /&gt;</w:t>
        <w:br/>
        <w:t>Бо хто біжить — так до кінця біжить,&lt;br /&gt;</w:t>
        <w:br/>
        <w:t>А хто ухоркує — так до отказу хорка.&lt;br /&gt;</w:t>
        <w:br/>
        <w:t>Отак, як бачите...&lt;br /&gt;</w:t>
        <w:br/>
        <w:t>А все ж, як не кажіть,—&lt;br /&gt;</w:t>
        <w:br/>
        <w:t>Благословенний той, хто вигадав махорку!&lt;br /&gt;</w:t>
        <w:br/>
        <w:t>Нелегко змовчати про те, що бачив, чув,&lt;br /&gt;</w:t>
        <w:br/>
        <w:t>І я тримаюсь, міцно серце зборкав,&lt;br /&gt;</w:t>
        <w:br/>
        <w:t>Щоб не сказати зайвого, не плачу й не кричу,-&lt;br /&gt;</w:t>
        <w:br/>
        <w:t>Двадцяту пачку допалю і тихо закінчу,&lt;br /&gt;</w:t>
        <w:br/>
        <w:t>І не зіб'юсь ніде в словах...&lt;br /&gt;</w:t>
        <w:br/>
        <w:t>Благословен, хто вигадав махорку!&lt;br /&gt;</w:t>
        <w:br/>
        <w:t>Спаде, мов сон, мов хмара степова,&lt;br /&gt;</w:t>
        <w:br/>
        <w:t>Обступить душу, і не вийти з диму грому...&lt;br /&gt;</w:t>
        <w:br/>
        <w:t>Неначе нянька, колисає і співа,</w:t>
      </w:r>
    </w:p>
    <w:p>
      <w:r>
        <w:br/>
        <w:t>Десь сивим мохом болі накрива&lt;br /&gt;</w:t>
        <w:br/>
        <w:t>Гірка й "рачительна" махорка "Наркомпрому".</w:t>
      </w:r>
    </w:p>
    <w:p>
      <w:r>
        <w:br/>
        <w:t>Х</w:t>
      </w:r>
    </w:p>
    <w:p>
      <w:r>
        <w:br/>
        <w:t>Та все пропало. Немов і не було.&lt;br /&gt;</w:t>
        <w:br/>
        <w:t>Ідуть літа, мов тінь за перезвою,&lt;br /&gt;</w:t>
        <w:br/>
        <w:t>Старі руїни пилом занесло&lt;br /&gt;</w:t>
        <w:br/>
        <w:t>І місце заросло травою.&lt;br /&gt;</w:t>
        <w:br/>
        <w:t>І тільки, кажуть, інколи вночі,&lt;br /&gt;</w:t>
        <w:br/>
        <w:t>Як упаде на землю темна-темна&lt;br /&gt;</w:t>
        <w:br/>
        <w:t>Як вітер над пустелею ячить —&lt;br /&gt;</w:t>
        <w:br/>
        <w:t>Хтось по руїнах ходить і кричить,&lt;br /&gt;</w:t>
        <w:br/>
        <w:t>Хтось по руїнах ходить і голосить...</w:t>
      </w:r>
    </w:p>
    <w:p>
      <w:r>
        <w:br/>
        <w:t>Це так вночі, коли чорніє синь...&lt;br /&gt;</w:t>
        <w:br/>
        <w:t>А вдень буяють гори, дивлячись на луки,&lt;br /&gt;</w:t>
        <w:br/>
        <w:t>Тече ріка в далеку голубінь,&lt;br /&gt;</w:t>
        <w:br/>
        <w:t>А їм однаково — чи сонце, чи хмарінь,&lt;br /&gt;</w:t>
        <w:br/>
        <w:t>Чи свій, чи ворог, зустріч чи розлука...</w:t>
      </w:r>
    </w:p>
    <w:p>
      <w:r>
        <w:br/>
        <w:t>І тільки дуб старий — свідок людських болінь&lt;br /&gt;</w:t>
        <w:br/>
        <w:t>Безсило охкає, розкидуючи руки.&lt;br /&gt;</w:t>
        <w:br/>
        <w:t>З'єднавши обрії, то давній караван,&lt;br /&gt;</w:t>
        <w:br/>
        <w:t>Із безконечности ідучи в безконечність,&lt;br /&gt;</w:t>
        <w:br/>
        <w:t>Через пустелю, вітер і туман,&lt;br /&gt;</w:t>
        <w:br/>
        <w:t>Наставившись на дальній океан,&lt;br /&gt;</w:t>
        <w:br/>
        <w:t>Припав спочить,&lt;br /&gt;</w:t>
        <w:br/>
        <w:t>барвистий і статечний.&lt;br /&gt;</w:t>
        <w:br/>
        <w:t>І сплять погоничі, не збуджені ніким...&lt;br /&gt;</w:t>
        <w:br/>
        <w:t>Горбаті гості в соняшній країні,&lt;br /&gt;</w:t>
        <w:br/>
        <w:t>Під тягарем барвистим і важким,&lt;br /&gt;</w:t>
        <w:br/>
        <w:t>Нерозвантажені лежать уже віки,&lt;br /&gt;</w:t>
        <w:br/>
        <w:t>Потомлено&lt;br /&gt;</w:t>
        <w:br/>
        <w:t>Припавши&lt;br /&gt;</w:t>
        <w:br/>
        <w:t>На коліна...</w:t>
      </w:r>
    </w:p>
    <w:p>
      <w:r>
        <w:br/>
        <w:t>* * *</w:t>
      </w:r>
    </w:p>
    <w:p>
      <w:r>
        <w:br/>
        <w:t>Волає ріг далеких пастухів.&lt;br /&gt;</w:t>
        <w:br/>
        <w:t>Літають голуби над сивою габою.&lt;br /&gt;</w:t>
        <w:br/>
        <w:t>А з-під гори — зрина крилатий спів&lt;br /&gt;</w:t>
        <w:br/>
        <w:t>І котиться,&lt;br /&gt;</w:t>
        <w:br/>
        <w:t>і кличе за собою...&lt;br /&gt;</w:t>
        <w:br/>
        <w:t>То пісня мужня, сміла і гучна:&lt;br /&gt;</w:t>
        <w:br/>
        <w:t>Видать, вродилася у новий день ця доня.&lt;br /&gt;</w:t>
        <w:br/>
        <w:t>І радісно, що радісна вона,&lt;br /&gt;</w:t>
        <w:br/>
        <w:t>Що кличе і сміється...&lt;br /&gt;</w:t>
        <w:br/>
        <w:t>Що сьогоднє&lt;br /&gt;</w:t>
        <w:br/>
        <w:t>Від учорашнього одходить почало.&lt;br /&gt;</w:t>
        <w:br/>
        <w:t>Щасливий той, хто нині ще уп'ється&lt;br /&gt;</w:t>
        <w:br/>
        <w:t>Любов'ю й вірою й поб'є на щастя скло!..&lt;br /&gt;</w:t>
        <w:br/>
        <w:t>А пісня, ніби райдуги крило,&lt;br /&gt;</w:t>
        <w:br/>
        <w:t>Нависла аж за обрії...&lt;br /&gt;</w:t>
        <w:br/>
        <w:t>На серці&lt;br /&gt;</w:t>
        <w:br/>
        <w:t>Цвіте надія,&lt;br /&gt;</w:t>
        <w:br/>
        <w:t>в хатах і в гаях,&lt;br /&gt;</w:t>
        <w:br/>
        <w:t>І легша праця рабська та щоденна&lt;br /&gt;</w:t>
        <w:br/>
        <w:t>Благословенна молодість твоя&lt;br /&gt;</w:t>
        <w:br/>
        <w:t>І віра в новий день&lt;br /&gt;</w:t>
        <w:br/>
        <w:t>Благословенна!</w:t>
      </w:r>
    </w:p>
    <w:p>
      <w:r>
        <w:br/>
        <w:t>* * *&lt;br /&gt;</w:t>
        <w:br/>
        <w:t>……………………………………………..</w:t>
      </w:r>
    </w:p>
    <w:p>
      <w:r>
        <w:br/>
        <w:t>Десь там —&lt;br /&gt;</w:t>
        <w:br/>
        <w:t>В чаду і гаморі —&lt;br /&gt;</w:t>
        <w:br/>
        <w:t>я чую скрип і рев,&lt;br /&gt;</w:t>
        <w:br/>
        <w:t>Я чую стогін ранньою зорею...&lt;br /&gt;</w:t>
        <w:br/>
        <w:t>То, гей, з потугами, руйнуючи старе,&lt;br /&gt;</w:t>
        <w:br/>
        <w:t>Наш корабель крутий зворот бере&lt;br /&gt;</w:t>
        <w:br/>
        <w:t>І мерехтять під сонцем реї.&lt;br /&gt;</w:t>
        <w:br/>
        <w:t>Під сонцем реї!.. Галас... Грім і бій...&lt;br /&gt;</w:t>
        <w:br/>
        <w:t>Гримлять нам молоти — фанфари перемоги.&lt;br /&gt;</w:t>
        <w:br/>
        <w:t>Нам не просить,&lt;br /&gt;</w:t>
        <w:br/>
        <w:t>нам не молить ні в кого —&lt;br /&gt;</w:t>
        <w:br/>
        <w:t>Тримайсь. Тягни!&lt;br /&gt;</w:t>
        <w:br/>
        <w:t>До сонця!&lt;br /&gt;</w:t>
        <w:br/>
        <w:t>Д'горі! Д'горі, краю мій!</w:t>
      </w:r>
    </w:p>
    <w:p>
      <w:r>
        <w:br/>
        <w:t>Село Скелька, 1928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