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Сито, сито...</w:t>
      </w:r>
    </w:p>
    <w:p>
      <w:r>
        <w:br/>
        <w:t xml:space="preserve"> &lt;p&gt;Оце тобі якраз: тільки примостився на стільчику подивитися, як мати в печі розтоплятимуть, а воно вже хтось дверима торгикає. І я знаю — хто: або тітка Харитина, або тітка Олександра, або ще хтось. Ворожити прийшли. Ну, то я вам сьогодні наворожу, раз не дали подивитися, як у печі розтоплятиметься і що на вечерю злагоджено.</w:t>
      </w:r>
    </w:p>
    <w:p>
      <w:r>
        <w:br/>
        <w:t>— Ану, Ільку, піди одсунь,— кажуть мати, а в самих сльози з очей — кіть, кіть: жарину в клоччі роздмухували, так воно в очі й зайшло.</w:t>
      </w:r>
    </w:p>
    <w:p>
      <w:r>
        <w:br/>
        <w:t>Біжу в сіни. А там снігу по кісточки: понамітало крізь шпарки в дверях. От і попробуй одчиняти, та ще босяка! Казали колись матері дід Мурмило: кинь мені, молодице, на мого Йванька, а я вже прийду в неділю та двері тобі в лисиці візьму, бо ото ж розсохлися... Поворожили, взнали, що Йванько живий і зараз у танкістах, та й пішли собі. А в сіни як намітало, так і намітає... От і попробуй тепер одчиняти!</w:t>
      </w:r>
    </w:p>
    <w:p>
      <w:r>
        <w:br/>
        <w:t>— Хто там? — питаю так сердито, що миші на горі, чую, так і приснули в усі боки.</w:t>
      </w:r>
    </w:p>
    <w:p>
      <w:r>
        <w:br/>
        <w:t>А клямка у мене перед носом стриб-стриб, клац-клац, а сніг у щілини пшак-пшак... І за пазуху трохи сипнуло.</w:t>
      </w:r>
    </w:p>
    <w:p>
      <w:r>
        <w:br/>
        <w:t>— Хто там? — прискіпуюся.</w:t>
      </w:r>
    </w:p>
    <w:p>
      <w:r>
        <w:br/>
        <w:t>— Та це я, Ілюшо, тітка Олена. Хіба ти не впізнав?</w:t>
      </w:r>
    </w:p>
    <w:p>
      <w:r>
        <w:br/>
        <w:t>Ба! Не впізнав. Як би ж я впізнав крізь двері! Та ще вночі. Одсунув швиденько, а сам — шмиг до хати, а мороз мене — хльось по ногах: таки догнав! І тітка ж слідом.</w:t>
      </w:r>
    </w:p>
    <w:p>
      <w:r>
        <w:br/>
        <w:t>— Добривечір, Одарко! до матері. А до мене: — Здоров, зятику...</w:t>
      </w:r>
    </w:p>
    <w:p>
      <w:r>
        <w:br/>
        <w:t>— Драстуйте! кричу ще сердитіше, ніж у сінях, і розтираю ноги. "Зятику, зятику"! Тут ось ноги померзли, а їм — "зятику". Навприпились.</w:t>
      </w:r>
    </w:p>
    <w:p>
      <w:r>
        <w:br/>
        <w:t>Вони завжди отак зо мною здоровкаються, та що й підморгують, як маленькому.</w:t>
      </w:r>
    </w:p>
    <w:p>
      <w:r>
        <w:br/>
        <w:t>А чого б це я був їхнім зятем? Думають, як у них є Натка, то я на ній непримінно й женитимусь! А мо', я не схочу, мо', я після війни на Донбас поїду й візьму собі лікаршу, як он дядько Пилип. "Зятику!" Казали б уже: поворожіть...</w:t>
      </w:r>
    </w:p>
    <w:p>
      <w:r>
        <w:br/>
        <w:t>— А я оце, Одарко, до тебе,— топчуться біля порога тітка, бо таки ж бачать, що ми й досі не вечеряли, а воно як на те ще й хмизок сирий, не займається, і соломи на розпал немає.</w:t>
      </w:r>
    </w:p>
    <w:p>
      <w:r>
        <w:br/>
        <w:t>— Хіба щось погане приснилося? — питають мати і знову заходжуються дмухати в жарину.</w:t>
      </w:r>
    </w:p>
    <w:p>
      <w:r>
        <w:br/>
        <w:t>Тітка Олена теж нахиляються до припічка і теж надувають щоки глечичком — ще дужче, ніж мати, бо мати ж заморилися, а тітка ні.</w:t>
      </w:r>
    </w:p>
    <w:p>
      <w:r>
        <w:br/>
        <w:t>Дмуть, а клоччя курить і не займається. Куріло-куріло, тоді цоп — зайнялося. В хаті враз повиднішало, і від усього тіні поробилися: і од лави, і від мене, і од тітки з матір'ю. А вікно — як осліпло. Наче його знадвору куликом затулили...</w:t>
      </w:r>
    </w:p>
    <w:p>
      <w:r>
        <w:br/>
        <w:t>Клоччя горить, а тітка зраділи, хапають бликунчика, світять мерщій і ставлять на карниз. І ми з матір'ю теж зраділи. Всі пораділи, бо тітці кортить швидше поворожити, матері оддихнуть, а мені тепер не бігти вдруге до сусідів по жарину.</w:t>
      </w:r>
    </w:p>
    <w:p>
      <w:r>
        <w:br/>
        <w:t>— Так, кажеш, Олено, сон приснився поганий? — питають мати стурбовано.</w:t>
      </w:r>
    </w:p>
    <w:p>
      <w:r>
        <w:br/>
        <w:t>А я беру старе одпалене рогачилно і ширяю ним у хмизок: хай розгоряється швидше, бо їсти хочеться.</w:t>
      </w:r>
    </w:p>
    <w:p>
      <w:r>
        <w:br/>
        <w:t>— Та хтозна, як тобі й сказать,— зітхають тітка.— Мені він сю ніч снився наче й непогано, а оце увечері приходила Горпина Степанівська — вона ж йому дядина — та й розказує: бачився їй Дмитро позавчора, це якраз під п'ятницю, так погано: наче стоїть, сердешний, по груди в зеленій воді, без картуза і в сорочці з червоною манишкою, а на спині в нього — крижина, тонка та широка, аж гнеться... А ламатись — чогось не ламається. Стоїть, сміється... А тоді наче обізвався: "Зніміть з мене, дядино, каже, оцю крижину, бо мені ж у спину холодно..." Так я оце й прийшла до тебе, Одарочко, спитати: к чому воно отой сон?</w:t>
      </w:r>
    </w:p>
    <w:p>
      <w:r>
        <w:br/>
        <w:t>— Ет, — стиха озиваються мити, нахиляються до печі й дивляться на вогонь.. То якби він приснився комусь із родичів по першому коліну, то що б можна було вгадувати. А дядина — що? Сказано: чужа чужина...</w:t>
      </w:r>
    </w:p>
    <w:p>
      <w:r>
        <w:br/>
        <w:t>Тітка зраділи так, аж порожевіли. Чи, може, то од полум'я в печі? А в матері очі смутні чогось, і жарок у них тріпочеться — теж невеселий.</w:t>
      </w:r>
    </w:p>
    <w:p>
      <w:r>
        <w:br/>
        <w:t>— А тобі що снилося? — питаються.</w:t>
      </w:r>
    </w:p>
    <w:p>
      <w:r>
        <w:br/>
        <w:t>Тітка похапцем зітхають і починають розказувати:</w:t>
      </w:r>
    </w:p>
    <w:p>
      <w:r>
        <w:br/>
        <w:t>— А мені отаке: наче йду я житом, отам десь на Оліяновому ярку...</w:t>
      </w:r>
    </w:p>
    <w:p>
      <w:r>
        <w:br/>
        <w:t>— Зелене жито чи спіле? — перебивають мати.</w:t>
      </w:r>
    </w:p>
    <w:p>
      <w:r>
        <w:br/>
        <w:t>— Оцього вже тобі й не скажу, забула...— бідкаються тітка.— Пам'ятаю тільки, що ворушиться й ноги мені остюками лоскоче... Воно таке вітряно, чи що, і хмарно... Іду я; та й іду. Коли це з-під ніг як залопотить крильми — перепел...</w:t>
      </w:r>
    </w:p>
    <w:p>
      <w:r>
        <w:br/>
        <w:t>— Он диви! — радіють мати.— Це таке, як на свідання. А жито — значить, живий...</w:t>
      </w:r>
    </w:p>
    <w:p>
      <w:r>
        <w:br/>
        <w:t>— Так вітряно ж і хмарно... — сумніваються тітка. Тут уже, думаю, і мені можна встряти.</w:t>
      </w:r>
    </w:p>
    <w:p>
      <w:r>
        <w:br/>
        <w:t>— Коли б не вітряно, — кажу, — й не хмарно! На фронті ж... А тітка:</w:t>
      </w:r>
    </w:p>
    <w:p>
      <w:r>
        <w:br/>
        <w:t>— Справді: на хронті ж...— Та до матері:</w:t>
      </w:r>
    </w:p>
    <w:p>
      <w:r>
        <w:br/>
        <w:t>— Боже ж, розумний у тебе хлопець, Одарко! Пошли, господи, щоб воно й надалі таким росло.</w:t>
      </w:r>
    </w:p>
    <w:p>
      <w:r>
        <w:br/>
        <w:t>Мати якусь часину примовчують — пишаються, тоді починають гладити мене по голові — раз, і вдруге, і втрете... Довгенько. А згодом:</w:t>
      </w:r>
    </w:p>
    <w:p>
      <w:r>
        <w:br/>
        <w:t>— Якби ж воно не така лиха година, то, мо', з нього щось і вийшло б. А то ж бачиш: ні вдягти, ні взути... Сидить цілими днями в хаті, як той пічкур у норі. Про школу вже й не нагадую, бо як тільки заїкнусь, так і в плачі... Вже й учителька разів п'ять приходила, кличе, а воно ж ні в чому...</w:t>
      </w:r>
    </w:p>
    <w:p>
      <w:r>
        <w:br/>
        <w:t>В печі розгоряється дужче й дужче, в хаті робиться червоно, а на шибках так і виграють, так і поводять блискучими дзьобами різьблені з криги та інею "селезні". І сичать... Чи то пак хмизок у челюстях сичить і пускає на холодну черінь білу паруючу пінку — то з нього сирість виходить.</w:t>
      </w:r>
    </w:p>
    <w:p>
      <w:r>
        <w:br/>
        <w:t>От і куліш закипає в горнятку — знову куліш! — а тітка не йдуть.</w:t>
      </w:r>
    </w:p>
    <w:p>
      <w:r>
        <w:br/>
        <w:t>— Може б, ти мені, Одарко, й на сито прикинула? — питаються несміливо.</w:t>
      </w:r>
    </w:p>
    <w:p>
      <w:r>
        <w:br/>
        <w:t>Ну от, я ж так і знав! "Зятику, зятику"! Казали б уже зразу: поворожіть... А то ще й підморгують...</w:t>
      </w:r>
    </w:p>
    <w:p>
      <w:r>
        <w:br/>
        <w:t>— Чом не прикинути,— погоджуються мати.— Можна й прикинути. Лаштуй, сину, примусію.</w:t>
      </w:r>
    </w:p>
    <w:p>
      <w:r>
        <w:br/>
        <w:t>— Там уже скоро обичайка розколеться, — бубоню сердитенько, однак таки лізу па піч за підситком і ножицями.</w:t>
      </w:r>
    </w:p>
    <w:p>
      <w:r>
        <w:br/>
        <w:t>Лаштувати примусію недовго. Треба тільки поставити підситок на-попа, затиснути між коліньми і вткнуть гостряками в обичайку трохи розчепірені ножиці. Далі мати беруться вказівним пальцем під колечко з одного боку, а я (яким схочу) під колечко з другого боку. Тоді мати кажуть: "Господи, благослови" — і починається...</w:t>
      </w:r>
    </w:p>
    <w:p>
      <w:r>
        <w:br/>
        <w:t>В підситку, там, де я втикаю ножиці, вже й дірочки поробилися від того ворожіння, і обичайка накололась. Ну, нічого, завтра вколюватиму ще отуто, сьогодні й так обійдеться.</w:t>
      </w:r>
    </w:p>
    <w:p>
      <w:r>
        <w:br/>
        <w:t>— Налаштував, — кажу.</w:t>
      </w:r>
    </w:p>
    <w:p>
      <w:r>
        <w:br/>
        <w:t>Беремося з матір'ю пальцями під колечка і йдемо насеред хати. Од підситка на стіні з'являється велика довгаста тінь, крізь клітинки видно, як у печі виграє полум'я, а в піднебінні займаються дрібненькі цяточки сажі й ганяються одна за одною...</w:t>
      </w:r>
    </w:p>
    <w:p>
      <w:r>
        <w:br/>
        <w:t>— Ну, господи, благослови,— кажуть мати. А тітка й дихати перестали, і очі в них великі-великі поробилися, до підситка так і прикипіли. От чудні! Краще б на мене дивилися, бо я, як схочу, так і зроблю: схочу — і випаде, що дядько Дмитро живі, а схочу — і випаде, що їх немає! Он учора приходила ворожити баба Шльопчиха, так я й зробив, що їхнього зятя немає... Ото щоб знали, як мене з луки проганяти! Рвав колись на їхній луці квасець, а вони побачили й прогнали... Так я їм учора й зробив!</w:t>
      </w:r>
    </w:p>
    <w:p>
      <w:r>
        <w:br/>
        <w:t>— Чуєш, господи, благослови,— ще раз кажуть мати і починають нашіптувати причту: — Сито, сито! Ти святу муку сієш— і в добро і в недобро: на хрестини й на поминки, на весілля й на минини... Скажи ж мені святу правду: живий Одарчин Митро чи його немає... Як живий — повернись лі поруч, як немає — праворуч...</w:t>
      </w:r>
    </w:p>
    <w:p>
      <w:r>
        <w:br/>
        <w:t>Потім ми всі принишкаємо і дивимося на підситок. Оцю хвилину я найдужче люблю, бо тепер усе залежить від мене: підштовхну колечко ліворуч — і підситок обернеться ліворуч, підштовхну праворуч — і підситок обернеться праворуч... Куди ж його зараз обернути?.. А що як зовсім не підштовхувати?.. Ч вже колись так зробив. Ото сміху було! Мити проказали причту, а я не підштовхую; мати що раз проказали, а я не підштовхую. І стоїть підситок — ні сюди ні туди...</w:t>
      </w:r>
    </w:p>
    <w:p>
      <w:r>
        <w:br/>
        <w:t>"Чого ж він ото нічого не показує?" — питають у матері. А вони подумали, подумали та й кажуть: "Видно, у полон потрапив козак, бо якби на нашому боці остався, то вже б таки щось показало... "</w:t>
      </w:r>
    </w:p>
    <w:p>
      <w:r>
        <w:br/>
        <w:t>Оглядаюсь на тітку, а вони, бідні, аж тремтять, аж у лиці міняться — видно, і поворожить кортить, і бояться, щоб не випало, немов дядька їхнього немає... Ну, що от мені з ними робити? Прикидаю собі: як-не-як, а тітка Олена така хороші. Вони мені й базарового раз давали (свистун опішнянський та ще й голосний), і гарбуза печеного волоського приносили восени, і санчата з пеньками отам колись, як я вже зовсім ухоркався був, помогли дотягти аж до самого двору... А лаяли тільки раз: як я вкрав у них чавунчика на дріб до рогатки. Так то ж я сам і ґаву піймав: треба було зразу ж його й потрощити, щоб ні сліду, ні виду, а я взяв та й залишив половинку про чорний день. А вони побачили і шибеником мене обізвали. Так то ж я сам і винен! Ні, хай краще дядько Дмитро остаються живі...</w:t>
      </w:r>
    </w:p>
    <w:p>
      <w:r>
        <w:br/>
        <w:t>Сказав отак сам собі і підштовхнув колечко праворуч (це як од мене, а як од матері, то якраз і вийде ліворуч). Підштовхнув, а підситок враз тільки круть — нате вам, тітко, живі ваші дядько Дмитро!</w:t>
      </w:r>
    </w:p>
    <w:p>
      <w:r>
        <w:br/>
        <w:t>— От бач, — зраділи мати,— я ж казала: жито — значить, живий.</w:t>
      </w:r>
    </w:p>
    <w:p>
      <w:r>
        <w:br/>
        <w:t>А тітка так і зацвіла, як маківка. Покрутились-покрутились по хаті, а тоді тиць мені в руки пакуночок з капустяного листка — та до дверей, та вже з порога:</w:t>
      </w:r>
    </w:p>
    <w:p>
      <w:r>
        <w:br/>
        <w:t>— Спасибі ж вам, побігла я...</w:t>
      </w:r>
    </w:p>
    <w:p>
      <w:r>
        <w:br/>
        <w:t>Розгортаю пакуночок, коли там яблуко квашене... А мати сміються:</w:t>
      </w:r>
    </w:p>
    <w:p>
      <w:r>
        <w:br/>
        <w:t>— Бач, — кажуть, — і гостинчика заробив!</w:t>
      </w:r>
    </w:p>
    <w:p>
      <w:r>
        <w:br/>
        <w:t>А мене — як опекло. Вибіг у сіни, відчинив двері:</w:t>
      </w:r>
    </w:p>
    <w:p>
      <w:r>
        <w:br/>
        <w:t>— Тітко, тітко! — гукаю в ніч.— То я нарошне, тітко... Я й сам не знаю, тітко!..</w:t>
      </w:r>
    </w:p>
    <w:p>
      <w:r>
        <w:br/>
        <w:t>А вітер хапає слова, рве прямо біля порога і штовхав мене знову в сіни; а крупа, як тертушкою, — по ногах, по ногах... Пішли тітка, не почули...</w:t>
      </w:r>
    </w:p>
    <w:p>
      <w:r>
        <w:br/>
        <w:t>— Чого ото ти бігаєш босий! — докоряють мати.</w:t>
      </w:r>
    </w:p>
    <w:p>
      <w:r>
        <w:br/>
        <w:t>— Двері ж засував! — кричу на всю хату, наче вони в чомусь винні, й жбурляю яблуко на мисник: хай хто хоче, той і їсть.</w:t>
      </w:r>
    </w:p>
    <w:p>
      <w:r>
        <w:br/>
        <w:t>...Вже й хуртовина таке як уляглась, бо не шпується в шибки й не шарудить попід стінами, а я ніяк не засну. Одно мені вздрівається: то дядько Дмитро з крижиною на плечах, то тато, заметені десь у снігу, то сито на стіні — велике й крізь нього цяточки сажі на чорному тлі...</w:t>
      </w:r>
    </w:p>
    <w:p>
      <w:r>
        <w:br/>
        <w:t>— Мамо, чуєте, ма, — питаю потихеньку, — а чому ви ніколи на тата не ворожите?</w:t>
      </w:r>
    </w:p>
    <w:p>
      <w:r>
        <w:br/>
        <w:t>— Ворожу, сину, й на тата, — зітхають мати і довго не озиваються потім.— Ворожу, тільки не сама, а в людей...</w:t>
      </w:r>
    </w:p>
    <w:p>
      <w:r>
        <w:br/>
        <w:t>— Чого — в людей?</w:t>
      </w:r>
    </w:p>
    <w:p>
      <w:r>
        <w:br/>
        <w:t>— Та все ж здається, що хтось більше знає...</w:t>
      </w:r>
    </w:p>
    <w:p>
      <w:r>
        <w:br/>
        <w:t>— А воно?</w:t>
      </w:r>
    </w:p>
    <w:p>
      <w:r>
        <w:br/>
        <w:t>— А воно однаково...</w:t>
      </w:r>
    </w:p>
    <w:p>
      <w:r>
        <w:br/>
        <w:t>І ще щось кажуть, і ще щось. Так я вже не чую, бо мені тепло під ряденцями, а в хаті холодно і поночі. І темрява якась глибока-преглибока...</w:t>
      </w:r>
    </w:p>
    <w:p>
      <w:r>
        <w:br/>
        <w:t>А де ж стеля? Немає стелі. Темрява — од полу й аж до неба... Нічого не думається більше, тільки одне слово ворочається десь у голові ще живе: сито, сито, сито, сито... За нього чіпляються інші слова, злипаються, як цяточки сажі у піднебінні:</w:t>
      </w:r>
    </w:p>
    <w:p>
      <w:r>
        <w:br/>
        <w:t>Сито, сито! Ти святу муку сієш... А де наш тато?.. Скажи мені правду... Святу правду... А де наш тато?.. Сніг...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Сито, сито...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