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Сіроманець</w:t>
      </w:r>
    </w:p>
    <w:p>
      <w:r>
        <w:br/>
        <w:t xml:space="preserve"> &lt;p&gt;Від руїн середньовічної фортеці Фунни, що неподалік Алушти, гірська стежка веде нас прямо в казку. Ось тут, де в минулому столітті під час землетрусу тисячотонні кам’яні брили прокотилися по неіснуючому нині селу, за словами нашого екскурсовода Едуарда Федотовича, давня давність поховала поселення таврів. У ті незапам’ятні часи вершина гори Демерджі постійно курилася. І таври називали гору Фунною, тобто Димлячою.</w:t>
      </w:r>
    </w:p>
    <w:p>
      <w:r>
        <w:br/>
        <w:t>Несподівано нахлинули на Крим орди кочівників. З вогнем і мечем пройшли вони по всіх поселеннях таврів. А ген там, на вершині, завойовники влаштували кузню, де кували свою могутню зброю. Полум’я гігантського горна сушило землю, і довкруг пересихали річки, переставали родити поля, люди гинули від голоду.</w:t>
      </w:r>
    </w:p>
    <w:p>
      <w:r>
        <w:br/>
        <w:t>Відправили таври послів до коваля — чорнобородого велетня, старшого над загоном кочівників. Просили, щоб йшов геть з гори, інакше жителі поселення загинуть від безвиході. Та хіба жалістю проймеш того, хто жалості зроду не знав?</w:t>
      </w:r>
    </w:p>
    <w:p>
      <w:r>
        <w:br/>
        <w:t>…Крок за кроком повільно піднімаємося кам’янистою стежкою. Попереду нашого живого ланцюжка так само неспішно пливе розповідь екскурсовода:</w:t>
      </w:r>
    </w:p>
    <w:p>
      <w:r>
        <w:br/>
        <w:t>— І тоді одна із місцевих дівчат, на ймення Марія, вирішила поговорити з чорнобородим ковалем. Сподівалася, можливо, що чужоземець зглянеться хоч на благання її, слабкої дівчини, якщо вже не зважив на прохання достойних послів-мужів. Тож, нікому з односельців не сказавши про свій намір, вона потаємними стежками прокралася мимо сторожі на вершину гори…</w:t>
      </w:r>
    </w:p>
    <w:p>
      <w:r>
        <w:br/>
        <w:t>Завчені слова екскурсовода на фоні величної панорами смаглявого громаддя скель і мерехтливої голубіні недалекого моря звучать так природно. І ми підтягуємося, купчимося якомога ближче до Едуарда Федотовича. Тільки шестикласниця Люда, наймолодша в нашій туристській групі, раз у раз відривається від ланцюжка, збочує то вправо, то вліво — зриває у торбину незнані досі рослини. Бо ж так кортить привезти додому гербарій з Кримських гір.</w:t>
      </w:r>
    </w:p>
    <w:p>
      <w:r>
        <w:br/>
        <w:t>— І мовила Марія до коваля:</w:t>
      </w:r>
    </w:p>
    <w:p>
      <w:r>
        <w:br/>
        <w:t>"Чужоземцю, йди геть із гори, не губи наших людей".</w:t>
      </w:r>
    </w:p>
    <w:p>
      <w:r>
        <w:br/>
        <w:t>Засміявся чорнобородий:</w:t>
      </w:r>
    </w:p>
    <w:p>
      <w:r>
        <w:br/>
        <w:t>"Ні, не піду я. І тебе тут залишу. Ти станеш моєю".</w:t>
      </w:r>
    </w:p>
    <w:p>
      <w:r>
        <w:br/>
        <w:t>І він простягнув до неї руки…</w:t>
      </w:r>
    </w:p>
    <w:p>
      <w:r>
        <w:br/>
        <w:t>Бачу, край стежки — низенький зеленаво-сивий із жовтими прожилками кущик. Ніби пухнаста кішка згорнулася клубочком та й дрімає на осонні. Лагідний такий кущик, ніколи подібного не бачив. А Люда вже над ним нахилилася.</w:t>
      </w:r>
    </w:p>
    <w:p>
      <w:r>
        <w:br/>
        <w:t>— Ай! С-с-с…</w:t>
      </w:r>
    </w:p>
    <w:p>
      <w:r>
        <w:br/>
        <w:t>Дівчинка відсахнулася від кущика, дмухає на пальці. Виявляється, — зовнішня лагідність незнайомця оманлива: під дрібнісінькими листочками приховані шпичаки, що мало чим поступаються їжаковим.</w:t>
      </w:r>
    </w:p>
    <w:p>
      <w:r>
        <w:br/>
        <w:t>Екскурсовод перериває розповідь, застерігає:</w:t>
      </w:r>
    </w:p>
    <w:p>
      <w:r>
        <w:br/>
        <w:t>— Обережно! Трагакант не любить, коли до нього з голими руками.</w:t>
      </w:r>
    </w:p>
    <w:p>
      <w:r>
        <w:br/>
        <w:t>Перепитую:</w:t>
      </w:r>
    </w:p>
    <w:p>
      <w:r>
        <w:br/>
        <w:t>— Як ви назвали цей кущик?</w:t>
      </w:r>
    </w:p>
    <w:p>
      <w:r>
        <w:br/>
        <w:t>— Трагакант. А ще його іноді називають маріїним зіллям. На честь тієї Марії названо, про яку я оце якраз розповідаю. Кажуть, ніби це зілля все намагалося перегородити дівчині шлях на гору, хотіло, щоб вона повернулася додому, застерігало від зустрічі з ковалем. Але та не зважила на застереження, таки дісталася до вершини, де зухвалі зайди роздмухували люте полум’я в горні.</w:t>
      </w:r>
    </w:p>
    <w:p>
      <w:r>
        <w:br/>
        <w:t>І знову неквапно заструменіла розповідь про те, як горда дівчина не захотіла коритися чужоземцеві, як відштовхнула його, як той, розлютований, схопив щойно викуваний ніж і вбив її.</w:t>
      </w:r>
    </w:p>
    <w:p>
      <w:r>
        <w:br/>
        <w:t>— …І тут сама гора не стерпіла такого: задвигтіла вся, розкололася, і кузня разом з усіма, хто клепав у ній, зникла в її надрах. Відтоді ця гора і називатися стала Демерджі, тобто Коваль. А Марія залишилася на горі назавжди, тільки перетворилася в кам’яну скелю. Погляньте ось туди — правда, ота скеля нагадує дівчину?</w:t>
      </w:r>
    </w:p>
    <w:p>
      <w:r>
        <w:br/>
        <w:t>Поки вся наша туристська братія роздивлялася і переконувалася, що ген у тому кам’яному велеті є справді щось віддалено спільне з грубими обрисами жінки, я все ж зрізав гілочку колюхатого сіроманця. Зрізав просто так, на згадку. Про якусь незвичайність цієї рослини в мене й на думці не було.</w:t>
      </w:r>
    </w:p>
    <w:p>
      <w:r>
        <w:br/>
        <w:t>Чим вище виводила нас звивиста стежка, тим частіше потрапляли на очі їжаки маріїного зілля. В одному місці їх навіть стільки було, що злилися в суцільний пухнастий з виду килим. Так би, здається, й покачався по ньому, якби не знав справжньої натури рослини.</w:t>
      </w:r>
    </w:p>
    <w:p>
      <w:r>
        <w:br/>
        <w:t>Можливо, через якийсь час пропала б у мене будь-яка цікавість до цього зела. Можливо. Якби не стрівся нам отой пастух, який із чинарового затінку наглядав за сільською чередою. Побачив пастух, що я верчу в руці маріїне зілля, та й раптом:</w:t>
      </w:r>
    </w:p>
    <w:p>
      <w:r>
        <w:br/>
        <w:t>— А знаєте, як з’явилося воно тут? Не чули? Хочете, розкажу?</w:t>
      </w:r>
    </w:p>
    <w:p>
      <w:r>
        <w:br/>
        <w:t>…Завойовники з’явилися з моря. Їхніх кораблів було так багато, що голубі хвилі потемніли. А як висипали чужинські вої на берег, то за брязкотом їхньої зброї не чути стало гуркоту прибою.</w:t>
      </w:r>
    </w:p>
    <w:p>
      <w:r>
        <w:br/>
        <w:t>Що могло протистояти такій силі?! Із небагатьох сміливців, які зустрілися з непрошеними гостями лицем до лиця, ніхто не повернувся живим. І місцеві жителі залишили домівки, поспішно перебралися в гори — мовляв, перечекаємо напасть, а там повернемося до обжитих місць.</w:t>
      </w:r>
    </w:p>
    <w:p>
      <w:r>
        <w:br/>
        <w:t>Але зайди і не збиралися залишати побережжя. Вони шастали стежками все вище і вище в гори. А одного разу скупчилися і посунули усією силою древнім караванним шляхом на перевал.</w:t>
      </w:r>
    </w:p>
    <w:p>
      <w:r>
        <w:br/>
        <w:t>Зрозуміли таври: як пропустять завойовників у глиб півострова, то волі їм більше не бачити. І вирішили краще загинути, боронячи перевал, ніж довіку нидіти в рабській покорі.</w:t>
      </w:r>
    </w:p>
    <w:p>
      <w:r>
        <w:br/>
        <w:t>Зібралися мужі на перевалі, настягали каміння, щоб звалювати на голови чужинцям, наготували луки і мечі. Мало було мужів, дуже мало. І тоді від гурту жінок підступила до вождя найстаріша, яку називали матір’ю всього племені, і попросила:</w:t>
      </w:r>
    </w:p>
    <w:p>
      <w:r>
        <w:br/>
        <w:t>"Дозволь нам наперед оплакати своїх синів, чоловіків і наречених. Бо потім на оплакування не буде часу: ми піднімемо мечі, коли ті випадуть із ваших рук".</w:t>
      </w:r>
    </w:p>
    <w:p>
      <w:r>
        <w:br/>
        <w:t>Негоже соватися жінці, коли зібралися мужі. Та вождь багато прожив, багато знав. Тож нічого не відповів. Показав на захід:</w:t>
      </w:r>
    </w:p>
    <w:p>
      <w:r>
        <w:br/>
        <w:t>"Сонце сідає за хмару, темною буде ніч".</w:t>
      </w:r>
    </w:p>
    <w:p>
      <w:r>
        <w:br/>
        <w:t>Мати племені зрозуміла вождя: не слід мужам бачити жіночі побивання, бо і в них серця не з каменю.</w:t>
      </w:r>
    </w:p>
    <w:p>
      <w:r>
        <w:br/>
        <w:t>Як упала темінь, відвела вона жінок на сусідню кручу. І там вони потай оплакували оборонців перевалу.</w:t>
      </w:r>
    </w:p>
    <w:p>
      <w:r>
        <w:br/>
        <w:t>Довгою була та ніч, ніби три докупи з’єдналися. І до самого світу лляли сльози плакальниці.</w:t>
      </w:r>
    </w:p>
    <w:p>
      <w:r>
        <w:br/>
        <w:t>Над Демерджі висли хмари, клекотали громи, і злива не вщухала ні на мить. Змішувалися дощові потоки з гіркими жіночими сльозами, з невтішною печаллю і не котилися в море, а застигали на схилах гори. А з першими променями сонця перетворилися на зеленаво-сіре шпичакувате зело, яке суцільно вкрило і схили, і скелі, і караванний шлях.</w:t>
      </w:r>
    </w:p>
    <w:p>
      <w:r>
        <w:br/>
        <w:t>Рушили чужинці далі на перевал, а туди ні проїхати, ні пройти, ні продертися. Що не висічуть ножами та мечами колючі зарослі, а вони знову відростають, та ще колючіші, ніж були. Так і не дісталися на перевал, повернули назад. Згодом посідали на кораблі та й щезли, як щезає все лихе.</w:t>
      </w:r>
    </w:p>
    <w:p>
      <w:r>
        <w:br/>
        <w:t>А зело відтоді так і ведеться на цьому місці…</w:t>
      </w:r>
    </w:p>
    <w:p>
      <w:r>
        <w:br/>
        <w:t>Привіз я гілочку тієї кримської рослини додому. Просто як сувенір. Хай нагадує сонячний край, який, як і моя поліська земля, із сивих віків боронився від усіляких войовників — від орд знавіснілих дикунів, які прагнули вогнем і мечем знищити чужу їм культуру, і від орд цивілізованих, які знову ж таки вогнем і мечем старалися насадити чужу культуру.</w:t>
      </w:r>
    </w:p>
    <w:p>
      <w:r>
        <w:br/>
        <w:t>Якось при нагоді показав її Івану Михайловичу. А він:</w:t>
      </w:r>
    </w:p>
    <w:p>
      <w:r>
        <w:br/>
        <w:t>— Та це ж астрагал щетинистий!</w:t>
      </w:r>
    </w:p>
    <w:p>
      <w:r>
        <w:br/>
        <w:t>І швиденько дістає з полиці "Визначник рослин України", подає мені. Читаю — очам не вірю. А у визначнику чорним по білому: астрагал щетинистий, оцей самий колючий сіроманець, росте… тільки на півдні Криму, тільки в околицях Алушти, тільки на горі Демерджі. І ніде більше!</w:t>
      </w:r>
    </w:p>
    <w:p>
      <w:r>
        <w:br/>
        <w:t>Правда, недавно кримські ботаніки повідомили, що окремі екземпляри астрагала щетинистого знайдені ще поблизу Судака та села Зеленогір’я. Але це аж ніяк не применшило моєї радості від знайомства з цією рослиною.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Сіроманець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